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F873C3" w:rsidR="001670E7" w:rsidP="000A29FF" w:rsidRDefault="00914A77" w14:paraId="457081CF" w14:textId="28A178E5">
      <w:pPr>
        <w:pStyle w:val="Title"/>
        <w:spacing w:after="0"/>
        <w:rPr>
          <w:rFonts w:ascii="QBE Sans" w:hAnsi="QBE Sans" w:cs="QBE Sans"/>
          <w:sz w:val="36"/>
          <w:szCs w:val="36"/>
        </w:rPr>
      </w:pPr>
      <w:r w:rsidRPr="00F873C3">
        <w:rPr>
          <w:rFonts w:ascii="QBE Sans" w:hAnsi="QBE Sans" w:cs="QBE Sans"/>
          <w:sz w:val="36"/>
          <w:szCs w:val="36"/>
        </w:rPr>
        <w:t xml:space="preserve">BRITISH MARINE – P&amp;I VESSEL RISK SURVEY FORM </w:t>
      </w:r>
    </w:p>
    <w:p w:rsidRPr="00412015" w:rsidR="001670E7" w:rsidP="000A29FF" w:rsidRDefault="00914A77" w14:paraId="0830BF57" w14:textId="77777777">
      <w:pPr>
        <w:pStyle w:val="Heading1"/>
        <w:spacing w:before="0" w:line="240" w:lineRule="auto"/>
        <w:rPr>
          <w:rFonts w:ascii="QBE Sans" w:hAnsi="QBE Sans" w:cs="QBE Sans"/>
        </w:rPr>
      </w:pPr>
      <w:r w:rsidRPr="00412015">
        <w:rPr>
          <w:rFonts w:ascii="QBE Sans" w:hAnsi="QBE Sans" w:cs="QBE Sans"/>
        </w:rPr>
        <w:t>TRIGGER RULES – SURVEYOR SUMMARY</w:t>
      </w:r>
    </w:p>
    <w:p w:rsidRPr="00412015" w:rsidR="001670E7" w:rsidP="000A29FF" w:rsidRDefault="00914A77" w14:paraId="5129179D" w14:textId="77777777">
      <w:pPr>
        <w:spacing w:after="0" w:line="240" w:lineRule="auto"/>
        <w:rPr>
          <w:rFonts w:ascii="QBE Sans" w:hAnsi="QBE Sans" w:cs="QBE Sans"/>
        </w:rPr>
      </w:pPr>
      <w:r w:rsidRPr="00412015">
        <w:rPr>
          <w:rFonts w:ascii="QBE Sans" w:hAnsi="QBE Sans" w:cs="QBE Sans"/>
        </w:rPr>
        <w:t xml:space="preserve">These rules explain when extra comments, hazards, photos and supplements are required. </w:t>
      </w:r>
    </w:p>
    <w:p w:rsidRPr="00412015" w:rsidR="001670E7" w:rsidP="000A29FF" w:rsidRDefault="00914A77" w14:paraId="307BC5EA" w14:textId="77777777">
      <w:pPr>
        <w:spacing w:after="0" w:line="240" w:lineRule="auto"/>
        <w:rPr>
          <w:rFonts w:ascii="QBE Sans" w:hAnsi="QBE Sans" w:cs="QBE Sans"/>
        </w:rPr>
      </w:pPr>
      <w:r w:rsidRPr="00412015">
        <w:rPr>
          <w:rFonts w:ascii="QBE Sans" w:hAnsi="QBE Sans" w:cs="QBE Sans"/>
        </w:rPr>
        <w:t>They are designed so that higher risk automatically generates more information, without making the form longer than necessary.</w:t>
      </w:r>
    </w:p>
    <w:p w:rsidRPr="00412015" w:rsidR="001670E7" w:rsidRDefault="00914A77" w14:paraId="176480B8" w14:textId="77777777">
      <w:pPr>
        <w:pStyle w:val="Heading2"/>
        <w:rPr>
          <w:rFonts w:ascii="QBE Sans" w:hAnsi="QBE Sans" w:cs="QBE Sans"/>
        </w:rPr>
      </w:pPr>
      <w:r w:rsidRPr="00412015">
        <w:rPr>
          <w:rFonts w:ascii="QBE Sans" w:hAnsi="QBE Sans" w:cs="QBE Sans"/>
        </w:rPr>
        <w:t>1. Ratings → Comments → Hazards → Photos</w:t>
      </w:r>
    </w:p>
    <w:p w:rsidR="009C3529" w:rsidP="009C3529" w:rsidRDefault="009C3529" w14:paraId="265EAC53" w14:textId="3DF6785B">
      <w:pPr>
        <w:pStyle w:val="ListBullet"/>
        <w:numPr>
          <w:ilvl w:val="0"/>
          <w:numId w:val="0"/>
        </w:numPr>
        <w:rPr>
          <w:rFonts w:ascii="QBE Sans" w:hAnsi="QBE Sans" w:cs="QBE Sans"/>
          <w:lang w:val="en-GB"/>
        </w:rPr>
      </w:pPr>
      <w:r>
        <w:rPr>
          <w:rFonts w:ascii="QBE Sans" w:hAnsi="QBE Sans" w:cs="QBE Sans"/>
        </w:rPr>
        <w:t>F</w:t>
      </w:r>
      <w:r w:rsidRPr="009C3529">
        <w:rPr>
          <w:rFonts w:ascii="QBE Sans" w:hAnsi="QBE Sans" w:cs="QBE Sans"/>
        </w:rPr>
        <w:t>or each technical section in Section 3 (Navigation, Management &amp; Manning, Fire Safety, Hull &amp; Structure, Machinery, Pollution Prevention, Cargoworthiness / Towage / Fishing Operations, Personal Safety, Deck Machinery &amp; Lifting):</w:t>
      </w:r>
      <w:r w:rsidRPr="009C3529">
        <w:rPr>
          <w:rFonts w:ascii="QBE Sans" w:hAnsi="QBE Sans" w:cs="QBE Sans"/>
          <w:lang w:val="en-GB"/>
        </w:rPr>
        <w:t> </w:t>
      </w:r>
    </w:p>
    <w:p w:rsidRPr="009C3529" w:rsidR="009C3529" w:rsidP="009C3529" w:rsidRDefault="009C3529" w14:paraId="07D1078A" w14:textId="77777777">
      <w:pPr>
        <w:pStyle w:val="ListBullet"/>
        <w:numPr>
          <w:ilvl w:val="0"/>
          <w:numId w:val="0"/>
        </w:numPr>
        <w:rPr>
          <w:rFonts w:ascii="QBE Sans" w:hAnsi="QBE Sans" w:cs="QBE Sans"/>
          <w:lang w:val="en-GB"/>
        </w:rPr>
      </w:pPr>
    </w:p>
    <w:p w:rsidRPr="009C3529" w:rsidR="009C3529" w:rsidP="004B375F" w:rsidRDefault="009C3529" w14:paraId="1905B450" w14:textId="77777777">
      <w:pPr>
        <w:pStyle w:val="ListBullet"/>
        <w:numPr>
          <w:ilvl w:val="0"/>
          <w:numId w:val="11"/>
        </w:numPr>
        <w:rPr>
          <w:rFonts w:ascii="QBE Sans" w:hAnsi="QBE Sans" w:cs="QBE Sans"/>
          <w:lang w:val="en-GB"/>
        </w:rPr>
      </w:pPr>
      <w:r w:rsidRPr="009C3529">
        <w:rPr>
          <w:rFonts w:ascii="QBE Sans" w:hAnsi="QBE Sans" w:cs="QBE Sans"/>
        </w:rPr>
        <w:t>Rate each section Excellent / Good / Satisfactory / Poor based on P&amp;I risk.</w:t>
      </w:r>
      <w:r w:rsidRPr="009C3529">
        <w:rPr>
          <w:rFonts w:ascii="QBE Sans" w:hAnsi="QBE Sans" w:cs="QBE Sans"/>
          <w:lang w:val="en-GB"/>
        </w:rPr>
        <w:t> </w:t>
      </w:r>
    </w:p>
    <w:p w:rsidRPr="009C3529" w:rsidR="009C3529" w:rsidP="004B375F" w:rsidRDefault="009C3529" w14:paraId="0AE31178" w14:textId="77777777">
      <w:pPr>
        <w:pStyle w:val="ListBullet"/>
        <w:numPr>
          <w:ilvl w:val="0"/>
          <w:numId w:val="12"/>
        </w:numPr>
        <w:rPr>
          <w:rFonts w:ascii="QBE Sans" w:hAnsi="QBE Sans" w:cs="QBE Sans"/>
          <w:lang w:val="en-GB"/>
        </w:rPr>
      </w:pPr>
      <w:r w:rsidRPr="009C3529">
        <w:rPr>
          <w:rFonts w:ascii="QBE Sans" w:hAnsi="QBE Sans" w:cs="QBE Sans"/>
        </w:rPr>
        <w:t>If rated Satisfactory or Poor, provide a brief explanation and, where relevant, cross</w:t>
      </w:r>
      <w:r w:rsidRPr="009C3529">
        <w:rPr>
          <w:rFonts w:ascii="QBE Sans" w:hAnsi="QBE Sans" w:cs="QBE Sans"/>
        </w:rPr>
        <w:noBreakHyphen/>
      </w:r>
      <w:r w:rsidRPr="009C3529">
        <w:rPr>
          <w:rFonts w:ascii="QBE Sans" w:hAnsi="QBE Sans" w:cs="QBE Sans"/>
        </w:rPr>
        <w:t>refer to hazards in Section 4 and photo numbers in Section 5.</w:t>
      </w:r>
      <w:r w:rsidRPr="009C3529">
        <w:rPr>
          <w:rFonts w:ascii="QBE Sans" w:hAnsi="QBE Sans" w:cs="QBE Sans"/>
          <w:lang w:val="en-GB"/>
        </w:rPr>
        <w:t> </w:t>
      </w:r>
    </w:p>
    <w:p w:rsidRPr="009C3529" w:rsidR="009C3529" w:rsidP="004B375F" w:rsidRDefault="009C3529" w14:paraId="4421E91B" w14:textId="77777777">
      <w:pPr>
        <w:pStyle w:val="ListBullet"/>
        <w:numPr>
          <w:ilvl w:val="0"/>
          <w:numId w:val="13"/>
        </w:numPr>
        <w:rPr>
          <w:rFonts w:ascii="QBE Sans" w:hAnsi="QBE Sans" w:cs="QBE Sans"/>
          <w:lang w:val="en-GB"/>
        </w:rPr>
      </w:pPr>
      <w:r w:rsidRPr="009C3529">
        <w:rPr>
          <w:rFonts w:ascii="QBE Sans" w:hAnsi="QBE Sans" w:cs="QBE Sans"/>
        </w:rPr>
        <w:t>If rated Excellent or Good, comments are optional but should be included where anything noteworthy is observed.</w:t>
      </w:r>
      <w:r w:rsidRPr="009C3529">
        <w:rPr>
          <w:rFonts w:ascii="QBE Sans" w:hAnsi="QBE Sans" w:cs="QBE Sans"/>
          <w:lang w:val="en-GB"/>
        </w:rPr>
        <w:t> </w:t>
      </w:r>
    </w:p>
    <w:p w:rsidRPr="009C3529" w:rsidR="009C3529" w:rsidP="004B375F" w:rsidRDefault="009C3529" w14:paraId="63F899B5" w14:textId="77777777">
      <w:pPr>
        <w:pStyle w:val="ListBullet"/>
        <w:numPr>
          <w:ilvl w:val="0"/>
          <w:numId w:val="14"/>
        </w:numPr>
        <w:rPr>
          <w:rFonts w:ascii="QBE Sans" w:hAnsi="QBE Sans" w:cs="QBE Sans"/>
          <w:lang w:val="en-GB"/>
        </w:rPr>
      </w:pPr>
      <w:r w:rsidRPr="009C3529">
        <w:rPr>
          <w:rFonts w:ascii="QBE Sans" w:hAnsi="QBE Sans" w:cs="QBE Sans"/>
        </w:rPr>
        <w:t>Where Navigation, Fire Safety, Hull &amp; Structure, Machinery, Pollution Prevention, Deck Machinery &amp; Lifting, Cargoworthiness / Towage / Fishing or Personal Safety are rated Poor, at least one related hazard must be recorded in Section 4 and appropriate photos listed in Section 5.</w:t>
      </w:r>
      <w:r w:rsidRPr="009C3529">
        <w:rPr>
          <w:rFonts w:ascii="QBE Sans" w:hAnsi="QBE Sans" w:cs="QBE Sans"/>
          <w:lang w:val="en-GB"/>
        </w:rPr>
        <w:t> </w:t>
      </w:r>
    </w:p>
    <w:p w:rsidRPr="009C3529" w:rsidR="009C3529" w:rsidP="004B375F" w:rsidRDefault="009C3529" w14:paraId="532D99FB" w14:textId="77777777">
      <w:pPr>
        <w:pStyle w:val="ListBullet"/>
        <w:numPr>
          <w:ilvl w:val="0"/>
          <w:numId w:val="15"/>
        </w:numPr>
        <w:rPr>
          <w:rFonts w:ascii="QBE Sans" w:hAnsi="QBE Sans" w:cs="QBE Sans"/>
          <w:lang w:val="en-GB"/>
        </w:rPr>
      </w:pPr>
      <w:r w:rsidRPr="009C3529">
        <w:rPr>
          <w:rFonts w:ascii="QBE Sans" w:hAnsi="QBE Sans" w:cs="QBE Sans"/>
        </w:rPr>
        <w:t>Where safe and practicable, test critical items (e.g. OWS 15</w:t>
      </w:r>
      <w:r w:rsidRPr="009C3529">
        <w:rPr>
          <w:rFonts w:ascii="QBE Sans" w:hAnsi="QBE Sans" w:cs="QBE Sans"/>
        </w:rPr>
        <w:noBreakHyphen/>
      </w:r>
      <w:r w:rsidRPr="009C3529">
        <w:rPr>
          <w:rFonts w:ascii="QBE Sans" w:hAnsi="QBE Sans" w:cs="QBE Sans"/>
        </w:rPr>
        <w:t>ppm alarm, bilge high</w:t>
      </w:r>
      <w:r w:rsidRPr="009C3529">
        <w:rPr>
          <w:rFonts w:ascii="QBE Sans" w:hAnsi="QBE Sans" w:cs="QBE Sans"/>
        </w:rPr>
        <w:noBreakHyphen/>
      </w:r>
      <w:r w:rsidRPr="009C3529">
        <w:rPr>
          <w:rFonts w:ascii="QBE Sans" w:hAnsi="QBE Sans" w:cs="QBE Sans"/>
        </w:rPr>
        <w:t>level alarms, emergency fire pump, hatch ultrasonic/hose test, ballast tanks, cargo hold bilges, steering gear changeover) and record results in Section 3.10.</w:t>
      </w:r>
      <w:r w:rsidRPr="009C3529">
        <w:rPr>
          <w:rFonts w:ascii="QBE Sans" w:hAnsi="QBE Sans" w:cs="QBE Sans"/>
          <w:lang w:val="en-GB"/>
        </w:rPr>
        <w:t> </w:t>
      </w:r>
    </w:p>
    <w:p w:rsidRPr="003F0908" w:rsidR="000E560E" w:rsidP="003F0908" w:rsidRDefault="000E560E" w14:paraId="0C42813B" w14:textId="77777777">
      <w:pPr>
        <w:pStyle w:val="ListBullet"/>
        <w:numPr>
          <w:ilvl w:val="0"/>
          <w:numId w:val="0"/>
        </w:numPr>
        <w:rPr>
          <w:rFonts w:ascii="QBE Sans" w:hAnsi="QBE Sans" w:cs="QBE Sans"/>
          <w:lang w:val="en-GB"/>
        </w:rPr>
      </w:pPr>
    </w:p>
    <w:p w:rsidRPr="00412015" w:rsidR="001670E7" w:rsidRDefault="00914A77" w14:paraId="71C8D87F" w14:textId="77777777">
      <w:pPr>
        <w:pStyle w:val="Heading2"/>
        <w:rPr>
          <w:rFonts w:ascii="QBE Sans" w:hAnsi="QBE Sans" w:cs="QBE Sans"/>
        </w:rPr>
      </w:pPr>
      <w:r w:rsidRPr="00412015">
        <w:rPr>
          <w:rFonts w:ascii="QBE Sans" w:hAnsi="QBE Sans" w:cs="QBE Sans"/>
        </w:rPr>
        <w:t>2. Vessel Type → Mandatory Supplements (Appendix)</w:t>
      </w:r>
    </w:p>
    <w:p w:rsidRPr="000B18E4" w:rsidR="000B18E4" w:rsidP="000B18E4" w:rsidRDefault="000B18E4" w14:paraId="4AA2C71C" w14:textId="77777777">
      <w:pPr>
        <w:pStyle w:val="ListBullet"/>
        <w:numPr>
          <w:ilvl w:val="0"/>
          <w:numId w:val="0"/>
        </w:numPr>
        <w:rPr>
          <w:rFonts w:ascii="QBE Sans" w:hAnsi="QBE Sans" w:cs="QBE Sans"/>
        </w:rPr>
      </w:pPr>
      <w:r w:rsidRPr="000B18E4">
        <w:rPr>
          <w:rFonts w:ascii="QBE Sans" w:hAnsi="QBE Sans" w:cs="QBE Sans"/>
        </w:rPr>
        <w:t>Based on the vessel type recorded in Section 1, the relevant Appendix supplement(s) are mandatory, even where related core ratings are Good or Excellent. </w:t>
      </w:r>
    </w:p>
    <w:p w:rsidRPr="000B18E4" w:rsidR="000B18E4" w:rsidP="000B18E4" w:rsidRDefault="000B18E4" w14:paraId="61BD4E78" w14:textId="77777777">
      <w:pPr>
        <w:pStyle w:val="ListBullet"/>
        <w:numPr>
          <w:ilvl w:val="0"/>
          <w:numId w:val="0"/>
        </w:numPr>
        <w:rPr>
          <w:rFonts w:ascii="QBE Sans" w:hAnsi="QBE Sans" w:cs="QBE Sans"/>
        </w:rPr>
      </w:pPr>
      <w:r w:rsidRPr="000B18E4">
        <w:rPr>
          <w:rFonts w:ascii="QBE Sans" w:hAnsi="QBE Sans" w:cs="QBE Sans"/>
        </w:rPr>
        <w:t>Where the vessel is clearly Excellent or Good in the relevant core sections and the supplement items are in similar condition, the surveyor may state “All items Excellent/Good – no comments required” at the top of the supplement. This shortcut is acceptable only where fully consistent with core ratings. </w:t>
      </w:r>
    </w:p>
    <w:p w:rsidRPr="000B18E4" w:rsidR="000B18E4" w:rsidP="004B375F" w:rsidRDefault="000B18E4" w14:paraId="36782E81" w14:textId="77777777">
      <w:pPr>
        <w:pStyle w:val="ListBullet"/>
        <w:numPr>
          <w:ilvl w:val="0"/>
          <w:numId w:val="16"/>
        </w:numPr>
        <w:rPr>
          <w:rFonts w:ascii="QBE Sans" w:hAnsi="QBE Sans" w:cs="QBE Sans"/>
        </w:rPr>
      </w:pPr>
      <w:r w:rsidRPr="000B18E4">
        <w:rPr>
          <w:rFonts w:ascii="QBE Sans" w:hAnsi="QBE Sans" w:cs="QBE Sans"/>
        </w:rPr>
        <w:t>General Cargo / Multipurpose – Supplement A </w:t>
      </w:r>
    </w:p>
    <w:p w:rsidRPr="000B18E4" w:rsidR="000B18E4" w:rsidP="004B375F" w:rsidRDefault="000B18E4" w14:paraId="3B9CEDB2" w14:textId="77777777">
      <w:pPr>
        <w:pStyle w:val="ListBullet"/>
        <w:numPr>
          <w:ilvl w:val="0"/>
          <w:numId w:val="16"/>
        </w:numPr>
        <w:rPr>
          <w:rFonts w:ascii="QBE Sans" w:hAnsi="QBE Sans" w:cs="QBE Sans"/>
        </w:rPr>
      </w:pPr>
      <w:r w:rsidRPr="000B18E4">
        <w:rPr>
          <w:rFonts w:ascii="QBE Sans" w:hAnsi="QBE Sans" w:cs="QBE Sans"/>
        </w:rPr>
        <w:t>Bulk Carrier – Supplement B </w:t>
      </w:r>
    </w:p>
    <w:p w:rsidRPr="000B18E4" w:rsidR="000B18E4" w:rsidP="004B375F" w:rsidRDefault="000B18E4" w14:paraId="0E578F8C" w14:textId="77777777">
      <w:pPr>
        <w:pStyle w:val="ListBullet"/>
        <w:numPr>
          <w:ilvl w:val="0"/>
          <w:numId w:val="16"/>
        </w:numPr>
        <w:rPr>
          <w:rFonts w:ascii="QBE Sans" w:hAnsi="QBE Sans" w:cs="QBE Sans"/>
        </w:rPr>
      </w:pPr>
      <w:r w:rsidRPr="000B18E4">
        <w:rPr>
          <w:rFonts w:ascii="QBE Sans" w:hAnsi="QBE Sans" w:cs="QBE Sans"/>
        </w:rPr>
        <w:t>Tanker / Chemical / Product / Oil – Supplement C </w:t>
      </w:r>
    </w:p>
    <w:p w:rsidRPr="000B18E4" w:rsidR="000B18E4" w:rsidP="004B375F" w:rsidRDefault="000B18E4" w14:paraId="502AA515" w14:textId="77777777">
      <w:pPr>
        <w:pStyle w:val="ListBullet"/>
        <w:numPr>
          <w:ilvl w:val="0"/>
          <w:numId w:val="16"/>
        </w:numPr>
        <w:rPr>
          <w:rFonts w:ascii="QBE Sans" w:hAnsi="QBE Sans" w:cs="QBE Sans"/>
        </w:rPr>
      </w:pPr>
      <w:r w:rsidRPr="000B18E4">
        <w:rPr>
          <w:rFonts w:ascii="QBE Sans" w:hAnsi="QBE Sans" w:cs="QBE Sans"/>
        </w:rPr>
        <w:t>Passenger / Ferry / Ro</w:t>
      </w:r>
      <w:r w:rsidRPr="000B18E4">
        <w:rPr>
          <w:rFonts w:ascii="QBE Sans" w:hAnsi="QBE Sans" w:cs="QBE Sans"/>
        </w:rPr>
        <w:noBreakHyphen/>
      </w:r>
      <w:r w:rsidRPr="000B18E4">
        <w:rPr>
          <w:rFonts w:ascii="QBE Sans" w:hAnsi="QBE Sans" w:cs="QBE Sans"/>
        </w:rPr>
        <w:t>Ro / Cruise – Supplement D </w:t>
      </w:r>
    </w:p>
    <w:p w:rsidRPr="000B18E4" w:rsidR="000B18E4" w:rsidP="004B375F" w:rsidRDefault="000B18E4" w14:paraId="0F0BEB73" w14:textId="77777777">
      <w:pPr>
        <w:pStyle w:val="ListBullet"/>
        <w:numPr>
          <w:ilvl w:val="0"/>
          <w:numId w:val="16"/>
        </w:numPr>
        <w:rPr>
          <w:rFonts w:ascii="QBE Sans" w:hAnsi="QBE Sans" w:cs="QBE Sans"/>
        </w:rPr>
      </w:pPr>
      <w:r w:rsidRPr="000B18E4">
        <w:rPr>
          <w:rFonts w:ascii="QBE Sans" w:hAnsi="QBE Sans" w:cs="QBE Sans"/>
        </w:rPr>
        <w:t>Tug / AHTS – Supplement E </w:t>
      </w:r>
    </w:p>
    <w:p w:rsidRPr="000B18E4" w:rsidR="000B18E4" w:rsidP="004B375F" w:rsidRDefault="000B18E4" w14:paraId="575465EE" w14:textId="77777777">
      <w:pPr>
        <w:pStyle w:val="ListBullet"/>
        <w:numPr>
          <w:ilvl w:val="0"/>
          <w:numId w:val="16"/>
        </w:numPr>
        <w:rPr>
          <w:rFonts w:ascii="QBE Sans" w:hAnsi="QBE Sans" w:cs="QBE Sans"/>
        </w:rPr>
      </w:pPr>
      <w:r w:rsidRPr="000B18E4">
        <w:rPr>
          <w:rFonts w:ascii="QBE Sans" w:hAnsi="QBE Sans" w:cs="QBE Sans"/>
        </w:rPr>
        <w:t>Offshore Support / Crew / Utility / Renewables – Supplement F </w:t>
      </w:r>
    </w:p>
    <w:p w:rsidRPr="000B18E4" w:rsidR="000B18E4" w:rsidP="004B375F" w:rsidRDefault="000B18E4" w14:paraId="5BD73C6B" w14:textId="77777777">
      <w:pPr>
        <w:pStyle w:val="ListBullet"/>
        <w:numPr>
          <w:ilvl w:val="0"/>
          <w:numId w:val="16"/>
        </w:numPr>
        <w:rPr>
          <w:rFonts w:ascii="QBE Sans" w:hAnsi="QBE Sans" w:cs="QBE Sans"/>
        </w:rPr>
      </w:pPr>
      <w:r w:rsidRPr="000B18E4">
        <w:rPr>
          <w:rFonts w:ascii="QBE Sans" w:hAnsi="QBE Sans" w:cs="QBE Sans"/>
        </w:rPr>
        <w:t>Fishing Vessel (&lt;500 GT / &gt;500 GT) – Supplement G </w:t>
      </w:r>
    </w:p>
    <w:p w:rsidRPr="000B18E4" w:rsidR="000B18E4" w:rsidP="004B375F" w:rsidRDefault="000B18E4" w14:paraId="6B35B05B" w14:textId="77777777">
      <w:pPr>
        <w:pStyle w:val="ListBullet"/>
        <w:numPr>
          <w:ilvl w:val="0"/>
          <w:numId w:val="16"/>
        </w:numPr>
        <w:rPr>
          <w:rFonts w:ascii="QBE Sans" w:hAnsi="QBE Sans" w:cs="QBE Sans"/>
        </w:rPr>
      </w:pPr>
      <w:r w:rsidRPr="000B18E4">
        <w:rPr>
          <w:rFonts w:ascii="QBE Sans" w:hAnsi="QBE Sans" w:cs="QBE Sans"/>
        </w:rPr>
        <w:t>Barge (Dry / Wet, Non</w:t>
      </w:r>
      <w:r w:rsidRPr="000B18E4">
        <w:rPr>
          <w:rFonts w:ascii="QBE Sans" w:hAnsi="QBE Sans" w:cs="QBE Sans"/>
        </w:rPr>
        <w:noBreakHyphen/>
      </w:r>
      <w:r w:rsidRPr="000B18E4">
        <w:rPr>
          <w:rFonts w:ascii="QBE Sans" w:hAnsi="QBE Sans" w:cs="QBE Sans"/>
        </w:rPr>
        <w:t>propelled) – Supplement H </w:t>
      </w:r>
    </w:p>
    <w:p w:rsidRPr="000B18E4" w:rsidR="000B18E4" w:rsidP="004B375F" w:rsidRDefault="000B18E4" w14:paraId="05BB8AF3" w14:textId="77777777">
      <w:pPr>
        <w:pStyle w:val="ListBullet"/>
        <w:numPr>
          <w:ilvl w:val="0"/>
          <w:numId w:val="16"/>
        </w:numPr>
        <w:rPr>
          <w:rFonts w:ascii="QBE Sans" w:hAnsi="QBE Sans" w:cs="QBE Sans"/>
        </w:rPr>
      </w:pPr>
      <w:r w:rsidRPr="000B18E4">
        <w:rPr>
          <w:rFonts w:ascii="QBE Sans" w:hAnsi="QBE Sans" w:cs="QBE Sans"/>
        </w:rPr>
        <w:t>Dredger / Construction / Research / Work Vessel – Supplement I </w:t>
      </w:r>
    </w:p>
    <w:p w:rsidRPr="000B18E4" w:rsidR="000B18E4" w:rsidP="004B375F" w:rsidRDefault="000B18E4" w14:paraId="06CE315F" w14:textId="77777777">
      <w:pPr>
        <w:pStyle w:val="ListBullet"/>
        <w:numPr>
          <w:ilvl w:val="0"/>
          <w:numId w:val="16"/>
        </w:numPr>
        <w:rPr>
          <w:rFonts w:ascii="QBE Sans" w:hAnsi="QBE Sans" w:cs="QBE Sans"/>
        </w:rPr>
      </w:pPr>
      <w:r w:rsidRPr="000B18E4">
        <w:rPr>
          <w:rFonts w:ascii="QBE Sans" w:hAnsi="QBE Sans" w:cs="QBE Sans"/>
        </w:rPr>
        <w:t>Yacht / Superyacht – Supplement J </w:t>
      </w:r>
    </w:p>
    <w:p w:rsidR="000B18E4" w:rsidP="000B18E4" w:rsidRDefault="000B18E4" w14:paraId="232E1459" w14:textId="77777777">
      <w:pPr>
        <w:pStyle w:val="ListBullet"/>
        <w:numPr>
          <w:ilvl w:val="0"/>
          <w:numId w:val="0"/>
        </w:numPr>
        <w:rPr>
          <w:rFonts w:ascii="QBE Sans" w:hAnsi="QBE Sans" w:cs="QBE Sans"/>
        </w:rPr>
      </w:pPr>
    </w:p>
    <w:p w:rsidRPr="000B18E4" w:rsidR="000B18E4" w:rsidP="000B18E4" w:rsidRDefault="000B18E4" w14:paraId="2F48B99E" w14:textId="09A89378">
      <w:pPr>
        <w:pStyle w:val="ListBullet"/>
        <w:numPr>
          <w:ilvl w:val="0"/>
          <w:numId w:val="0"/>
        </w:numPr>
        <w:rPr>
          <w:rFonts w:ascii="QBE Sans" w:hAnsi="QBE Sans" w:cs="QBE Sans"/>
        </w:rPr>
      </w:pPr>
      <w:r w:rsidRPr="000B18E4">
        <w:rPr>
          <w:rFonts w:ascii="QBE Sans" w:hAnsi="QBE Sans" w:cs="QBE Sans"/>
        </w:rPr>
        <w:t>Where a tug and barge operate as a combined unit, both relevant supplements should be completed. </w:t>
      </w:r>
    </w:p>
    <w:p w:rsidRPr="00412015" w:rsidR="001670E7" w:rsidRDefault="00914A77" w14:paraId="04F65189" w14:textId="3E24EFCA">
      <w:pPr>
        <w:pStyle w:val="Heading2"/>
        <w:rPr>
          <w:rFonts w:ascii="QBE Sans" w:hAnsi="QBE Sans" w:cs="QBE Sans"/>
        </w:rPr>
      </w:pPr>
      <w:r w:rsidRPr="00412015">
        <w:rPr>
          <w:rFonts w:ascii="QBE Sans" w:hAnsi="QBE Sans" w:cs="QBE Sans"/>
        </w:rPr>
        <w:t>3. Hazards – Minimum Expectation</w:t>
      </w:r>
    </w:p>
    <w:p w:rsidRPr="001F2977" w:rsidR="001F2977" w:rsidP="000C1D18" w:rsidRDefault="001F2977" w14:paraId="57CB6553" w14:textId="77777777">
      <w:pPr>
        <w:pStyle w:val="ListBullet"/>
        <w:numPr>
          <w:ilvl w:val="0"/>
          <w:numId w:val="0"/>
        </w:numPr>
        <w:spacing w:after="0" w:line="240" w:lineRule="auto"/>
        <w:rPr>
          <w:rFonts w:ascii="QBE Sans" w:hAnsi="QBE Sans" w:cs="QBE Sans"/>
        </w:rPr>
      </w:pPr>
      <w:r w:rsidRPr="001F2977">
        <w:rPr>
          <w:rFonts w:ascii="QBE Sans" w:hAnsi="QBE Sans" w:cs="QBE Sans"/>
        </w:rPr>
        <w:t>Use Section 4 to record all material hazards identified during the survey. </w:t>
      </w:r>
    </w:p>
    <w:p w:rsidR="000C1D18" w:rsidP="000C1D18" w:rsidRDefault="000C1D18" w14:paraId="4A8C4B0F" w14:textId="77777777">
      <w:pPr>
        <w:pStyle w:val="ListBullet"/>
        <w:numPr>
          <w:ilvl w:val="0"/>
          <w:numId w:val="0"/>
        </w:numPr>
        <w:spacing w:after="0" w:line="240" w:lineRule="auto"/>
        <w:rPr>
          <w:rFonts w:ascii="QBE Sans" w:hAnsi="QBE Sans" w:cs="QBE Sans"/>
        </w:rPr>
      </w:pPr>
    </w:p>
    <w:p w:rsidRPr="001F2977" w:rsidR="001F2977" w:rsidP="000C1D18" w:rsidRDefault="001F2977" w14:paraId="30FAFA8B" w14:textId="76A2470A">
      <w:pPr>
        <w:pStyle w:val="ListBullet"/>
        <w:numPr>
          <w:ilvl w:val="0"/>
          <w:numId w:val="0"/>
        </w:numPr>
        <w:spacing w:after="0" w:line="240" w:lineRule="auto"/>
        <w:rPr>
          <w:rFonts w:ascii="QBE Sans" w:hAnsi="QBE Sans" w:cs="QBE Sans"/>
        </w:rPr>
      </w:pPr>
      <w:r w:rsidRPr="001F2977">
        <w:rPr>
          <w:rFonts w:ascii="QBE Sans" w:hAnsi="QBE Sans" w:cs="QBE Sans"/>
        </w:rPr>
        <w:t>If no hazards are recorded, the narrative box must clearly explain why this is appropriate, having regard to the vessel’s age, condition, trade/operation and survey scope. </w:t>
      </w:r>
    </w:p>
    <w:p w:rsidR="000C1D18" w:rsidP="000C1D18" w:rsidRDefault="000C1D18" w14:paraId="3FBE4A50" w14:textId="77777777">
      <w:pPr>
        <w:pStyle w:val="ListBullet"/>
        <w:numPr>
          <w:ilvl w:val="0"/>
          <w:numId w:val="0"/>
        </w:numPr>
        <w:spacing w:after="0" w:line="240" w:lineRule="auto"/>
        <w:rPr>
          <w:rFonts w:ascii="QBE Sans" w:hAnsi="QBE Sans" w:cs="QBE Sans"/>
        </w:rPr>
      </w:pPr>
    </w:p>
    <w:p w:rsidRPr="001F2977" w:rsidR="001F2977" w:rsidP="000C1D18" w:rsidRDefault="001F2977" w14:paraId="276A74B9" w14:textId="0328652E">
      <w:pPr>
        <w:pStyle w:val="ListBullet"/>
        <w:numPr>
          <w:ilvl w:val="0"/>
          <w:numId w:val="0"/>
        </w:numPr>
        <w:spacing w:after="0" w:line="240" w:lineRule="auto"/>
        <w:rPr>
          <w:rFonts w:ascii="QBE Sans" w:hAnsi="QBE Sans" w:cs="QBE Sans"/>
        </w:rPr>
      </w:pPr>
      <w:r w:rsidRPr="001F2977">
        <w:rPr>
          <w:rFonts w:ascii="QBE Sans" w:hAnsi="QBE Sans" w:cs="QBE Sans"/>
        </w:rPr>
        <w:t>Loss Prevention / Underwriting may query reports where an absence of hazards appears inconsistent with these factors. </w:t>
      </w:r>
    </w:p>
    <w:p w:rsidRPr="00412015" w:rsidR="001670E7" w:rsidRDefault="00914A77" w14:paraId="19D207C5" w14:textId="77777777">
      <w:pPr>
        <w:pStyle w:val="Heading2"/>
        <w:rPr>
          <w:rFonts w:ascii="QBE Sans" w:hAnsi="QBE Sans" w:cs="QBE Sans"/>
        </w:rPr>
      </w:pPr>
      <w:r w:rsidRPr="00412015">
        <w:rPr>
          <w:rFonts w:ascii="QBE Sans" w:hAnsi="QBE Sans" w:cs="QBE Sans"/>
        </w:rPr>
        <w:t>4. Photos – Minimum Set and Link to Hazards</w:t>
      </w:r>
    </w:p>
    <w:p w:rsidRPr="00E31CD3" w:rsidR="00E31CD3" w:rsidP="00E31CD3" w:rsidRDefault="00E31CD3" w14:paraId="7C72FCB0" w14:textId="77777777">
      <w:pPr>
        <w:pStyle w:val="ListBullet"/>
        <w:numPr>
          <w:ilvl w:val="0"/>
          <w:numId w:val="0"/>
        </w:numPr>
        <w:spacing w:after="0" w:line="240" w:lineRule="auto"/>
        <w:rPr>
          <w:rFonts w:ascii="QBE Sans" w:hAnsi="QBE Sans" w:cs="QBE Sans"/>
        </w:rPr>
      </w:pPr>
      <w:r w:rsidRPr="00E31CD3">
        <w:rPr>
          <w:rFonts w:ascii="QBE Sans" w:hAnsi="QBE Sans" w:cs="QBE Sans"/>
        </w:rPr>
        <w:t>Section 5 sets out a representative photo set. Photos should support, not replace, narrative and hazards. </w:t>
      </w:r>
    </w:p>
    <w:p w:rsidR="00E31CD3" w:rsidP="00E31CD3" w:rsidRDefault="00E31CD3" w14:paraId="702A1F9B" w14:textId="77777777">
      <w:pPr>
        <w:pStyle w:val="ListBullet"/>
        <w:numPr>
          <w:ilvl w:val="0"/>
          <w:numId w:val="0"/>
        </w:numPr>
        <w:spacing w:after="0" w:line="240" w:lineRule="auto"/>
        <w:rPr>
          <w:rFonts w:ascii="QBE Sans" w:hAnsi="QBE Sans" w:cs="QBE Sans"/>
        </w:rPr>
      </w:pPr>
    </w:p>
    <w:p w:rsidRPr="00154E6D" w:rsidR="00E31CD3" w:rsidP="004B375F" w:rsidRDefault="00E31CD3" w14:paraId="220EC572" w14:textId="1C86E34B">
      <w:pPr>
        <w:pStyle w:val="ListBullet"/>
        <w:numPr>
          <w:ilvl w:val="0"/>
          <w:numId w:val="17"/>
        </w:numPr>
        <w:spacing w:after="0" w:line="240" w:lineRule="auto"/>
        <w:rPr>
          <w:rFonts w:ascii="QBE Sans" w:hAnsi="QBE Sans" w:cs="QBE Sans"/>
        </w:rPr>
      </w:pPr>
      <w:r w:rsidRPr="00E31CD3">
        <w:rPr>
          <w:rFonts w:ascii="QBE Sans" w:hAnsi="QBE Sans" w:cs="QBE Sans"/>
        </w:rPr>
        <w:t>Attach at least 20 photos covering, as far as practicable: hull, decks, bridge/navigation equipment, machinery spaces, fire and life</w:t>
      </w:r>
      <w:r w:rsidRPr="00E31CD3">
        <w:rPr>
          <w:rFonts w:ascii="QBE Sans" w:hAnsi="QBE Sans" w:cs="QBE Sans"/>
        </w:rPr>
        <w:noBreakHyphen/>
      </w:r>
      <w:r w:rsidRPr="00E31CD3">
        <w:rPr>
          <w:rFonts w:ascii="QBE Sans" w:hAnsi="QBE Sans" w:cs="QBE Sans"/>
        </w:rPr>
        <w:t>saving appliances, cargo</w:t>
      </w:r>
      <w:r w:rsidR="003E5CE4">
        <w:rPr>
          <w:rFonts w:ascii="QBE Sans" w:hAnsi="QBE Sans" w:cs="QBE Sans"/>
        </w:rPr>
        <w:t xml:space="preserve"> </w:t>
      </w:r>
      <w:r w:rsidRPr="00E31CD3">
        <w:rPr>
          <w:rFonts w:ascii="QBE Sans" w:hAnsi="QBE Sans" w:cs="QBE Sans"/>
        </w:rPr>
        <w:t>/</w:t>
      </w:r>
      <w:r w:rsidR="003E5CE4">
        <w:rPr>
          <w:rFonts w:ascii="QBE Sans" w:hAnsi="QBE Sans" w:cs="QBE Sans"/>
        </w:rPr>
        <w:t xml:space="preserve"> </w:t>
      </w:r>
      <w:r w:rsidRPr="00E31CD3">
        <w:rPr>
          <w:rFonts w:ascii="QBE Sans" w:hAnsi="QBE Sans" w:cs="QBE Sans"/>
        </w:rPr>
        <w:t>tow</w:t>
      </w:r>
      <w:r w:rsidR="003E5CE4">
        <w:rPr>
          <w:rFonts w:ascii="QBE Sans" w:hAnsi="QBE Sans" w:cs="QBE Sans"/>
        </w:rPr>
        <w:t xml:space="preserve"> </w:t>
      </w:r>
      <w:r w:rsidRPr="00E31CD3">
        <w:rPr>
          <w:rFonts w:ascii="QBE Sans" w:hAnsi="QBE Sans" w:cs="QBE Sans"/>
        </w:rPr>
        <w:t>/</w:t>
      </w:r>
      <w:r w:rsidR="003E5CE4">
        <w:rPr>
          <w:rFonts w:ascii="QBE Sans" w:hAnsi="QBE Sans" w:cs="QBE Sans"/>
        </w:rPr>
        <w:t xml:space="preserve"> </w:t>
      </w:r>
      <w:r w:rsidRPr="00E31CD3">
        <w:rPr>
          <w:rFonts w:ascii="QBE Sans" w:hAnsi="QBE Sans" w:cs="QBE Sans"/>
        </w:rPr>
        <w:t>fishing arrangements and any recorded hazards.</w:t>
      </w:r>
    </w:p>
    <w:p w:rsidRPr="00154E6D" w:rsidR="00E31CD3" w:rsidP="004B375F" w:rsidRDefault="00E31CD3" w14:paraId="0443C8C4" w14:textId="1BFC9E63">
      <w:pPr>
        <w:pStyle w:val="ListBullet"/>
        <w:numPr>
          <w:ilvl w:val="0"/>
          <w:numId w:val="17"/>
        </w:numPr>
        <w:spacing w:after="0" w:line="240" w:lineRule="auto"/>
        <w:rPr>
          <w:rFonts w:ascii="QBE Sans" w:hAnsi="QBE Sans" w:cs="QBE Sans"/>
        </w:rPr>
      </w:pPr>
      <w:r w:rsidRPr="00E31CD3">
        <w:rPr>
          <w:rFonts w:ascii="QBE Sans" w:hAnsi="QBE Sans" w:cs="QBE Sans"/>
        </w:rPr>
        <w:t>Where risk is higher (e.g. several sections rated Poor), more photos are expected. </w:t>
      </w:r>
    </w:p>
    <w:p w:rsidRPr="00E31CD3" w:rsidR="00E31CD3" w:rsidP="004B375F" w:rsidRDefault="00E31CD3" w14:paraId="260A869C" w14:textId="2BB9717E">
      <w:pPr>
        <w:pStyle w:val="ListBullet"/>
        <w:numPr>
          <w:ilvl w:val="0"/>
          <w:numId w:val="17"/>
        </w:numPr>
        <w:spacing w:after="0" w:line="240" w:lineRule="auto"/>
        <w:rPr>
          <w:rFonts w:ascii="QBE Sans" w:hAnsi="QBE Sans" w:cs="QBE Sans"/>
        </w:rPr>
      </w:pPr>
      <w:r w:rsidRPr="00E31CD3">
        <w:rPr>
          <w:rFonts w:ascii="QBE Sans" w:hAnsi="QBE Sans" w:cs="QBE Sans"/>
        </w:rPr>
        <w:t>Where possible, each hazard in Section 4 should be supported by at least one photo. </w:t>
      </w:r>
    </w:p>
    <w:p w:rsidRPr="00412015" w:rsidR="001670E7" w:rsidRDefault="00914A77" w14:paraId="0D1F68B2" w14:textId="6AF1E1FB">
      <w:pPr>
        <w:pStyle w:val="Heading2"/>
        <w:rPr>
          <w:rFonts w:ascii="QBE Sans" w:hAnsi="QBE Sans" w:cs="QBE Sans"/>
        </w:rPr>
      </w:pPr>
      <w:r w:rsidRPr="00412015">
        <w:rPr>
          <w:rFonts w:ascii="QBE Sans" w:hAnsi="QBE Sans" w:cs="QBE Sans"/>
        </w:rPr>
        <w:t xml:space="preserve">5. </w:t>
      </w:r>
      <w:r w:rsidRPr="00412015" w:rsidR="00BA4A3C">
        <w:rPr>
          <w:rFonts w:ascii="QBE Sans" w:hAnsi="QBE Sans" w:cs="QBE Sans"/>
          <w:lang w:val="en-GB"/>
        </w:rPr>
        <w:t>Overall Technical &amp; Operational Risk Score</w:t>
      </w:r>
    </w:p>
    <w:p w:rsidRPr="00412015" w:rsidR="00BA4A3C" w:rsidP="00BA4A3C" w:rsidRDefault="009242DF" w14:paraId="5A0550FE" w14:textId="77777777">
      <w:pPr>
        <w:rPr>
          <w:rFonts w:ascii="QBE Sans" w:hAnsi="QBE Sans" w:cs="QBE Sans"/>
          <w:lang w:val="en-GB"/>
        </w:rPr>
      </w:pPr>
      <w:r w:rsidRPr="00412015">
        <w:rPr>
          <w:rFonts w:ascii="QBE Sans" w:hAnsi="QBE Sans" w:cs="QBE Sans"/>
          <w:lang w:val="en-GB"/>
        </w:rPr>
        <w:t>Your Overall Technical &amp; Operational Risk Score (Section 2.1) should be consistent with the ratings, hazards and photos throughout the form.</w:t>
      </w:r>
    </w:p>
    <w:p w:rsidRPr="00412015" w:rsidR="0063719E" w:rsidP="0063719E" w:rsidRDefault="00914A77" w14:paraId="25A4A1E8" w14:textId="37E3F61B">
      <w:pPr>
        <w:rPr>
          <w:rFonts w:ascii="QBE Sans" w:hAnsi="QBE Sans" w:cs="QBE Sans"/>
        </w:rPr>
      </w:pPr>
      <w:r w:rsidRPr="00412015">
        <w:rPr>
          <w:rFonts w:ascii="QBE Sans" w:hAnsi="QBE Sans" w:cs="QBE Sans"/>
        </w:rPr>
        <w:t>If you rate key sections such as Navigation, Hull, Machinery, Fire, Cargo/Tow/Fishing or Personal Safety as Poor, this should usually be reflected in your overall narrative</w:t>
      </w:r>
      <w:r w:rsidRPr="00412015" w:rsidR="0063719E">
        <w:rPr>
          <w:rFonts w:ascii="QBE Sans" w:hAnsi="QBE Sans" w:cs="QBE Sans"/>
        </w:rPr>
        <w:t>.</w:t>
      </w:r>
      <w:r w:rsidRPr="00412015">
        <w:rPr>
          <w:rFonts w:ascii="QBE Sans" w:hAnsi="QBE Sans" w:cs="QBE Sans"/>
        </w:rPr>
        <w:t xml:space="preserve"> </w:t>
      </w:r>
    </w:p>
    <w:p w:rsidRPr="00412015" w:rsidR="0067645D" w:rsidP="0067645D" w:rsidRDefault="00914A77" w14:paraId="234024E7" w14:textId="30DD79F5">
      <w:pPr>
        <w:rPr>
          <w:rFonts w:ascii="QBE Sans" w:hAnsi="QBE Sans" w:cs="QBE Sans"/>
          <w:lang w:val="en-GB"/>
        </w:rPr>
      </w:pPr>
      <w:r w:rsidRPr="00412015">
        <w:rPr>
          <w:rFonts w:ascii="QBE Sans" w:hAnsi="QBE Sans" w:cs="QBE Sans"/>
        </w:rPr>
        <w:t xml:space="preserve">Avoid generic statements. </w:t>
      </w:r>
      <w:r w:rsidRPr="00412015" w:rsidR="0067645D">
        <w:rPr>
          <w:rFonts w:ascii="QBE Sans" w:hAnsi="QBE Sans" w:cs="QBE Sans"/>
          <w:lang w:val="en-GB"/>
        </w:rPr>
        <w:t>Your narrative summary should clearly reflect the main factors driving the assigned risk score.</w:t>
      </w:r>
    </w:p>
    <w:p w:rsidRPr="00412015" w:rsidR="001670E7" w:rsidP="0063719E" w:rsidRDefault="001670E7" w14:paraId="01901E18" w14:textId="6ED485C3">
      <w:pPr>
        <w:rPr>
          <w:rFonts w:ascii="QBE Sans" w:hAnsi="QBE Sans" w:cs="QBE Sans"/>
        </w:rPr>
        <w:sectPr w:rsidRPr="00412015" w:rsidR="001670E7" w:rsidSect="0048733F">
          <w:headerReference w:type="even" r:id="rId11"/>
          <w:headerReference w:type="default" r:id="rId12"/>
          <w:footerReference w:type="even" r:id="rId13"/>
          <w:footerReference w:type="default" r:id="rId14"/>
          <w:headerReference w:type="first" r:id="rId15"/>
          <w:footerReference w:type="first" r:id="rId16"/>
          <w:pgSz w:w="11906" w:h="16838" w:orient="portrait"/>
          <w:pgMar w:top="1134" w:right="1440" w:bottom="1134" w:left="1440" w:header="709" w:footer="227" w:gutter="0"/>
          <w:cols w:space="720"/>
          <w:formProt w:val="0"/>
          <w:docGrid w:linePitch="360" w:charSpace="4096"/>
        </w:sectPr>
      </w:pPr>
    </w:p>
    <w:p w:rsidRPr="00412015" w:rsidR="001670E7" w:rsidRDefault="00914A77" w14:paraId="10DF1DE4" w14:textId="77777777">
      <w:pPr>
        <w:pStyle w:val="Heading1"/>
        <w:rPr>
          <w:rFonts w:ascii="QBE Sans" w:hAnsi="QBE Sans" w:cs="QBE Sans"/>
          <w:sz w:val="48"/>
          <w:szCs w:val="48"/>
          <w:u w:val="single"/>
        </w:rPr>
      </w:pPr>
      <w:r w:rsidRPr="00412015">
        <w:rPr>
          <w:rFonts w:ascii="QBE Sans" w:hAnsi="QBE Sans" w:cs="QBE Sans"/>
          <w:sz w:val="48"/>
          <w:szCs w:val="48"/>
          <w:u w:val="single"/>
        </w:rPr>
        <w:t>Submission Deadlines</w:t>
      </w:r>
    </w:p>
    <w:p w:rsidRPr="00412015" w:rsidR="001670E7" w:rsidRDefault="00914A77" w14:paraId="5A8A7CE2" w14:textId="77777777">
      <w:pPr>
        <w:rPr>
          <w:rFonts w:ascii="QBE Sans" w:hAnsi="QBE Sans" w:cs="QBE Sans"/>
        </w:rPr>
      </w:pPr>
      <w:r w:rsidRPr="00412015">
        <w:rPr>
          <w:rFonts w:ascii="QBE Sans" w:hAnsi="QBE Sans" w:cs="QBE Sans"/>
        </w:rPr>
        <w:t>Strict – non-compliance may delay or forfeit payment.</w:t>
      </w:r>
    </w:p>
    <w:p w:rsidRPr="00412015" w:rsidR="001670E7" w:rsidRDefault="00914A77" w14:paraId="0DE5D344" w14:textId="77777777">
      <w:pPr>
        <w:pStyle w:val="Heading2"/>
        <w:rPr>
          <w:rFonts w:ascii="QBE Sans" w:hAnsi="QBE Sans" w:cs="QBE Sans"/>
        </w:rPr>
      </w:pPr>
      <w:r w:rsidRPr="00412015">
        <w:rPr>
          <w:rFonts w:ascii="QBE Sans" w:hAnsi="QBE Sans" w:cs="QBE Sans"/>
        </w:rPr>
        <w:t>Within 24 hours of leaving the vessel (Provisional Report):</w:t>
      </w:r>
    </w:p>
    <w:p w:rsidRPr="00412015" w:rsidR="001670E7" w:rsidRDefault="00914A77" w14:paraId="44E69BBD" w14:textId="59A496EA">
      <w:pPr>
        <w:pStyle w:val="ListBullet"/>
        <w:rPr>
          <w:rFonts w:ascii="QBE Sans" w:hAnsi="QBE Sans" w:cs="QBE Sans"/>
        </w:rPr>
      </w:pPr>
      <w:r w:rsidRPr="00412015">
        <w:rPr>
          <w:rFonts w:ascii="QBE Sans" w:hAnsi="QBE Sans" w:cs="QBE Sans"/>
        </w:rPr>
        <w:t>Sections 1–3 fully completed (all core Section 3 ratings).</w:t>
      </w:r>
    </w:p>
    <w:p w:rsidRPr="00412015" w:rsidR="001670E7" w:rsidRDefault="00914A77" w14:paraId="5DF178CD" w14:textId="1900F9AA">
      <w:pPr>
        <w:pStyle w:val="ListBullet"/>
        <w:rPr>
          <w:rFonts w:ascii="QBE Sans" w:hAnsi="QBE Sans" w:cs="QBE Sans"/>
        </w:rPr>
      </w:pPr>
      <w:r w:rsidRPr="00412015">
        <w:rPr>
          <w:rFonts w:ascii="QBE Sans" w:hAnsi="QBE Sans" w:cs="QBE Sans"/>
        </w:rPr>
        <w:t>Section 2 narrative.</w:t>
      </w:r>
    </w:p>
    <w:p w:rsidRPr="00412015" w:rsidR="001670E7" w:rsidRDefault="00914A77" w14:paraId="13B433D5" w14:textId="77777777">
      <w:pPr>
        <w:pStyle w:val="ListBullet"/>
        <w:rPr>
          <w:rFonts w:ascii="QBE Sans" w:hAnsi="QBE Sans" w:cs="QBE Sans"/>
        </w:rPr>
      </w:pPr>
      <w:r w:rsidRPr="00412015">
        <w:rPr>
          <w:rFonts w:ascii="QBE Sans" w:hAnsi="QBE Sans" w:cs="QBE Sans"/>
        </w:rPr>
        <w:t>Section 4 – Full hazard table with proposed corrective actions and photo references.</w:t>
      </w:r>
    </w:p>
    <w:p w:rsidRPr="00412015" w:rsidR="001670E7" w:rsidRDefault="00914A77" w14:paraId="03352050" w14:textId="77777777">
      <w:pPr>
        <w:pStyle w:val="ListBullet"/>
        <w:rPr>
          <w:rFonts w:ascii="QBE Sans" w:hAnsi="QBE Sans" w:cs="QBE Sans"/>
        </w:rPr>
      </w:pPr>
      <w:r w:rsidRPr="00412015">
        <w:rPr>
          <w:rFonts w:ascii="QBE Sans" w:hAnsi="QBE Sans" w:cs="QBE Sans"/>
        </w:rPr>
        <w:t>Email subject: ‘24h PROVISIONAL – [Vessel Name] – [Port] – [Date of Survey]’.</w:t>
      </w:r>
    </w:p>
    <w:p w:rsidRPr="00412015" w:rsidR="00986021" w:rsidP="00986021" w:rsidRDefault="00986021" w14:paraId="15732219" w14:textId="0E33376B">
      <w:pPr>
        <w:pStyle w:val="Heading2"/>
        <w:rPr>
          <w:rFonts w:ascii="QBE Sans" w:hAnsi="QBE Sans" w:cs="QBE Sans"/>
        </w:rPr>
      </w:pPr>
      <w:r w:rsidRPr="00412015">
        <w:rPr>
          <w:rFonts w:ascii="QBE Sans" w:hAnsi="QBE Sans" w:cs="QBE Sans"/>
        </w:rPr>
        <w:t>Within 7 calendar days (Final Full Report):</w:t>
      </w:r>
    </w:p>
    <w:p w:rsidRPr="00412015" w:rsidR="00986021" w:rsidP="00986021" w:rsidRDefault="00986021" w14:paraId="1647B8F3" w14:textId="77777777">
      <w:pPr>
        <w:pStyle w:val="ListBullet"/>
        <w:rPr>
          <w:rFonts w:ascii="QBE Sans" w:hAnsi="QBE Sans" w:cs="QBE Sans"/>
        </w:rPr>
      </w:pPr>
      <w:r w:rsidRPr="00412015">
        <w:rPr>
          <w:rFonts w:ascii="QBE Sans" w:hAnsi="QBE Sans" w:cs="QBE Sans"/>
        </w:rPr>
        <w:t xml:space="preserve">All Sections 1 to 6 </w:t>
      </w:r>
    </w:p>
    <w:p w:rsidRPr="00412015" w:rsidR="00986021" w:rsidP="00986021" w:rsidRDefault="00986021" w14:paraId="588F01AA" w14:textId="77777777">
      <w:pPr>
        <w:pStyle w:val="ListBullet"/>
        <w:rPr>
          <w:rFonts w:ascii="QBE Sans" w:hAnsi="QBE Sans" w:cs="QBE Sans"/>
        </w:rPr>
      </w:pPr>
      <w:r w:rsidRPr="00412015">
        <w:rPr>
          <w:rFonts w:ascii="QBE Sans" w:hAnsi="QBE Sans" w:cs="QBE Sans"/>
        </w:rPr>
        <w:t>Complete Vessel-Type Supplement(s).</w:t>
      </w:r>
    </w:p>
    <w:p w:rsidRPr="00412015" w:rsidR="00986021" w:rsidP="00986021" w:rsidRDefault="00986021" w14:paraId="013FCA3A" w14:textId="77777777">
      <w:pPr>
        <w:pStyle w:val="ListBullet"/>
        <w:rPr>
          <w:rFonts w:ascii="QBE Sans" w:hAnsi="QBE Sans" w:cs="QBE Sans"/>
        </w:rPr>
      </w:pPr>
      <w:r w:rsidRPr="00412015">
        <w:rPr>
          <w:rFonts w:ascii="QBE Sans" w:hAnsi="QBE Sans" w:cs="QBE Sans"/>
        </w:rPr>
        <w:t>Full photo set (minimum 20, plus photos of hazard items) with descriptions.</w:t>
      </w:r>
    </w:p>
    <w:p w:rsidR="000172FD" w:rsidP="00986021" w:rsidRDefault="00986021" w14:paraId="36982CF3" w14:textId="77777777">
      <w:pPr>
        <w:pStyle w:val="ListBullet"/>
        <w:rPr>
          <w:rFonts w:ascii="QBE Sans" w:hAnsi="QBE Sans" w:cs="QBE Sans"/>
        </w:rPr>
      </w:pPr>
      <w:r w:rsidRPr="000172FD">
        <w:rPr>
          <w:rFonts w:ascii="QBE Sans" w:hAnsi="QBE Sans" w:cs="QBE Sans"/>
        </w:rPr>
        <w:t>Signed declaration (Section 6).</w:t>
      </w:r>
    </w:p>
    <w:p w:rsidRPr="000172FD" w:rsidR="00986021" w:rsidP="00986021" w:rsidRDefault="00986021" w14:paraId="3F5405E6" w14:textId="6451F105">
      <w:pPr>
        <w:pStyle w:val="ListBullet"/>
        <w:rPr>
          <w:rFonts w:ascii="QBE Sans" w:hAnsi="QBE Sans" w:cs="QBE Sans"/>
        </w:rPr>
      </w:pPr>
      <w:r w:rsidRPr="000172FD">
        <w:rPr>
          <w:rFonts w:ascii="QBE Sans" w:hAnsi="QBE Sans" w:cs="QBE Sans"/>
        </w:rPr>
        <w:t>Email subject: ‘FINAL – [Vessel Name] – [Port] – [Date of Survey]’.</w:t>
      </w:r>
    </w:p>
    <w:p w:rsidRPr="00412015" w:rsidR="001670E7" w:rsidRDefault="00986021" w14:paraId="2E999449" w14:textId="69952049">
      <w:pPr>
        <w:rPr>
          <w:rFonts w:ascii="QBE Sans" w:hAnsi="QBE Sans" w:cs="QBE Sans"/>
        </w:rPr>
      </w:pPr>
      <w:r>
        <w:rPr>
          <w:rFonts w:ascii="QBE Sans" w:hAnsi="QBE Sans" w:cs="QBE Sans"/>
        </w:rPr>
        <w:br w:type="page"/>
      </w:r>
    </w:p>
    <w:tbl>
      <w:tblPr>
        <w:tblStyle w:val="TableGrid"/>
        <w:tblW w:w="9828" w:type="dxa"/>
        <w:tblInd w:w="-5" w:type="dxa"/>
        <w:tblLayout w:type="fixed"/>
        <w:tblLook w:val="04A0" w:firstRow="1" w:lastRow="0" w:firstColumn="1" w:lastColumn="0" w:noHBand="0" w:noVBand="1"/>
      </w:tblPr>
      <w:tblGrid>
        <w:gridCol w:w="9828"/>
      </w:tblGrid>
      <w:tr w:rsidRPr="00412015" w:rsidR="001670E7" w14:paraId="69A1848E" w14:textId="77777777">
        <w:trPr>
          <w:trHeight w:val="6872"/>
        </w:trPr>
        <w:tc>
          <w:tcPr>
            <w:tcW w:w="9828" w:type="dxa"/>
            <w:vAlign w:val="center"/>
          </w:tcPr>
          <w:p w:rsidRPr="00412015" w:rsidR="001670E7" w:rsidRDefault="001670E7" w14:paraId="54DA7D0D" w14:textId="77777777">
            <w:pPr>
              <w:spacing w:before="120" w:after="0" w:line="240" w:lineRule="auto"/>
              <w:ind w:left="113"/>
              <w:jc w:val="center"/>
              <w:rPr>
                <w:rFonts w:ascii="QBE Sans" w:hAnsi="QBE Sans" w:cs="QBE Sans"/>
                <w:lang w:val="en-GB"/>
              </w:rPr>
            </w:pPr>
          </w:p>
          <w:p w:rsidRPr="00412015" w:rsidR="001670E7" w:rsidRDefault="00914A77" w14:paraId="5CFC2EF7" w14:textId="77777777">
            <w:pPr>
              <w:spacing w:before="120" w:after="0" w:line="240" w:lineRule="auto"/>
              <w:ind w:left="113" w:right="113"/>
              <w:jc w:val="center"/>
              <w:rPr>
                <w:rFonts w:ascii="QBE Sans" w:hAnsi="QBE Sans" w:cs="QBE Sans"/>
                <w:lang w:val="en-GB"/>
              </w:rPr>
            </w:pPr>
            <w:r w:rsidRPr="00412015">
              <w:rPr>
                <w:rFonts w:ascii="QBE Sans" w:hAnsi="QBE Sans" w:eastAsia="MS Mincho" w:cs="QBE Sans"/>
                <w:lang w:val="en-GB"/>
              </w:rPr>
              <w:t>Insert ship picture here</w:t>
            </w:r>
          </w:p>
          <w:p w:rsidRPr="00412015" w:rsidR="001670E7" w:rsidRDefault="001670E7" w14:paraId="51A2B25D" w14:textId="77777777">
            <w:pPr>
              <w:spacing w:before="120" w:after="0" w:line="240" w:lineRule="auto"/>
              <w:ind w:right="113"/>
              <w:jc w:val="center"/>
              <w:rPr>
                <w:rFonts w:ascii="QBE Sans" w:hAnsi="QBE Sans" w:cs="QBE Sans"/>
                <w:lang w:val="en-GB"/>
              </w:rPr>
            </w:pPr>
            <w:bookmarkStart w:name="_Hlk216785699" w:id="0"/>
            <w:bookmarkEnd w:id="0"/>
          </w:p>
        </w:tc>
      </w:tr>
    </w:tbl>
    <w:p w:rsidRPr="00412015" w:rsidR="001670E7" w:rsidRDefault="001670E7" w14:paraId="74673591" w14:textId="77777777">
      <w:pPr>
        <w:rPr>
          <w:rFonts w:ascii="QBE Sans" w:hAnsi="QBE Sans" w:cs="QBE Sans"/>
        </w:rPr>
      </w:pPr>
    </w:p>
    <w:tbl>
      <w:tblPr>
        <w:tblStyle w:val="TableGrid"/>
        <w:tblW w:w="9776" w:type="dxa"/>
        <w:tblLayout w:type="fixed"/>
        <w:tblLook w:val="04A0" w:firstRow="1" w:lastRow="0" w:firstColumn="1" w:lastColumn="0" w:noHBand="0" w:noVBand="1"/>
      </w:tblPr>
      <w:tblGrid>
        <w:gridCol w:w="4111"/>
        <w:gridCol w:w="5665"/>
      </w:tblGrid>
      <w:tr w:rsidRPr="00412015" w:rsidR="001670E7" w:rsidTr="00986021" w14:paraId="70AA1595" w14:textId="77777777">
        <w:trPr>
          <w:trHeight w:val="485"/>
        </w:trPr>
        <w:tc>
          <w:tcPr>
            <w:tcW w:w="4111" w:type="dxa"/>
          </w:tcPr>
          <w:sdt>
            <w:sdtPr>
              <w:rPr>
                <w:rFonts w:ascii="QBE Sans" w:hAnsi="QBE Sans" w:eastAsia="MS Mincho" w:cs="QBE Sans"/>
                <w:b/>
                <w:lang w:val="en-GB"/>
              </w:rPr>
              <w:id w:val="1052345318"/>
              <w:lock w:val="sdtContentLocked"/>
              <w:placeholder>
                <w:docPart w:val="DefaultPlaceholder_-1854013440"/>
              </w:placeholder>
            </w:sdtPr>
            <w:sdtEndPr>
              <w:rPr>
                <w:b w:val="0"/>
              </w:rPr>
            </w:sdtEndPr>
            <w:sdtContent>
              <w:p w:rsidRPr="00412015" w:rsidR="001670E7" w:rsidRDefault="00914A77" w14:paraId="367EF0CA" w14:textId="204A7124">
                <w:pPr>
                  <w:spacing w:after="0" w:line="240" w:lineRule="auto"/>
                  <w:rPr>
                    <w:rFonts w:ascii="QBE Sans" w:hAnsi="QBE Sans" w:cs="QBE Sans"/>
                    <w:lang w:val="en-GB"/>
                  </w:rPr>
                </w:pPr>
                <w:r w:rsidRPr="00412015">
                  <w:rPr>
                    <w:rFonts w:ascii="QBE Sans" w:hAnsi="QBE Sans" w:eastAsia="MS Mincho" w:cs="QBE Sans"/>
                    <w:b/>
                    <w:lang w:val="en-GB"/>
                  </w:rPr>
                  <w:t>Ship's name</w:t>
                </w:r>
                <w:r w:rsidRPr="00412015" w:rsidR="00E53337">
                  <w:rPr>
                    <w:rFonts w:ascii="QBE Sans" w:hAnsi="QBE Sans" w:eastAsia="MS Mincho" w:cs="QBE Sans"/>
                    <w:lang w:val="en-GB"/>
                  </w:rPr>
                  <w:t>:</w:t>
                </w:r>
              </w:p>
            </w:sdtContent>
          </w:sdt>
        </w:tc>
        <w:tc>
          <w:tcPr>
            <w:tcW w:w="5665" w:type="dxa"/>
          </w:tcPr>
          <w:p w:rsidRPr="00412015" w:rsidR="001670E7" w:rsidRDefault="001670E7" w14:paraId="3EE84BA0" w14:textId="77777777">
            <w:pPr>
              <w:spacing w:after="0" w:line="240" w:lineRule="auto"/>
              <w:rPr>
                <w:rFonts w:ascii="QBE Sans" w:hAnsi="QBE Sans" w:cs="QBE Sans"/>
                <w:lang w:val="en-GB"/>
              </w:rPr>
            </w:pPr>
          </w:p>
        </w:tc>
      </w:tr>
      <w:tr w:rsidRPr="00412015" w:rsidR="001670E7" w:rsidTr="00986021" w14:paraId="11576965" w14:textId="77777777">
        <w:trPr>
          <w:trHeight w:val="514"/>
        </w:trPr>
        <w:tc>
          <w:tcPr>
            <w:tcW w:w="4111" w:type="dxa"/>
          </w:tcPr>
          <w:sdt>
            <w:sdtPr>
              <w:rPr>
                <w:rFonts w:ascii="QBE Sans" w:hAnsi="QBE Sans" w:eastAsia="MS Mincho" w:cs="QBE Sans"/>
                <w:b/>
                <w:lang w:val="en-GB"/>
              </w:rPr>
              <w:id w:val="-2021001874"/>
              <w:placeholder>
                <w:docPart w:val="DefaultPlaceholder_-1854013440"/>
              </w:placeholder>
            </w:sdtPr>
            <w:sdtEndPr>
              <w:rPr>
                <w:b w:val="0"/>
                <w:sz w:val="20"/>
                <w:szCs w:val="20"/>
              </w:rPr>
            </w:sdtEndPr>
            <w:sdtContent>
              <w:p w:rsidRPr="00412015" w:rsidR="001670E7" w:rsidRDefault="00914A77" w14:paraId="480AFAE0" w14:textId="23C1256A">
                <w:pPr>
                  <w:spacing w:after="0" w:line="240" w:lineRule="auto"/>
                  <w:rPr>
                    <w:rFonts w:ascii="QBE Sans" w:hAnsi="QBE Sans" w:cs="QBE Sans"/>
                    <w:lang w:val="en-GB"/>
                  </w:rPr>
                </w:pPr>
                <w:r w:rsidRPr="00412015">
                  <w:rPr>
                    <w:rFonts w:ascii="QBE Sans" w:hAnsi="QBE Sans" w:eastAsia="MS Mincho" w:cs="QBE Sans"/>
                    <w:b/>
                    <w:lang w:val="en-GB"/>
                  </w:rPr>
                  <w:t xml:space="preserve">Survey type </w:t>
                </w:r>
                <w:r w:rsidRPr="00412015">
                  <w:rPr>
                    <w:rFonts w:ascii="QBE Sans" w:hAnsi="QBE Sans" w:eastAsia="MS Mincho" w:cs="QBE Sans"/>
                    <w:b/>
                    <w:sz w:val="20"/>
                    <w:szCs w:val="20"/>
                    <w:lang w:val="en-GB"/>
                  </w:rPr>
                  <w:t>(</w:t>
                </w:r>
                <w:r w:rsidRPr="00412015">
                  <w:rPr>
                    <w:rFonts w:ascii="QBE Sans" w:hAnsi="QBE Sans" w:eastAsia="MS Mincho" w:cs="QBE Sans"/>
                    <w:sz w:val="20"/>
                    <w:szCs w:val="20"/>
                    <w:lang w:val="en-GB"/>
                  </w:rPr>
                  <w:t>Entry / Routine / Follow Up)</w:t>
                </w:r>
              </w:p>
            </w:sdtContent>
          </w:sdt>
        </w:tc>
        <w:tc>
          <w:tcPr>
            <w:tcW w:w="5665" w:type="dxa"/>
          </w:tcPr>
          <w:p w:rsidRPr="00412015" w:rsidR="001670E7" w:rsidRDefault="001670E7" w14:paraId="6847460E" w14:textId="77777777">
            <w:pPr>
              <w:spacing w:after="0" w:line="240" w:lineRule="auto"/>
              <w:rPr>
                <w:rFonts w:ascii="QBE Sans" w:hAnsi="QBE Sans" w:cs="QBE Sans"/>
                <w:lang w:val="en-GB"/>
              </w:rPr>
            </w:pPr>
          </w:p>
        </w:tc>
      </w:tr>
      <w:tr w:rsidRPr="00412015" w:rsidR="001670E7" w:rsidTr="00986021" w14:paraId="64A1AF24" w14:textId="77777777">
        <w:trPr>
          <w:trHeight w:val="485"/>
        </w:trPr>
        <w:sdt>
          <w:sdtPr>
            <w:rPr>
              <w:rFonts w:ascii="QBE Sans" w:hAnsi="QBE Sans" w:eastAsia="MS Mincho" w:cs="QBE Sans"/>
              <w:b/>
              <w:lang w:val="en-GB"/>
            </w:rPr>
            <w:id w:val="-386953071"/>
            <w:placeholder>
              <w:docPart w:val="DefaultPlaceholder_-1854013440"/>
            </w:placeholder>
          </w:sdtPr>
          <w:sdtEndPr>
            <w:rPr>
              <w:b w:val="0"/>
            </w:rPr>
          </w:sdtEndPr>
          <w:sdtContent>
            <w:tc>
              <w:tcPr>
                <w:tcW w:w="4111" w:type="dxa"/>
              </w:tcPr>
              <w:p w:rsidRPr="00412015" w:rsidR="001670E7" w:rsidRDefault="00914A77" w14:paraId="61730727" w14:textId="03BC93A2">
                <w:pPr>
                  <w:spacing w:after="0" w:line="240" w:lineRule="auto"/>
                  <w:rPr>
                    <w:rFonts w:ascii="QBE Sans" w:hAnsi="QBE Sans" w:cs="QBE Sans"/>
                    <w:lang w:val="en-GB"/>
                  </w:rPr>
                </w:pPr>
                <w:r w:rsidRPr="00412015">
                  <w:rPr>
                    <w:rFonts w:ascii="QBE Sans" w:hAnsi="QBE Sans" w:eastAsia="MS Mincho" w:cs="QBE Sans"/>
                    <w:b/>
                    <w:lang w:val="en-GB"/>
                  </w:rPr>
                  <w:t>Survey port</w:t>
                </w:r>
                <w:r w:rsidRPr="00412015">
                  <w:rPr>
                    <w:rFonts w:ascii="QBE Sans" w:hAnsi="QBE Sans" w:eastAsia="MS Mincho" w:cs="QBE Sans"/>
                    <w:lang w:val="en-GB"/>
                  </w:rPr>
                  <w:t>:</w:t>
                </w:r>
              </w:p>
            </w:tc>
          </w:sdtContent>
        </w:sdt>
        <w:tc>
          <w:tcPr>
            <w:tcW w:w="5665" w:type="dxa"/>
          </w:tcPr>
          <w:p w:rsidRPr="00412015" w:rsidR="001670E7" w:rsidRDefault="001670E7" w14:paraId="14E65D9B" w14:textId="77777777">
            <w:pPr>
              <w:spacing w:after="0" w:line="240" w:lineRule="auto"/>
              <w:rPr>
                <w:rFonts w:ascii="QBE Sans" w:hAnsi="QBE Sans" w:cs="QBE Sans"/>
                <w:lang w:val="en-GB"/>
              </w:rPr>
            </w:pPr>
          </w:p>
        </w:tc>
      </w:tr>
      <w:tr w:rsidRPr="00412015" w:rsidR="001670E7" w:rsidTr="00986021" w14:paraId="6765E0D7" w14:textId="77777777">
        <w:trPr>
          <w:trHeight w:val="514"/>
        </w:trPr>
        <w:tc>
          <w:tcPr>
            <w:tcW w:w="4111" w:type="dxa"/>
          </w:tcPr>
          <w:sdt>
            <w:sdtPr>
              <w:rPr>
                <w:rFonts w:ascii="QBE Sans" w:hAnsi="QBE Sans" w:eastAsia="MS Mincho" w:cs="QBE Sans"/>
                <w:b/>
                <w:lang w:val="en-GB"/>
              </w:rPr>
              <w:id w:val="336965844"/>
              <w:placeholder>
                <w:docPart w:val="DefaultPlaceholder_-1854013440"/>
              </w:placeholder>
            </w:sdtPr>
            <w:sdtEndPr>
              <w:rPr>
                <w:b w:val="0"/>
              </w:rPr>
            </w:sdtEndPr>
            <w:sdtContent>
              <w:p w:rsidRPr="00412015" w:rsidR="001670E7" w:rsidRDefault="00914A77" w14:paraId="29C8DBE2" w14:textId="3BC830F3">
                <w:pPr>
                  <w:spacing w:after="0" w:line="240" w:lineRule="auto"/>
                  <w:rPr>
                    <w:rFonts w:ascii="QBE Sans" w:hAnsi="QBE Sans" w:cs="QBE Sans"/>
                    <w:lang w:val="en-GB"/>
                  </w:rPr>
                </w:pPr>
                <w:r w:rsidRPr="00412015">
                  <w:rPr>
                    <w:rFonts w:ascii="QBE Sans" w:hAnsi="QBE Sans" w:eastAsia="MS Mincho" w:cs="QBE Sans"/>
                    <w:b/>
                    <w:lang w:val="en-GB"/>
                  </w:rPr>
                  <w:t>Survey date</w:t>
                </w:r>
                <w:r w:rsidRPr="00412015">
                  <w:rPr>
                    <w:rFonts w:ascii="QBE Sans" w:hAnsi="QBE Sans" w:eastAsia="MS Mincho" w:cs="QBE Sans"/>
                    <w:lang w:val="en-GB"/>
                  </w:rPr>
                  <w:t>:</w:t>
                </w:r>
              </w:p>
            </w:sdtContent>
          </w:sdt>
        </w:tc>
        <w:tc>
          <w:tcPr>
            <w:tcW w:w="5665" w:type="dxa"/>
          </w:tcPr>
          <w:p w:rsidRPr="00412015" w:rsidR="001670E7" w:rsidRDefault="001670E7" w14:paraId="19A844D8" w14:textId="77777777">
            <w:pPr>
              <w:spacing w:after="0" w:line="240" w:lineRule="auto"/>
              <w:rPr>
                <w:rFonts w:ascii="QBE Sans" w:hAnsi="QBE Sans" w:cs="QBE Sans"/>
                <w:lang w:val="en-GB"/>
              </w:rPr>
            </w:pPr>
          </w:p>
        </w:tc>
      </w:tr>
      <w:tr w:rsidRPr="00412015" w:rsidR="001670E7" w:rsidTr="00986021" w14:paraId="7C49A21E" w14:textId="77777777">
        <w:trPr>
          <w:trHeight w:val="514"/>
        </w:trPr>
        <w:tc>
          <w:tcPr>
            <w:tcW w:w="4111" w:type="dxa"/>
          </w:tcPr>
          <w:sdt>
            <w:sdtPr>
              <w:rPr>
                <w:rFonts w:ascii="QBE Sans" w:hAnsi="QBE Sans" w:eastAsia="MS Mincho" w:cs="QBE Sans"/>
                <w:b/>
                <w:lang w:val="en-GB"/>
              </w:rPr>
              <w:id w:val="1937863831"/>
              <w:placeholder>
                <w:docPart w:val="DefaultPlaceholder_-1854013440"/>
              </w:placeholder>
            </w:sdtPr>
            <w:sdtEndPr>
              <w:rPr>
                <w:b w:val="0"/>
              </w:rPr>
            </w:sdtEndPr>
            <w:sdtContent>
              <w:p w:rsidRPr="00412015" w:rsidR="001670E7" w:rsidRDefault="00914A77" w14:paraId="4A6F9828" w14:textId="1B80DD92">
                <w:pPr>
                  <w:spacing w:after="0" w:line="240" w:lineRule="auto"/>
                  <w:rPr>
                    <w:rFonts w:ascii="QBE Sans" w:hAnsi="QBE Sans" w:cs="QBE Sans"/>
                    <w:lang w:val="en-GB"/>
                  </w:rPr>
                </w:pPr>
                <w:r w:rsidRPr="00412015">
                  <w:rPr>
                    <w:rFonts w:ascii="QBE Sans" w:hAnsi="QBE Sans" w:eastAsia="MS Mincho" w:cs="QBE Sans"/>
                    <w:b/>
                    <w:lang w:val="en-GB"/>
                  </w:rPr>
                  <w:t>Survey company</w:t>
                </w:r>
                <w:r w:rsidRPr="00412015">
                  <w:rPr>
                    <w:rFonts w:ascii="QBE Sans" w:hAnsi="QBE Sans" w:eastAsia="MS Mincho" w:cs="QBE Sans"/>
                    <w:lang w:val="en-GB"/>
                  </w:rPr>
                  <w:t>:</w:t>
                </w:r>
              </w:p>
            </w:sdtContent>
          </w:sdt>
        </w:tc>
        <w:tc>
          <w:tcPr>
            <w:tcW w:w="5665" w:type="dxa"/>
          </w:tcPr>
          <w:p w:rsidRPr="00412015" w:rsidR="001670E7" w:rsidRDefault="001670E7" w14:paraId="362D20A1" w14:textId="77777777">
            <w:pPr>
              <w:spacing w:after="0" w:line="240" w:lineRule="auto"/>
              <w:rPr>
                <w:rFonts w:ascii="QBE Sans" w:hAnsi="QBE Sans" w:cs="QBE Sans"/>
                <w:lang w:val="en-GB"/>
              </w:rPr>
            </w:pPr>
          </w:p>
        </w:tc>
      </w:tr>
      <w:tr w:rsidRPr="00412015" w:rsidR="001670E7" w:rsidTr="00986021" w14:paraId="3E713412" w14:textId="77777777">
        <w:trPr>
          <w:trHeight w:val="485"/>
        </w:trPr>
        <w:tc>
          <w:tcPr>
            <w:tcW w:w="4111" w:type="dxa"/>
          </w:tcPr>
          <w:sdt>
            <w:sdtPr>
              <w:rPr>
                <w:rFonts w:ascii="QBE Sans" w:hAnsi="QBE Sans" w:eastAsia="MS Mincho" w:cs="QBE Sans"/>
                <w:b/>
                <w:lang w:val="en-GB"/>
              </w:rPr>
              <w:id w:val="-1639947907"/>
              <w:placeholder>
                <w:docPart w:val="DefaultPlaceholder_-1854013440"/>
              </w:placeholder>
            </w:sdtPr>
            <w:sdtEndPr/>
            <w:sdtContent>
              <w:p w:rsidRPr="00412015" w:rsidR="001670E7" w:rsidRDefault="00914A77" w14:paraId="2FDD4CBD" w14:textId="36294ED4">
                <w:pPr>
                  <w:spacing w:after="0" w:line="240" w:lineRule="auto"/>
                  <w:rPr>
                    <w:rFonts w:ascii="QBE Sans" w:hAnsi="QBE Sans" w:cs="QBE Sans"/>
                    <w:b/>
                    <w:lang w:val="en-GB"/>
                  </w:rPr>
                </w:pPr>
                <w:r w:rsidRPr="00412015">
                  <w:rPr>
                    <w:rFonts w:ascii="QBE Sans" w:hAnsi="QBE Sans" w:eastAsia="MS Mincho" w:cs="QBE Sans"/>
                    <w:b/>
                    <w:lang w:val="en-GB"/>
                  </w:rPr>
                  <w:t>Surveyor Name:</w:t>
                </w:r>
              </w:p>
            </w:sdtContent>
          </w:sdt>
        </w:tc>
        <w:tc>
          <w:tcPr>
            <w:tcW w:w="5665" w:type="dxa"/>
          </w:tcPr>
          <w:p w:rsidRPr="00412015" w:rsidR="001670E7" w:rsidRDefault="001670E7" w14:paraId="57D5C19B" w14:textId="77777777">
            <w:pPr>
              <w:spacing w:after="0" w:line="240" w:lineRule="auto"/>
              <w:rPr>
                <w:rFonts w:ascii="QBE Sans" w:hAnsi="QBE Sans" w:cs="QBE Sans"/>
                <w:lang w:val="en-GB"/>
              </w:rPr>
            </w:pPr>
          </w:p>
        </w:tc>
      </w:tr>
      <w:tr w:rsidRPr="00412015" w:rsidR="00AB0BF6" w:rsidTr="00986021" w14:paraId="4AC5262C" w14:textId="77777777">
        <w:trPr>
          <w:trHeight w:val="485"/>
        </w:trPr>
        <w:tc>
          <w:tcPr>
            <w:tcW w:w="4111" w:type="dxa"/>
          </w:tcPr>
          <w:sdt>
            <w:sdtPr>
              <w:rPr>
                <w:rFonts w:ascii="QBE Sans" w:hAnsi="QBE Sans" w:eastAsia="MS Mincho" w:cs="QBE Sans"/>
                <w:b/>
                <w:lang w:val="en-GB"/>
              </w:rPr>
              <w:id w:val="-877315045"/>
              <w:lock w:val="contentLocked"/>
              <w:placeholder>
                <w:docPart w:val="DefaultPlaceholder_-1854013440"/>
              </w:placeholder>
              <w:group/>
            </w:sdtPr>
            <w:sdtEndPr>
              <w:rPr>
                <w:b w:val="0"/>
                <w:bCs/>
              </w:rPr>
            </w:sdtEndPr>
            <w:sdtContent>
              <w:p w:rsidR="00AB0BF6" w:rsidRDefault="00F64796" w14:paraId="04EC0DE5" w14:textId="517DE585">
                <w:pPr>
                  <w:spacing w:after="0" w:line="240" w:lineRule="auto"/>
                  <w:rPr>
                    <w:rFonts w:ascii="QBE Sans" w:hAnsi="QBE Sans" w:eastAsia="MS Mincho" w:cs="QBE Sans"/>
                    <w:b/>
                    <w:lang w:val="en-GB"/>
                  </w:rPr>
                </w:pPr>
                <w:r>
                  <w:rPr>
                    <w:rFonts w:ascii="QBE Sans" w:hAnsi="QBE Sans" w:eastAsia="MS Mincho" w:cs="QBE Sans"/>
                    <w:b/>
                    <w:lang w:val="en-GB"/>
                  </w:rPr>
                  <w:t xml:space="preserve">BM </w:t>
                </w:r>
                <w:r w:rsidR="00141F46">
                  <w:rPr>
                    <w:rFonts w:ascii="QBE Sans" w:hAnsi="QBE Sans" w:eastAsia="MS Mincho" w:cs="QBE Sans"/>
                    <w:b/>
                    <w:lang w:val="en-GB"/>
                  </w:rPr>
                  <w:t xml:space="preserve">Survey No. </w:t>
                </w:r>
                <w:r w:rsidRPr="00F64796" w:rsidR="00141F46">
                  <w:rPr>
                    <w:rFonts w:ascii="QBE Sans" w:hAnsi="QBE Sans" w:eastAsia="MS Mincho" w:cs="QBE Sans"/>
                    <w:bCs/>
                    <w:lang w:val="en-GB"/>
                  </w:rPr>
                  <w:t>(</w:t>
                </w:r>
                <w:r w:rsidRPr="00F64796" w:rsidR="00D94970">
                  <w:rPr>
                    <w:rFonts w:ascii="QBE Sans" w:hAnsi="QBE Sans" w:eastAsia="MS Mincho" w:cs="QBE Sans"/>
                    <w:bCs/>
                    <w:lang w:val="en-GB"/>
                  </w:rPr>
                  <w:t>from instructions</w:t>
                </w:r>
                <w:r w:rsidRPr="00F64796" w:rsidR="00141F46">
                  <w:rPr>
                    <w:rFonts w:ascii="QBE Sans" w:hAnsi="QBE Sans" w:eastAsia="MS Mincho" w:cs="QBE Sans"/>
                    <w:bCs/>
                    <w:lang w:val="en-GB"/>
                  </w:rPr>
                  <w:t>)</w:t>
                </w:r>
              </w:p>
            </w:sdtContent>
          </w:sdt>
        </w:tc>
        <w:tc>
          <w:tcPr>
            <w:tcW w:w="5665" w:type="dxa"/>
          </w:tcPr>
          <w:p w:rsidRPr="00412015" w:rsidR="00AB0BF6" w:rsidRDefault="00AB0BF6" w14:paraId="6EDDB712" w14:textId="77777777">
            <w:pPr>
              <w:spacing w:after="0" w:line="240" w:lineRule="auto"/>
              <w:rPr>
                <w:rFonts w:ascii="QBE Sans" w:hAnsi="QBE Sans" w:cs="QBE Sans"/>
                <w:lang w:val="en-GB"/>
              </w:rPr>
            </w:pPr>
          </w:p>
        </w:tc>
      </w:tr>
    </w:tbl>
    <w:p w:rsidR="00986021" w:rsidRDefault="00986021" w14:paraId="17E76B70" w14:textId="0035A75E">
      <w:pPr>
        <w:rPr>
          <w:rFonts w:ascii="QBE Sans" w:hAnsi="QBE Sans" w:cs="QBE Sans"/>
        </w:rPr>
      </w:pPr>
      <w:r>
        <w:rPr>
          <w:rFonts w:ascii="QBE Sans" w:hAnsi="QBE Sans" w:cs="QBE Sans"/>
        </w:rPr>
        <w:br w:type="page"/>
      </w:r>
    </w:p>
    <w:p w:rsidRPr="00412015" w:rsidR="001670E7" w:rsidRDefault="00914A77" w14:paraId="24115373" w14:textId="77777777">
      <w:pPr>
        <w:pStyle w:val="Heading1"/>
        <w:rPr>
          <w:rFonts w:ascii="QBE Sans" w:hAnsi="QBE Sans" w:cs="QBE Sans"/>
          <w:lang w:eastAsia="en-GB"/>
        </w:rPr>
      </w:pPr>
      <w:r w:rsidRPr="00412015">
        <w:rPr>
          <w:rFonts w:ascii="QBE Sans" w:hAnsi="QBE Sans" w:cs="QBE Sans"/>
          <w:lang w:eastAsia="en-GB"/>
        </w:rPr>
        <w:t xml:space="preserve">SECTION 1 – Vessel Details </w:t>
      </w:r>
    </w:p>
    <w:tbl>
      <w:tblPr>
        <w:tblW w:w="9955" w:type="dxa"/>
        <w:tblInd w:w="-179" w:type="dxa"/>
        <w:tblLayout w:type="fixed"/>
        <w:tblLook w:val="0000" w:firstRow="0" w:lastRow="0" w:firstColumn="0" w:lastColumn="0" w:noHBand="0" w:noVBand="0"/>
      </w:tblPr>
      <w:tblGrid>
        <w:gridCol w:w="4053"/>
        <w:gridCol w:w="5902"/>
      </w:tblGrid>
      <w:tr w:rsidRPr="00412015" w:rsidR="001670E7" w:rsidTr="00986021" w14:paraId="61A68E89"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029024808"/>
              <w:lock w:val="sdtContentLocked"/>
              <w:placeholder>
                <w:docPart w:val="DefaultPlaceholder_-1854013440"/>
              </w:placeholder>
            </w:sdtPr>
            <w:sdtEndPr/>
            <w:sdtContent>
              <w:p w:rsidRPr="00412015" w:rsidR="001670E7" w:rsidRDefault="00914A77" w14:paraId="47BB1940" w14:textId="585F7698">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Name of Vessel</w:t>
                </w:r>
                <w:r w:rsidR="00E25AE7">
                  <w:rPr>
                    <w:rFonts w:ascii="QBE Sans" w:hAnsi="QBE Sans" w:eastAsia="Times New Roman" w:cs="QBE Sans"/>
                    <w:b/>
                    <w:bCs/>
                    <w:lang w:eastAsia="en-GB"/>
                  </w:rPr>
                  <w: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6FC4881C" w14:textId="77777777">
            <w:pPr>
              <w:spacing w:beforeAutospacing="1" w:after="0" w:line="240" w:lineRule="auto"/>
              <w:rPr>
                <w:rFonts w:ascii="QBE Sans" w:hAnsi="QBE Sans" w:eastAsia="Times New Roman" w:cs="QBE Sans"/>
                <w:lang w:eastAsia="en-GB"/>
              </w:rPr>
            </w:pPr>
          </w:p>
        </w:tc>
      </w:tr>
      <w:tr w:rsidRPr="00412015" w:rsidR="001670E7" w:rsidTr="00986021" w14:paraId="09562955"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612429547"/>
              <w:lock w:val="sdtContentLocked"/>
              <w:placeholder>
                <w:docPart w:val="DefaultPlaceholder_-1854013440"/>
              </w:placeholder>
            </w:sdtPr>
            <w:sdtEndPr/>
            <w:sdtContent>
              <w:p w:rsidRPr="00412015" w:rsidR="001670E7" w:rsidRDefault="00914A77" w14:paraId="4DB6FB0E" w14:textId="3357F22D">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IMO / Official No.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7FCA2764" w14:textId="77777777">
            <w:pPr>
              <w:spacing w:beforeAutospacing="1" w:after="0" w:line="240" w:lineRule="auto"/>
              <w:rPr>
                <w:rFonts w:ascii="QBE Sans" w:hAnsi="QBE Sans" w:eastAsia="Times New Roman" w:cs="QBE Sans"/>
                <w:lang w:eastAsia="en-GB"/>
              </w:rPr>
            </w:pPr>
          </w:p>
        </w:tc>
      </w:tr>
      <w:tr w:rsidRPr="00412015" w:rsidR="001670E7" w:rsidTr="00986021" w14:paraId="06443004"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019150135"/>
              <w:lock w:val="sdtContentLocked"/>
              <w:placeholder>
                <w:docPart w:val="DefaultPlaceholder_-1854013440"/>
              </w:placeholder>
            </w:sdtPr>
            <w:sdtEndPr/>
            <w:sdtContent>
              <w:p w:rsidRPr="00412015" w:rsidR="001670E7" w:rsidRDefault="00914A77" w14:paraId="497C5B0D" w14:textId="31E963AA">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MMSI:</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42BDCBE7" w14:textId="77777777">
            <w:pPr>
              <w:spacing w:beforeAutospacing="1" w:after="0" w:line="240" w:lineRule="auto"/>
              <w:rPr>
                <w:rFonts w:ascii="QBE Sans" w:hAnsi="QBE Sans" w:eastAsia="Times New Roman" w:cs="QBE Sans"/>
                <w:lang w:eastAsia="en-GB"/>
              </w:rPr>
            </w:pPr>
          </w:p>
        </w:tc>
      </w:tr>
      <w:tr w:rsidRPr="00412015" w:rsidR="001670E7" w:rsidTr="00986021" w14:paraId="515BAB24"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257496765"/>
              <w:lock w:val="sdtContentLocked"/>
              <w:placeholder>
                <w:docPart w:val="DefaultPlaceholder_-1854013440"/>
              </w:placeholder>
            </w:sdtPr>
            <w:sdtEndPr/>
            <w:sdtContent>
              <w:p w:rsidRPr="00412015" w:rsidR="001670E7" w:rsidRDefault="00914A77" w14:paraId="00F2CDCB" w14:textId="18797C93">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Flag / </w:t>
                </w:r>
                <w:r w:rsidRPr="00412015" w:rsidR="00646184">
                  <w:rPr>
                    <w:rFonts w:ascii="QBE Sans" w:hAnsi="QBE Sans" w:eastAsia="Times New Roman" w:cs="QBE Sans"/>
                    <w:b/>
                    <w:bCs/>
                    <w:lang w:eastAsia="en-GB"/>
                  </w:rPr>
                  <w:t xml:space="preserve">Port of </w:t>
                </w:r>
                <w:r w:rsidRPr="00412015">
                  <w:rPr>
                    <w:rFonts w:ascii="QBE Sans" w:hAnsi="QBE Sans" w:eastAsia="Times New Roman" w:cs="QBE Sans"/>
                    <w:b/>
                    <w:bCs/>
                    <w:lang w:eastAsia="en-GB"/>
                  </w:rPr>
                  <w:t xml:space="preserve">Registry: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P="00986021" w:rsidRDefault="001670E7" w14:paraId="7DCD8B08" w14:textId="77777777">
            <w:pPr>
              <w:spacing w:before="100" w:beforeAutospacing="1" w:after="0" w:line="240" w:lineRule="auto"/>
              <w:rPr>
                <w:rFonts w:ascii="QBE Sans" w:hAnsi="QBE Sans" w:eastAsia="Times New Roman" w:cs="QBE Sans"/>
                <w:lang w:eastAsia="en-GB"/>
              </w:rPr>
            </w:pPr>
          </w:p>
        </w:tc>
      </w:tr>
      <w:tr w:rsidRPr="00412015" w:rsidR="001670E7" w:rsidTr="00986021" w14:paraId="50D42673"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571314198"/>
              <w:lock w:val="sdtContentLocked"/>
              <w:placeholder>
                <w:docPart w:val="DefaultPlaceholder_-1854013440"/>
              </w:placeholder>
            </w:sdtPr>
            <w:sdtEndPr/>
            <w:sdtContent>
              <w:p w:rsidRPr="00412015" w:rsidR="001670E7" w:rsidRDefault="00914A77" w14:paraId="44C16569" w14:textId="1ECCB8A7">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Vessel Type:</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4A5C451C" w14:textId="77777777">
            <w:pPr>
              <w:spacing w:beforeAutospacing="1" w:after="0" w:line="240" w:lineRule="auto"/>
              <w:rPr>
                <w:rFonts w:ascii="QBE Sans" w:hAnsi="QBE Sans" w:eastAsia="Times New Roman" w:cs="QBE Sans"/>
                <w:lang w:eastAsia="en-GB"/>
              </w:rPr>
            </w:pPr>
          </w:p>
        </w:tc>
      </w:tr>
      <w:tr w:rsidRPr="00412015" w:rsidR="001670E7" w:rsidTr="00986021" w14:paraId="4E049E48"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547331570"/>
              <w:lock w:val="sdtContentLocked"/>
              <w:placeholder>
                <w:docPart w:val="DefaultPlaceholder_-1854013440"/>
              </w:placeholder>
            </w:sdtPr>
            <w:sdtEndPr/>
            <w:sdtContent>
              <w:p w:rsidRPr="00412015" w:rsidR="001670E7" w:rsidRDefault="00914A77" w14:paraId="75D3FD77" w14:textId="3F9E11CA">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Class Society: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60AFA974" w14:textId="77777777">
            <w:pPr>
              <w:spacing w:beforeAutospacing="1" w:after="0" w:line="240" w:lineRule="auto"/>
              <w:rPr>
                <w:rFonts w:ascii="QBE Sans" w:hAnsi="QBE Sans" w:eastAsia="Times New Roman" w:cs="QBE Sans"/>
                <w:lang w:eastAsia="en-GB"/>
              </w:rPr>
            </w:pPr>
          </w:p>
        </w:tc>
      </w:tr>
      <w:tr w:rsidRPr="00412015" w:rsidR="001670E7" w:rsidTr="00986021" w14:paraId="65226F55"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895966265"/>
              <w:placeholder>
                <w:docPart w:val="DefaultPlaceholder_-1854013440"/>
              </w:placeholder>
            </w:sdtPr>
            <w:sdtEndPr/>
            <w:sdtContent>
              <w:p w:rsidRPr="00412015" w:rsidR="001670E7" w:rsidRDefault="002F4184" w14:paraId="22391383" w14:textId="71D18C14">
                <w:pPr>
                  <w:spacing w:beforeAutospacing="1" w:after="0" w:line="240" w:lineRule="auto"/>
                  <w:ind w:left="438"/>
                  <w:rPr>
                    <w:rFonts w:ascii="QBE Sans" w:hAnsi="QBE Sans" w:eastAsia="Times New Roman" w:cs="QBE Sans"/>
                    <w:b/>
                    <w:bCs/>
                    <w:lang w:eastAsia="en-GB"/>
                  </w:rPr>
                </w:pPr>
                <w:sdt>
                  <w:sdtPr>
                    <w:rPr>
                      <w:rFonts w:ascii="QBE Sans" w:hAnsi="QBE Sans" w:eastAsia="Times New Roman" w:cs="QBE Sans"/>
                      <w:b/>
                      <w:bCs/>
                      <w:lang w:eastAsia="en-GB"/>
                    </w:rPr>
                    <w:id w:val="1400482534"/>
                    <w:lock w:val="sdtContentLocked"/>
                    <w:placeholder>
                      <w:docPart w:val="DefaultPlaceholder_-1854013440"/>
                    </w:placeholder>
                  </w:sdtPr>
                  <w:sdtEndPr/>
                  <w:sdtContent>
                    <w:r w:rsidRPr="00412015" w:rsidR="00914A77">
                      <w:rPr>
                        <w:rFonts w:ascii="QBE Sans" w:hAnsi="QBE Sans" w:eastAsia="Times New Roman" w:cs="QBE Sans"/>
                        <w:b/>
                        <w:bCs/>
                        <w:lang w:eastAsia="en-GB"/>
                      </w:rPr>
                      <w:t>Outstanding Class Recommendations:</w:t>
                    </w:r>
                  </w:sdtContent>
                </w:sdt>
                <w:r w:rsidRPr="00412015" w:rsidR="00914A77">
                  <w:rPr>
                    <w:rFonts w:ascii="QBE Sans" w:hAnsi="QBE Sans" w:eastAsia="Times New Roman" w:cs="QBE Sans"/>
                    <w:b/>
                    <w:bCs/>
                    <w:lang w:eastAsia="en-GB"/>
                  </w:rPr>
                  <w:t xml:space="preserve"> </w:t>
                </w:r>
                <w:sdt>
                  <w:sdtPr>
                    <w:rPr>
                      <w:rFonts w:ascii="QBE Sans" w:hAnsi="QBE Sans" w:eastAsia="Times New Roman" w:cs="QBE Sans"/>
                      <w:b/>
                      <w:bCs/>
                      <w:lang w:eastAsia="en-GB"/>
                    </w:rPr>
                    <w:id w:val="-1627079928"/>
                    <w:lock w:val="sdtLocked"/>
                    <w14:checkbox>
                      <w14:checked w14:val="0"/>
                      <w14:checkedState w14:val="2612" w14:font="MS Gothic"/>
                      <w14:uncheckedState w14:val="2610" w14:font="MS Gothic"/>
                    </w14:checkbox>
                  </w:sdtPr>
                  <w:sdtEndPr/>
                  <w:sdtContent>
                    <w:r w:rsidR="006C799B">
                      <w:rPr>
                        <w:rFonts w:hint="eastAsia" w:ascii="MS Gothic" w:hAnsi="MS Gothic" w:eastAsia="MS Gothic" w:cs="QBE Sans"/>
                        <w:b/>
                        <w:bCs/>
                        <w:lang w:eastAsia="en-GB"/>
                      </w:rPr>
                      <w:t>☐</w:t>
                    </w:r>
                  </w:sdtContent>
                </w:sdt>
                <w:r w:rsidRPr="00412015" w:rsidR="00914A77">
                  <w:rPr>
                    <w:rFonts w:ascii="QBE Sans" w:hAnsi="QBE Sans" w:eastAsia="Times New Roman" w:cs="QBE Sans"/>
                    <w:b/>
                    <w:bCs/>
                    <w:lang w:eastAsia="en-GB"/>
                  </w:rPr>
                  <w:t xml:space="preserve"> None </w:t>
                </w:r>
                <w:sdt>
                  <w:sdtPr>
                    <w:rPr>
                      <w:rFonts w:ascii="QBE Sans" w:hAnsi="QBE Sans" w:eastAsia="Times New Roman" w:cs="QBE Sans"/>
                      <w:b/>
                      <w:bCs/>
                      <w:lang w:eastAsia="en-GB"/>
                    </w:rPr>
                    <w:id w:val="1560677507"/>
                    <w:lock w:val="sdtLocked"/>
                    <w14:checkbox>
                      <w14:checked w14:val="0"/>
                      <w14:checkedState w14:val="2612" w14:font="MS Gothic"/>
                      <w14:uncheckedState w14:val="2610" w14:font="MS Gothic"/>
                    </w14:checkbox>
                  </w:sdtPr>
                  <w:sdtEndPr/>
                  <w:sdtContent>
                    <w:r w:rsidR="00E25AE7">
                      <w:rPr>
                        <w:rFonts w:hint="eastAsia" w:ascii="MS Gothic" w:hAnsi="MS Gothic" w:eastAsia="MS Gothic" w:cs="QBE Sans"/>
                        <w:b/>
                        <w:bCs/>
                        <w:lang w:eastAsia="en-GB"/>
                      </w:rPr>
                      <w:t>☐</w:t>
                    </w:r>
                  </w:sdtContent>
                </w:sdt>
                <w:r w:rsidRPr="00412015" w:rsidR="00914A77">
                  <w:rPr>
                    <w:rFonts w:ascii="QBE Sans" w:hAnsi="QBE Sans" w:eastAsia="Times New Roman" w:cs="QBE Sans"/>
                    <w:b/>
                    <w:bCs/>
                    <w:lang w:eastAsia="en-GB"/>
                  </w:rPr>
                  <w:t xml:space="preserve"> Yes (attach details)</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02AE5CE3" w14:textId="77777777">
            <w:pPr>
              <w:rPr>
                <w:rFonts w:ascii="QBE Sans" w:hAnsi="QBE Sans" w:eastAsia="Times New Roman" w:cs="QBE Sans"/>
                <w:lang w:eastAsia="en-GB"/>
              </w:rPr>
            </w:pPr>
          </w:p>
          <w:p w:rsidRPr="00412015" w:rsidR="001670E7" w:rsidRDefault="001670E7" w14:paraId="762E3133" w14:textId="77777777">
            <w:pPr>
              <w:spacing w:beforeAutospacing="1" w:after="0" w:line="240" w:lineRule="auto"/>
              <w:ind w:left="438"/>
              <w:rPr>
                <w:rFonts w:ascii="QBE Sans" w:hAnsi="QBE Sans" w:eastAsia="Times New Roman" w:cs="QBE Sans"/>
                <w:lang w:eastAsia="en-GB"/>
              </w:rPr>
            </w:pPr>
          </w:p>
        </w:tc>
      </w:tr>
      <w:tr w:rsidRPr="00412015" w:rsidR="001670E7" w:rsidTr="00986021" w14:paraId="0EBB8233"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799449673"/>
              <w:lock w:val="sdtContentLocked"/>
              <w:placeholder>
                <w:docPart w:val="DefaultPlaceholder_-1854013440"/>
              </w:placeholder>
            </w:sdtPr>
            <w:sdtEndPr/>
            <w:sdtContent>
              <w:p w:rsidRPr="00412015" w:rsidR="001670E7" w:rsidRDefault="00914A77" w14:paraId="7515FFBE" w14:textId="098EE7CE">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GT / NT / DWT: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6801237E" w14:textId="77777777">
            <w:pPr>
              <w:spacing w:beforeAutospacing="1" w:after="0" w:line="240" w:lineRule="auto"/>
              <w:rPr>
                <w:rFonts w:ascii="QBE Sans" w:hAnsi="QBE Sans" w:eastAsia="Times New Roman" w:cs="QBE Sans"/>
                <w:lang w:eastAsia="en-GB"/>
              </w:rPr>
            </w:pPr>
          </w:p>
        </w:tc>
      </w:tr>
      <w:tr w:rsidRPr="00412015" w:rsidR="001670E7" w:rsidTr="00986021" w14:paraId="12C94AD8"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179277373"/>
              <w:lock w:val="sdtContentLocked"/>
              <w:placeholder>
                <w:docPart w:val="DefaultPlaceholder_-1854013440"/>
              </w:placeholder>
            </w:sdtPr>
            <w:sdtEndPr/>
            <w:sdtContent>
              <w:p w:rsidRPr="00412015" w:rsidR="001670E7" w:rsidRDefault="00914A77" w14:paraId="4A7EA7CF" w14:textId="13FFF15B">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Year Built: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77F87C66" w14:textId="77777777">
            <w:pPr>
              <w:spacing w:beforeAutospacing="1" w:after="0" w:line="240" w:lineRule="auto"/>
              <w:rPr>
                <w:rFonts w:ascii="QBE Sans" w:hAnsi="QBE Sans" w:eastAsia="Times New Roman" w:cs="QBE Sans"/>
                <w:lang w:eastAsia="en-GB"/>
              </w:rPr>
            </w:pPr>
          </w:p>
        </w:tc>
      </w:tr>
      <w:tr w:rsidRPr="00412015" w:rsidR="002C5C94" w:rsidTr="00986021" w14:paraId="219A2665"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748531569"/>
              <w:lock w:val="sdtContentLocked"/>
              <w:placeholder>
                <w:docPart w:val="DefaultPlaceholder_-1854013440"/>
              </w:placeholder>
            </w:sdtPr>
            <w:sdtEndPr/>
            <w:sdtContent>
              <w:p w:rsidRPr="00412015" w:rsidR="002C5C94" w:rsidRDefault="002C5C94" w14:paraId="37B53242" w14:textId="41ECCA5E">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Place </w:t>
                </w:r>
                <w:r w:rsidRPr="00412015" w:rsidR="002E5E69">
                  <w:rPr>
                    <w:rFonts w:ascii="QBE Sans" w:hAnsi="QBE Sans" w:eastAsia="Times New Roman" w:cs="QBE Sans"/>
                    <w:b/>
                    <w:bCs/>
                    <w:lang w:eastAsia="en-GB"/>
                  </w:rPr>
                  <w:t>B</w:t>
                </w:r>
                <w:r w:rsidRPr="00412015">
                  <w:rPr>
                    <w:rFonts w:ascii="QBE Sans" w:hAnsi="QBE Sans" w:eastAsia="Times New Roman" w:cs="QBE Sans"/>
                    <w:b/>
                    <w:bCs/>
                    <w:lang w:eastAsia="en-GB"/>
                  </w:rPr>
                  <w:t>uilt</w:t>
                </w:r>
                <w:r w:rsidR="00E25AE7">
                  <w:rPr>
                    <w:rFonts w:ascii="QBE Sans" w:hAnsi="QBE Sans" w:eastAsia="Times New Roman" w:cs="QBE Sans"/>
                    <w:b/>
                    <w:bCs/>
                    <w:lang w:eastAsia="en-GB"/>
                  </w:rPr>
                  <w: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2C5C94" w:rsidRDefault="002C5C94" w14:paraId="3D55DA07" w14:textId="77777777">
            <w:pPr>
              <w:spacing w:beforeAutospacing="1" w:after="0" w:line="240" w:lineRule="auto"/>
              <w:rPr>
                <w:rFonts w:ascii="QBE Sans" w:hAnsi="QBE Sans" w:eastAsia="Times New Roman" w:cs="QBE Sans"/>
                <w:lang w:eastAsia="en-GB"/>
              </w:rPr>
            </w:pPr>
          </w:p>
        </w:tc>
      </w:tr>
      <w:tr w:rsidRPr="00412015" w:rsidR="001670E7" w:rsidTr="00986021" w14:paraId="11ADE9B5"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544440436"/>
              <w:lock w:val="sdtContentLocked"/>
              <w:placeholder>
                <w:docPart w:val="DefaultPlaceholder_-1854013440"/>
              </w:placeholder>
            </w:sdtPr>
            <w:sdtEndPr/>
            <w:sdtContent>
              <w:p w:rsidRPr="00412015" w:rsidR="001670E7" w:rsidRDefault="00914A77" w14:paraId="4F4908A0" w14:textId="12C95CC8">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Trading Area / Typical Trade/ Trading limits:</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3FDCB8E4" w14:textId="77777777">
            <w:pPr>
              <w:spacing w:beforeAutospacing="1" w:after="0" w:line="240" w:lineRule="auto"/>
              <w:rPr>
                <w:rFonts w:ascii="QBE Sans" w:hAnsi="QBE Sans" w:eastAsia="Times New Roman" w:cs="QBE Sans"/>
                <w:lang w:eastAsia="en-GB"/>
              </w:rPr>
            </w:pPr>
          </w:p>
        </w:tc>
      </w:tr>
      <w:tr w:rsidRPr="00412015" w:rsidR="001670E7" w:rsidTr="00986021" w14:paraId="25C7A639"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561868871"/>
              <w:lock w:val="sdtContentLocked"/>
              <w:placeholder>
                <w:docPart w:val="DefaultPlaceholder_-1854013440"/>
              </w:placeholder>
            </w:sdtPr>
            <w:sdtEndPr/>
            <w:sdtContent>
              <w:p w:rsidRPr="00412015" w:rsidR="001670E7" w:rsidRDefault="00914A77" w14:paraId="57EB874A" w14:textId="7B25ABEE">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Owner:</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01B2071D" w14:textId="77777777">
            <w:pPr>
              <w:spacing w:beforeAutospacing="1" w:after="0" w:line="240" w:lineRule="auto"/>
              <w:ind w:left="438"/>
              <w:rPr>
                <w:rFonts w:ascii="QBE Sans" w:hAnsi="QBE Sans" w:eastAsia="Times New Roman" w:cs="QBE Sans"/>
                <w:lang w:eastAsia="en-GB"/>
              </w:rPr>
            </w:pPr>
          </w:p>
        </w:tc>
      </w:tr>
      <w:tr w:rsidRPr="00412015" w:rsidR="00176655" w:rsidTr="00986021" w14:paraId="13F36AA3"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607472605"/>
              <w:lock w:val="sdtContentLocked"/>
              <w:placeholder>
                <w:docPart w:val="DefaultPlaceholder_-1854013440"/>
              </w:placeholder>
            </w:sdtPr>
            <w:sdtEndPr/>
            <w:sdtContent>
              <w:p w:rsidRPr="00412015" w:rsidR="00176655" w:rsidRDefault="00646184" w14:paraId="22A9ECC9" w14:textId="33C1E12F">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Manager:</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76655" w:rsidRDefault="00176655" w14:paraId="6BED917D" w14:textId="77777777">
            <w:pPr>
              <w:spacing w:beforeAutospacing="1" w:after="0" w:line="240" w:lineRule="auto"/>
              <w:ind w:left="438"/>
              <w:rPr>
                <w:rFonts w:ascii="QBE Sans" w:hAnsi="QBE Sans" w:eastAsia="Times New Roman" w:cs="QBE Sans"/>
                <w:lang w:eastAsia="en-GB"/>
              </w:rPr>
            </w:pPr>
          </w:p>
        </w:tc>
      </w:tr>
      <w:tr w:rsidRPr="00412015" w:rsidR="00176655" w:rsidTr="00986021" w14:paraId="1AD78B38"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64325817"/>
              <w:lock w:val="sdtContentLocked"/>
              <w:placeholder>
                <w:docPart w:val="DefaultPlaceholder_-1854013440"/>
              </w:placeholder>
            </w:sdtPr>
            <w:sdtEndPr/>
            <w:sdtContent>
              <w:p w:rsidRPr="00412015" w:rsidR="00176655" w:rsidRDefault="00646184" w14:paraId="2EA93813" w14:textId="79C0F8EE">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Main Engine</w:t>
                </w:r>
                <w:r w:rsidRPr="00412015" w:rsidR="002C5C94">
                  <w:rPr>
                    <w:rFonts w:ascii="QBE Sans" w:hAnsi="QBE Sans" w:eastAsia="Times New Roman" w:cs="QBE Sans"/>
                    <w:b/>
                    <w:bCs/>
                    <w:lang w:eastAsia="en-GB"/>
                  </w:rPr>
                  <w:t xml:space="preserve"> – Make/Type</w:t>
                </w:r>
                <w:r w:rsidR="00E25AE7">
                  <w:rPr>
                    <w:rFonts w:ascii="QBE Sans" w:hAnsi="QBE Sans" w:eastAsia="Times New Roman" w:cs="QBE Sans"/>
                    <w:b/>
                    <w:bCs/>
                    <w:lang w:eastAsia="en-GB"/>
                  </w:rPr>
                  <w: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76655" w:rsidRDefault="00176655" w14:paraId="2CD8F90F" w14:textId="77777777">
            <w:pPr>
              <w:spacing w:beforeAutospacing="1" w:after="0" w:line="240" w:lineRule="auto"/>
              <w:ind w:left="438"/>
              <w:rPr>
                <w:rFonts w:ascii="QBE Sans" w:hAnsi="QBE Sans" w:eastAsia="Times New Roman" w:cs="QBE Sans"/>
                <w:lang w:eastAsia="en-GB"/>
              </w:rPr>
            </w:pPr>
          </w:p>
        </w:tc>
      </w:tr>
      <w:tr w:rsidRPr="00412015" w:rsidR="00176655" w:rsidTr="00986021" w14:paraId="6B57304B"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320619013"/>
              <w:lock w:val="sdtContentLocked"/>
              <w:placeholder>
                <w:docPart w:val="DefaultPlaceholder_-1854013440"/>
              </w:placeholder>
            </w:sdtPr>
            <w:sdtEndPr/>
            <w:sdtContent>
              <w:p w:rsidRPr="00412015" w:rsidR="00176655" w:rsidRDefault="002C5C94" w14:paraId="7B51FABB" w14:textId="75ED301D">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Main Engine </w:t>
                </w:r>
                <w:r w:rsidR="00E25AE7">
                  <w:rPr>
                    <w:rFonts w:ascii="QBE Sans" w:hAnsi="QBE Sans" w:eastAsia="Times New Roman" w:cs="QBE Sans"/>
                    <w:b/>
                    <w:bCs/>
                    <w:lang w:eastAsia="en-GB"/>
                  </w:rPr>
                  <w:t>–</w:t>
                </w:r>
                <w:r w:rsidRPr="00412015">
                  <w:rPr>
                    <w:rFonts w:ascii="QBE Sans" w:hAnsi="QBE Sans" w:eastAsia="Times New Roman" w:cs="QBE Sans"/>
                    <w:b/>
                    <w:bCs/>
                    <w:lang w:eastAsia="en-GB"/>
                  </w:rPr>
                  <w:t xml:space="preserve"> Power</w:t>
                </w:r>
                <w:r w:rsidR="00E25AE7">
                  <w:rPr>
                    <w:rFonts w:ascii="QBE Sans" w:hAnsi="QBE Sans" w:eastAsia="Times New Roman" w:cs="QBE Sans"/>
                    <w:b/>
                    <w:bCs/>
                    <w:lang w:eastAsia="en-GB"/>
                  </w:rPr>
                  <w: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76655" w:rsidRDefault="00176655" w14:paraId="130CC110" w14:textId="77777777">
            <w:pPr>
              <w:spacing w:beforeAutospacing="1" w:after="0" w:line="240" w:lineRule="auto"/>
              <w:ind w:left="438"/>
              <w:rPr>
                <w:rFonts w:ascii="QBE Sans" w:hAnsi="QBE Sans" w:eastAsia="Times New Roman" w:cs="QBE Sans"/>
                <w:lang w:eastAsia="en-GB"/>
              </w:rPr>
            </w:pPr>
          </w:p>
        </w:tc>
      </w:tr>
      <w:tr w:rsidRPr="00412015" w:rsidR="00176655" w:rsidTr="00986021" w14:paraId="4075CA91"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83221317"/>
              <w:lock w:val="sdtContentLocked"/>
              <w:placeholder>
                <w:docPart w:val="DefaultPlaceholder_-1854013440"/>
              </w:placeholder>
            </w:sdtPr>
            <w:sdtEndPr/>
            <w:sdtContent>
              <w:p w:rsidRPr="00412015" w:rsidR="00176655" w:rsidRDefault="00C17D02" w14:paraId="0AE490E8" w14:textId="2CC786A9">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Length</w:t>
                </w:r>
                <w:r w:rsidRPr="00412015" w:rsidR="004E7937">
                  <w:rPr>
                    <w:rFonts w:ascii="QBE Sans" w:hAnsi="QBE Sans" w:eastAsia="Times New Roman" w:cs="QBE Sans"/>
                    <w:b/>
                    <w:bCs/>
                    <w:lang w:eastAsia="en-GB"/>
                  </w:rPr>
                  <w:t>/Beam/Draft</w:t>
                </w:r>
                <w:r w:rsidR="00E25AE7">
                  <w:rPr>
                    <w:rFonts w:ascii="QBE Sans" w:hAnsi="QBE Sans" w:eastAsia="Times New Roman" w:cs="QBE Sans"/>
                    <w:b/>
                    <w:bCs/>
                    <w:lang w:eastAsia="en-GB"/>
                  </w:rPr>
                  <w:t>:</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76655" w:rsidRDefault="00176655" w14:paraId="7D97B7DE" w14:textId="77777777">
            <w:pPr>
              <w:spacing w:beforeAutospacing="1" w:after="0" w:line="240" w:lineRule="auto"/>
              <w:ind w:left="438"/>
              <w:rPr>
                <w:rFonts w:ascii="QBE Sans" w:hAnsi="QBE Sans" w:eastAsia="Times New Roman" w:cs="QBE Sans"/>
                <w:lang w:eastAsia="en-GB"/>
              </w:rPr>
            </w:pPr>
          </w:p>
        </w:tc>
      </w:tr>
      <w:tr w:rsidRPr="00412015" w:rsidR="001670E7" w:rsidTr="00986021" w14:paraId="6F352D73"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3951769"/>
              <w:lock w:val="sdtContentLocked"/>
              <w:placeholder>
                <w:docPart w:val="DefaultPlaceholder_-1854013440"/>
              </w:placeholder>
            </w:sdtPr>
            <w:sdtEndPr/>
            <w:sdtContent>
              <w:p w:rsidRPr="00412015" w:rsidR="001670E7" w:rsidRDefault="00914A77" w14:paraId="6FE7715B" w14:textId="64E3541A">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Last Dry Dock:</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1CF49CEF" w14:textId="77777777">
            <w:pPr>
              <w:spacing w:beforeAutospacing="1" w:after="0" w:line="240" w:lineRule="auto"/>
              <w:ind w:left="438"/>
              <w:rPr>
                <w:rFonts w:ascii="QBE Sans" w:hAnsi="QBE Sans" w:eastAsia="Times New Roman" w:cs="QBE Sans"/>
                <w:lang w:eastAsia="en-GB"/>
              </w:rPr>
            </w:pPr>
          </w:p>
        </w:tc>
      </w:tr>
      <w:tr w:rsidRPr="00412015" w:rsidR="001670E7" w:rsidTr="00986021" w14:paraId="7E166D65"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295344591"/>
              <w:lock w:val="sdtContentLocked"/>
              <w:placeholder>
                <w:docPart w:val="DefaultPlaceholder_-1854013440"/>
              </w:placeholder>
            </w:sdtPr>
            <w:sdtEndPr/>
            <w:sdtContent>
              <w:p w:rsidRPr="00412015" w:rsidR="001670E7" w:rsidRDefault="00914A77" w14:paraId="661D908F" w14:textId="76B7EB5E">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Next Dry Dock:</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173F9A7D" w14:textId="77777777">
            <w:pPr>
              <w:spacing w:beforeAutospacing="1" w:after="0" w:line="240" w:lineRule="auto"/>
              <w:ind w:left="438"/>
              <w:rPr>
                <w:rFonts w:ascii="QBE Sans" w:hAnsi="QBE Sans" w:eastAsia="Times New Roman" w:cs="QBE Sans"/>
                <w:lang w:eastAsia="en-GB"/>
              </w:rPr>
            </w:pPr>
          </w:p>
        </w:tc>
      </w:tr>
      <w:tr w:rsidRPr="00412015" w:rsidR="001670E7" w:rsidTr="00986021" w14:paraId="6E32A9C4"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660230468"/>
              <w:lock w:val="sdtContentLocked"/>
              <w:placeholder>
                <w:docPart w:val="DefaultPlaceholder_-1854013440"/>
              </w:placeholder>
            </w:sdtPr>
            <w:sdtEndPr/>
            <w:sdtContent>
              <w:p w:rsidRPr="00412015" w:rsidR="001670E7" w:rsidRDefault="00914A77" w14:paraId="3D6FC08A" w14:textId="29F59C9A">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PSC / Flag Findings (last 2 years) – brief summary:</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033A49ED" w14:textId="77777777">
            <w:pPr>
              <w:spacing w:beforeAutospacing="1" w:after="0" w:line="240" w:lineRule="auto"/>
              <w:ind w:left="601"/>
              <w:rPr>
                <w:rFonts w:ascii="QBE Sans" w:hAnsi="QBE Sans" w:eastAsia="Times New Roman" w:cs="QBE Sans"/>
                <w:lang w:eastAsia="en-GB"/>
              </w:rPr>
            </w:pPr>
          </w:p>
        </w:tc>
      </w:tr>
      <w:tr w:rsidRPr="00412015" w:rsidR="001670E7" w:rsidTr="00986021" w14:paraId="394697E0" w14:textId="77777777">
        <w:trPr>
          <w:trHeight w:val="284"/>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064678433"/>
              <w:lock w:val="sdtContentLocked"/>
              <w:placeholder>
                <w:docPart w:val="DefaultPlaceholder_-1854013440"/>
              </w:placeholder>
            </w:sdtPr>
            <w:sdtEndPr/>
            <w:sdtContent>
              <w:p w:rsidRPr="00412015" w:rsidR="001670E7" w:rsidRDefault="00914A77" w14:paraId="28A7A58A" w14:textId="48487B9B">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Crew </w:t>
                </w:r>
                <w:r w:rsidRPr="00412015" w:rsidR="00C47756">
                  <w:rPr>
                    <w:rFonts w:ascii="QBE Sans" w:hAnsi="QBE Sans" w:eastAsia="Times New Roman" w:cs="QBE Sans"/>
                    <w:b/>
                    <w:bCs/>
                    <w:lang w:eastAsia="en-GB"/>
                  </w:rPr>
                  <w:t xml:space="preserve"> Nationality</w:t>
                </w:r>
                <w:r w:rsidRPr="00412015">
                  <w:rPr>
                    <w:rFonts w:ascii="QBE Sans" w:hAnsi="QBE Sans" w:eastAsia="Times New Roman" w:cs="QBE Sans"/>
                    <w:b/>
                    <w:bCs/>
                    <w:lang w:eastAsia="en-GB"/>
                  </w:rPr>
                  <w:t xml:space="preserve">: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428667BD" w14:textId="77777777">
            <w:pPr>
              <w:spacing w:beforeAutospacing="1" w:after="0" w:line="240" w:lineRule="auto"/>
              <w:rPr>
                <w:rFonts w:ascii="QBE Sans" w:hAnsi="QBE Sans" w:eastAsia="Times New Roman" w:cs="QBE Sans"/>
                <w:lang w:eastAsia="en-GB"/>
              </w:rPr>
            </w:pPr>
          </w:p>
        </w:tc>
      </w:tr>
      <w:tr w:rsidRPr="00412015" w:rsidR="001670E7" w:rsidTr="00986021" w14:paraId="09E7C21E" w14:textId="77777777">
        <w:trPr>
          <w:trHeight w:val="291"/>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158990829"/>
              <w:lock w:val="sdtContentLocked"/>
              <w:placeholder>
                <w:docPart w:val="DefaultPlaceholder_-1854013440"/>
              </w:placeholder>
            </w:sdtPr>
            <w:sdtEndPr/>
            <w:sdtContent>
              <w:p w:rsidRPr="00412015" w:rsidR="001670E7" w:rsidRDefault="00405E38" w14:paraId="643D3A86" w14:textId="13707CF3">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No of crew onboard during survey:</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1BFB11D4" w14:textId="77777777">
            <w:pPr>
              <w:spacing w:beforeAutospacing="1" w:after="0" w:line="240" w:lineRule="auto"/>
              <w:rPr>
                <w:rFonts w:ascii="QBE Sans" w:hAnsi="QBE Sans" w:eastAsia="Times New Roman" w:cs="QBE Sans"/>
                <w:lang w:eastAsia="en-GB"/>
              </w:rPr>
            </w:pPr>
          </w:p>
        </w:tc>
      </w:tr>
      <w:tr w:rsidRPr="00412015" w:rsidR="00C47756" w:rsidTr="00986021" w14:paraId="0A5C7A01" w14:textId="77777777">
        <w:trPr>
          <w:trHeight w:val="291"/>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328785076"/>
              <w:lock w:val="sdtContentLocked"/>
              <w:placeholder>
                <w:docPart w:val="DefaultPlaceholder_-1854013440"/>
              </w:placeholder>
            </w:sdtPr>
            <w:sdtEndPr/>
            <w:sdtContent>
              <w:p w:rsidRPr="00412015" w:rsidR="00C47756" w:rsidRDefault="00C47756" w14:paraId="3FC21640" w14:textId="6E21F3FB">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Last 5 Cargoes:</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C47756" w:rsidRDefault="00C47756" w14:paraId="13DC6D5E" w14:textId="77777777">
            <w:pPr>
              <w:spacing w:beforeAutospacing="1" w:after="0" w:line="240" w:lineRule="auto"/>
              <w:rPr>
                <w:rFonts w:ascii="QBE Sans" w:hAnsi="QBE Sans" w:eastAsia="Times New Roman" w:cs="QBE Sans"/>
                <w:lang w:eastAsia="en-GB"/>
              </w:rPr>
            </w:pPr>
          </w:p>
        </w:tc>
      </w:tr>
      <w:tr w:rsidRPr="00412015" w:rsidR="001670E7" w:rsidTr="00986021" w14:paraId="3BB79485" w14:textId="77777777">
        <w:trPr>
          <w:trHeight w:val="272"/>
        </w:trPr>
        <w:tc>
          <w:tcPr>
            <w:tcW w:w="4053" w:type="dxa"/>
            <w:tcBorders>
              <w:top w:val="single" w:color="000000" w:sz="4" w:space="0"/>
              <w:left w:val="single" w:color="000000" w:sz="4" w:space="0"/>
              <w:bottom w:val="single" w:color="000000" w:sz="4" w:space="0"/>
              <w:right w:val="single" w:color="000000" w:sz="4" w:space="0"/>
            </w:tcBorders>
          </w:tcPr>
          <w:sdt>
            <w:sdtPr>
              <w:rPr>
                <w:rFonts w:ascii="QBE Sans" w:hAnsi="QBE Sans" w:eastAsia="Times New Roman" w:cs="QBE Sans"/>
                <w:b/>
                <w:bCs/>
                <w:lang w:eastAsia="en-GB"/>
              </w:rPr>
              <w:id w:val="1061138308"/>
              <w:lock w:val="sdtContentLocked"/>
              <w:placeholder>
                <w:docPart w:val="DefaultPlaceholder_-1854013440"/>
              </w:placeholder>
            </w:sdtPr>
            <w:sdtEndPr/>
            <w:sdtContent>
              <w:p w:rsidRPr="00412015" w:rsidR="001670E7" w:rsidRDefault="00914A77" w14:paraId="1B0EB30C" w14:textId="58BB2C51">
                <w:pPr>
                  <w:spacing w:beforeAutospacing="1" w:after="0" w:line="240" w:lineRule="auto"/>
                  <w:ind w:left="438"/>
                  <w:rPr>
                    <w:rFonts w:ascii="QBE Sans" w:hAnsi="QBE Sans" w:eastAsia="Times New Roman" w:cs="QBE Sans"/>
                    <w:b/>
                    <w:bCs/>
                    <w:lang w:eastAsia="en-GB"/>
                  </w:rPr>
                </w:pPr>
                <w:r w:rsidRPr="00412015">
                  <w:rPr>
                    <w:rFonts w:ascii="QBE Sans" w:hAnsi="QBE Sans" w:eastAsia="Times New Roman" w:cs="QBE Sans"/>
                    <w:b/>
                    <w:bCs/>
                    <w:lang w:eastAsia="en-GB"/>
                  </w:rPr>
                  <w:t xml:space="preserve">Last 5 Ports: </w:t>
                </w:r>
              </w:p>
            </w:sdtContent>
          </w:sdt>
        </w:tc>
        <w:tc>
          <w:tcPr>
            <w:tcW w:w="5902" w:type="dxa"/>
            <w:tcBorders>
              <w:top w:val="single" w:color="000000" w:sz="4" w:space="0"/>
              <w:left w:val="single" w:color="000000" w:sz="4" w:space="0"/>
              <w:bottom w:val="single" w:color="000000" w:sz="4" w:space="0"/>
              <w:right w:val="single" w:color="000000" w:sz="4" w:space="0"/>
            </w:tcBorders>
          </w:tcPr>
          <w:p w:rsidRPr="00412015" w:rsidR="001670E7" w:rsidRDefault="001670E7" w14:paraId="1DF7850A" w14:textId="77777777">
            <w:pPr>
              <w:spacing w:beforeAutospacing="1" w:after="0" w:line="240" w:lineRule="auto"/>
              <w:rPr>
                <w:rFonts w:ascii="QBE Sans" w:hAnsi="QBE Sans" w:eastAsia="Times New Roman" w:cs="QBE Sans"/>
                <w:i/>
                <w:iCs/>
                <w:lang w:eastAsia="en-GB"/>
              </w:rPr>
            </w:pPr>
          </w:p>
        </w:tc>
      </w:tr>
    </w:tbl>
    <w:p w:rsidRPr="00412015" w:rsidR="001670E7" w:rsidRDefault="001670E7" w14:paraId="0CC97B86" w14:textId="77777777">
      <w:pPr>
        <w:rPr>
          <w:rFonts w:ascii="QBE Sans" w:hAnsi="QBE Sans" w:cs="QBE Sans"/>
        </w:rPr>
        <w:sectPr w:rsidRPr="00412015" w:rsidR="001670E7">
          <w:headerReference w:type="default" r:id="rId17"/>
          <w:footerReference w:type="even" r:id="rId18"/>
          <w:footerReference w:type="default" r:id="rId19"/>
          <w:headerReference w:type="first" r:id="rId20"/>
          <w:footerReference w:type="first" r:id="rId21"/>
          <w:pgSz w:w="11906" w:h="16838" w:orient="portrait"/>
          <w:pgMar w:top="1134" w:right="1440" w:bottom="1134" w:left="1440" w:header="709" w:footer="709" w:gutter="0"/>
          <w:cols w:space="720"/>
          <w:formProt w:val="0"/>
          <w:docGrid w:linePitch="360" w:charSpace="4096"/>
        </w:sectPr>
      </w:pPr>
    </w:p>
    <w:sdt>
      <w:sdtPr>
        <w:id w:val="-1307928114"/>
        <w:lock w:val="sdtContentLocked"/>
        <w:placeholder>
          <w:docPart w:val="DefaultPlaceholder_-1854013440"/>
        </w:placeholder>
        <w:rPr>
          <w:rFonts w:ascii="QBE Sans" w:hAnsi="QBE Sans" w:eastAsia="" w:cs="QBE Sans" w:eastAsiaTheme="minorEastAsia"/>
          <w:b w:val="0"/>
          <w:bCs w:val="0"/>
          <w:color w:val="auto"/>
          <w:sz w:val="22"/>
          <w:szCs w:val="22"/>
          <w:lang w:eastAsia="en-GB"/>
        </w:rPr>
      </w:sdtPr>
      <w:sdtEndPr>
        <w:rPr>
          <w:rFonts w:ascii="QBE Sans" w:hAnsi="QBE Sans" w:eastAsia="" w:cs="QBE Sans" w:eastAsiaTheme="minorEastAsia"/>
          <w:b w:val="0"/>
          <w:bCs w:val="0"/>
          <w:color w:val="auto"/>
          <w:sz w:val="18"/>
          <w:szCs w:val="18"/>
          <w:lang w:eastAsia="en-US"/>
        </w:rPr>
      </w:sdtEndPr>
      <w:sdtContent>
        <w:p w:rsidRPr="00412015" w:rsidR="001670E7" w:rsidP="002A490A" w:rsidRDefault="00914A77" w14:paraId="289488EA" w14:textId="40E2D4AD">
          <w:pPr>
            <w:pStyle w:val="Heading1"/>
            <w:spacing w:before="0" w:line="240" w:lineRule="auto"/>
            <w:jc w:val="center"/>
            <w:rPr>
              <w:rFonts w:ascii="QBE Sans" w:hAnsi="QBE Sans" w:cs="QBE Sans"/>
              <w:lang w:eastAsia="en-GB"/>
            </w:rPr>
          </w:pPr>
          <w:r w:rsidRPr="00412015">
            <w:rPr>
              <w:rFonts w:ascii="QBE Sans" w:hAnsi="QBE Sans" w:cs="QBE Sans"/>
              <w:lang w:eastAsia="en-GB"/>
            </w:rPr>
            <w:t xml:space="preserve">SECTION 2 – </w:t>
          </w:r>
          <w:r w:rsidRPr="00412015" w:rsidR="00DA3C8E">
            <w:rPr>
              <w:rFonts w:ascii="QBE Sans" w:hAnsi="QBE Sans" w:cs="QBE Sans"/>
              <w:lang w:eastAsia="en-GB"/>
            </w:rPr>
            <w:t>Overall</w:t>
          </w:r>
          <w:r w:rsidRPr="00412015">
            <w:rPr>
              <w:rFonts w:ascii="QBE Sans" w:hAnsi="QBE Sans" w:cs="QBE Sans"/>
              <w:lang w:eastAsia="en-GB"/>
            </w:rPr>
            <w:t xml:space="preserve"> Vessel Risk Assessment (Primary Output) </w:t>
          </w:r>
        </w:p>
        <w:p w:rsidRPr="002A490A" w:rsidR="00593B5B" w:rsidP="002A490A" w:rsidRDefault="00914A77" w14:paraId="73A28569" w14:textId="77777777">
          <w:pPr>
            <w:spacing w:after="0" w:line="240" w:lineRule="auto"/>
            <w:jc w:val="center"/>
            <w:rPr>
              <w:rFonts w:ascii="QBE Sans" w:hAnsi="QBE Sans" w:cs="QBE Sans"/>
              <w:b/>
              <w:bCs/>
            </w:rPr>
          </w:pPr>
          <w:r w:rsidRPr="002A490A">
            <w:rPr>
              <w:rFonts w:ascii="QBE Sans" w:hAnsi="QBE Sans" w:cs="QBE Sans"/>
              <w:b/>
              <w:bCs/>
            </w:rPr>
            <w:t xml:space="preserve">Urgent Issue(s) </w:t>
          </w:r>
          <w:r w:rsidRPr="002A490A" w:rsidR="00D62A57">
            <w:rPr>
              <w:rFonts w:ascii="QBE Sans" w:hAnsi="QBE Sans" w:cs="QBE Sans"/>
              <w:b/>
              <w:bCs/>
            </w:rPr>
            <w:t>o</w:t>
          </w:r>
          <w:r w:rsidRPr="002A490A" w:rsidR="00593B5B">
            <w:rPr>
              <w:rFonts w:ascii="QBE Sans" w:hAnsi="QBE Sans" w:cs="QBE Sans"/>
              <w:b/>
              <w:bCs/>
            </w:rPr>
            <w:t>r</w:t>
          </w:r>
          <w:r w:rsidRPr="002A490A" w:rsidR="00AC7C3B">
            <w:rPr>
              <w:rFonts w:ascii="QBE Sans" w:hAnsi="QBE Sans" w:cs="QBE Sans"/>
              <w:b/>
              <w:bCs/>
            </w:rPr>
            <w:t xml:space="preserve"> any cause for concern</w:t>
          </w:r>
          <w:r w:rsidRPr="002A490A" w:rsidR="00F76364">
            <w:rPr>
              <w:rFonts w:ascii="QBE Sans" w:hAnsi="QBE Sans" w:cs="QBE Sans"/>
              <w:b/>
              <w:bCs/>
            </w:rPr>
            <w:t xml:space="preserve"> contact British Marine immediately</w:t>
          </w:r>
        </w:p>
        <w:p w:rsidRPr="002A490A" w:rsidR="00E375CD" w:rsidP="002A490A" w:rsidRDefault="00E375CD" w14:paraId="04F36C98" w14:textId="0871A257">
          <w:pPr>
            <w:spacing w:after="0" w:line="240" w:lineRule="auto"/>
            <w:jc w:val="center"/>
            <w:rPr>
              <w:rFonts w:ascii="QBE Sans" w:hAnsi="QBE Sans" w:cs="QBE Sans"/>
              <w:sz w:val="20"/>
              <w:szCs w:val="20"/>
            </w:rPr>
          </w:pPr>
          <w:r w:rsidRPr="002A490A">
            <w:rPr>
              <w:rFonts w:ascii="QBE Sans" w:hAnsi="QBE Sans" w:cs="QBE Sans"/>
              <w:sz w:val="20"/>
              <w:szCs w:val="20"/>
            </w:rPr>
            <w:t xml:space="preserve">If urgent issue </w:t>
          </w:r>
          <w:r w:rsidRPr="002A490A" w:rsidR="002A490A">
            <w:rPr>
              <w:rFonts w:ascii="QBE Sans" w:hAnsi="QBE Sans" w:cs="QBE Sans"/>
              <w:sz w:val="20"/>
              <w:szCs w:val="20"/>
            </w:rPr>
            <w:t>is identified</w:t>
          </w:r>
          <w:r w:rsidRPr="002A490A">
            <w:rPr>
              <w:rFonts w:ascii="QBE Sans" w:hAnsi="QBE Sans" w:cs="QBE Sans"/>
              <w:sz w:val="20"/>
              <w:szCs w:val="20"/>
            </w:rPr>
            <w:t>, state in Section 2.2 first line and reference Photo number(s) and Hazard No</w:t>
          </w:r>
        </w:p>
        <w:p w:rsidRPr="00412015" w:rsidR="001670E7" w:rsidP="002A490A" w:rsidRDefault="004B0DCF" w14:paraId="41C90F70" w14:textId="67C66378">
          <w:pPr>
            <w:spacing w:after="0" w:line="240" w:lineRule="auto"/>
            <w:jc w:val="center"/>
            <w:rPr>
              <w:rFonts w:ascii="QBE Sans" w:hAnsi="QBE Sans" w:cs="QBE Sans"/>
              <w:sz w:val="18"/>
              <w:szCs w:val="18"/>
              <w:lang w:val="en-GB"/>
            </w:rPr>
          </w:pPr>
          <w:r w:rsidRPr="00412015">
            <w:rPr>
              <w:rFonts w:ascii="QBE Sans" w:hAnsi="QBE Sans" w:cs="QBE Sans"/>
              <w:sz w:val="18"/>
              <w:szCs w:val="18"/>
            </w:rPr>
            <w:t>(</w:t>
          </w:r>
          <w:r w:rsidRPr="00412015" w:rsidR="003F388F">
            <w:rPr>
              <w:rFonts w:ascii="QBE Sans" w:hAnsi="QBE Sans" w:cs="QBE Sans"/>
              <w:sz w:val="18"/>
              <w:szCs w:val="18"/>
              <w:lang w:val="en-GB"/>
            </w:rPr>
            <w:t>An urgent issue is any condition that could reasonably result in injury, pollution, or an operational incident in the near term, or where a critical safety system is non</w:t>
          </w:r>
          <w:r w:rsidRPr="00412015" w:rsidR="003F388F">
            <w:rPr>
              <w:rFonts w:ascii="QBE Sans" w:hAnsi="QBE Sans" w:cs="QBE Sans"/>
              <w:sz w:val="18"/>
              <w:szCs w:val="18"/>
              <w:lang w:val="en-GB"/>
            </w:rPr>
            <w:noBreakHyphen/>
          </w:r>
          <w:r w:rsidRPr="00412015" w:rsidR="003F388F">
            <w:rPr>
              <w:rFonts w:ascii="QBE Sans" w:hAnsi="QBE Sans" w:cs="QBE Sans"/>
              <w:sz w:val="18"/>
              <w:szCs w:val="18"/>
              <w:lang w:val="en-GB"/>
            </w:rPr>
            <w:t>functional</w:t>
          </w:r>
          <w:r w:rsidRPr="00412015">
            <w:rPr>
              <w:rFonts w:ascii="QBE Sans" w:hAnsi="QBE Sans" w:cs="QBE Sans"/>
              <w:sz w:val="18"/>
              <w:szCs w:val="18"/>
            </w:rPr>
            <w:t>)</w:t>
          </w:r>
          <w:r w:rsidRPr="00412015" w:rsidR="00914A77">
            <w:rPr>
              <w:rFonts w:ascii="QBE Sans" w:hAnsi="QBE Sans" w:cs="QBE Sans"/>
              <w:sz w:val="18"/>
              <w:szCs w:val="18"/>
            </w:rPr>
            <w:t>.</w:t>
          </w:r>
        </w:p>
      </w:sdtContent>
    </w:sdt>
    <w:tbl>
      <w:tblPr>
        <w:tblW w:w="9893" w:type="dxa"/>
        <w:tblInd w:w="-482" w:type="dxa"/>
        <w:tblLayout w:type="fixed"/>
        <w:tblLook w:val="0000" w:firstRow="0" w:lastRow="0" w:firstColumn="0" w:lastColumn="0" w:noHBand="0" w:noVBand="0"/>
      </w:tblPr>
      <w:tblGrid>
        <w:gridCol w:w="9893"/>
      </w:tblGrid>
      <w:tr w:rsidRPr="00412015" w:rsidR="006D35A1" w:rsidTr="00F10816" w14:paraId="44A79564"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rPr>
              <w:id w:val="2007935312"/>
              <w:lock w:val="sdtContentLocked"/>
              <w:placeholder>
                <w:docPart w:val="DefaultPlaceholder_-1854013440"/>
              </w:placeholder>
            </w:sdtPr>
            <w:sdtEndPr/>
            <w:sdtContent>
              <w:p w:rsidRPr="00412015" w:rsidR="006D35A1" w:rsidP="00F10816" w:rsidRDefault="00C66C93" w14:paraId="662BB0E4" w14:textId="603A68E8">
                <w:pPr>
                  <w:pStyle w:val="Heading2"/>
                  <w:rPr>
                    <w:rFonts w:ascii="QBE Sans" w:hAnsi="QBE Sans" w:cs="QBE Sans"/>
                  </w:rPr>
                </w:pPr>
                <w:r w:rsidRPr="00412015">
                  <w:rPr>
                    <w:rFonts w:ascii="QBE Sans" w:hAnsi="QBE Sans" w:cs="QBE Sans"/>
                  </w:rPr>
                  <w:t>2</w:t>
                </w:r>
                <w:r w:rsidRPr="00412015" w:rsidR="006D35A1">
                  <w:rPr>
                    <w:rFonts w:ascii="QBE Sans" w:hAnsi="QBE Sans" w:cs="QBE Sans"/>
                  </w:rPr>
                  <w:t>.1 – OVERALL TECHNICAL &amp; OPERATIONAL RISK SCORE (1–5)</w:t>
                </w:r>
              </w:p>
            </w:sdtContent>
          </w:sdt>
          <w:p w:rsidRPr="00412015" w:rsidR="006D35A1" w:rsidP="00F10816" w:rsidRDefault="006D35A1" w14:paraId="352E19FB" w14:textId="77777777">
            <w:pPr>
              <w:pStyle w:val="Heading2"/>
              <w:ind w:left="720"/>
              <w:rPr>
                <w:rFonts w:ascii="QBE Sans" w:hAnsi="QBE Sans" w:cs="QBE Sans"/>
                <w:lang w:eastAsia="en-GB"/>
              </w:rPr>
            </w:pPr>
          </w:p>
        </w:tc>
      </w:tr>
      <w:tr w:rsidRPr="00412015" w:rsidR="006D35A1" w:rsidTr="007543C4" w14:paraId="37073AEA" w14:textId="77777777">
        <w:trPr>
          <w:trHeight w:val="4309"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20"/>
                <w:szCs w:val="20"/>
              </w:rPr>
              <w:id w:val="-346492970"/>
              <w:lock w:val="sdtContentLocked"/>
              <w:placeholder>
                <w:docPart w:val="DefaultPlaceholder_-1854013440"/>
              </w:placeholder>
            </w:sdtPr>
            <w:sdtEndPr/>
            <w:sdtContent>
              <w:p w:rsidRPr="00412015" w:rsidR="006D35A1" w:rsidP="00F10816" w:rsidRDefault="006D35A1" w14:paraId="5E9D9FEB" w14:textId="4AE95D49">
                <w:pPr>
                  <w:pStyle w:val="NormalWeb"/>
                  <w:spacing w:before="280" w:after="280"/>
                  <w:rPr>
                    <w:rFonts w:ascii="QBE Sans" w:hAnsi="QBE Sans" w:cs="QBE Sans"/>
                    <w:sz w:val="20"/>
                    <w:szCs w:val="20"/>
                  </w:rPr>
                </w:pPr>
                <w:r w:rsidRPr="00412015">
                  <w:rPr>
                    <w:rFonts w:ascii="QBE Sans" w:hAnsi="QBE Sans" w:cs="QBE Sans"/>
                    <w:sz w:val="20"/>
                    <w:szCs w:val="20"/>
                  </w:rPr>
                  <w:t>Use this simple guide – tick the box that matches your opinion:</w:t>
                </w:r>
              </w:p>
              <w:p w:rsidRPr="00412015" w:rsidR="006D35A1" w:rsidP="00F10816" w:rsidRDefault="006D35A1" w14:paraId="600CD136" w14:textId="77777777">
                <w:pPr>
                  <w:pStyle w:val="NormalWeb"/>
                  <w:spacing w:before="280" w:after="280"/>
                  <w:rPr>
                    <w:rFonts w:ascii="QBE Sans" w:hAnsi="QBE Sans" w:cs="QBE Sans"/>
                    <w:sz w:val="20"/>
                    <w:szCs w:val="20"/>
                  </w:rPr>
                </w:pPr>
                <w:r w:rsidRPr="00412015">
                  <w:rPr>
                    <w:rFonts w:ascii="QBE Sans" w:hAnsi="QBE Sans" w:cs="QBE Sans"/>
                    <w:sz w:val="20"/>
                    <w:szCs w:val="20"/>
                  </w:rPr>
                  <w:t>[ ] 1 Very Low Risk Modern vessel, excellent condition and management, low-risk trade</w:t>
                </w:r>
              </w:p>
              <w:p w:rsidRPr="00412015" w:rsidR="006D35A1" w:rsidP="00F10816" w:rsidRDefault="006D35A1" w14:paraId="66C2F276" w14:textId="77777777">
                <w:pPr>
                  <w:pStyle w:val="NormalWeb"/>
                  <w:spacing w:before="280" w:after="280"/>
                  <w:rPr>
                    <w:rFonts w:ascii="QBE Sans" w:hAnsi="QBE Sans" w:cs="QBE Sans"/>
                    <w:sz w:val="20"/>
                    <w:szCs w:val="20"/>
                  </w:rPr>
                </w:pPr>
                <w:r w:rsidRPr="00412015">
                  <w:rPr>
                    <w:rFonts w:ascii="QBE Sans" w:hAnsi="QBE Sans" w:cs="QBE Sans"/>
                    <w:sz w:val="20"/>
                    <w:szCs w:val="20"/>
                  </w:rPr>
                  <w:t>[ ] 2 Low Risk Well-maintained vessel, good owner/manager, normal trade</w:t>
                </w:r>
              </w:p>
              <w:p w:rsidRPr="00412015" w:rsidR="006D35A1" w:rsidP="00F10816" w:rsidRDefault="006D35A1" w14:paraId="5FDC7DA5" w14:textId="77777777">
                <w:pPr>
                  <w:pStyle w:val="NormalWeb"/>
                  <w:spacing w:before="280" w:after="280"/>
                  <w:rPr>
                    <w:rFonts w:ascii="QBE Sans" w:hAnsi="QBE Sans" w:cs="QBE Sans"/>
                    <w:sz w:val="20"/>
                    <w:szCs w:val="20"/>
                  </w:rPr>
                </w:pPr>
                <w:r w:rsidRPr="00412015">
                  <w:rPr>
                    <w:rFonts w:ascii="QBE Sans" w:hAnsi="QBE Sans" w:cs="QBE Sans"/>
                    <w:sz w:val="20"/>
                    <w:szCs w:val="20"/>
                  </w:rPr>
                  <w:t>[ ] 3 Medium Risk Average age/condition, some minor issues, standard trade (this is the most common score for the world fleet)</w:t>
                </w:r>
              </w:p>
              <w:p w:rsidRPr="00412015" w:rsidR="006D35A1" w:rsidP="00F10816" w:rsidRDefault="006D35A1" w14:paraId="28CD088C" w14:textId="77777777">
                <w:pPr>
                  <w:pStyle w:val="NormalWeb"/>
                  <w:spacing w:before="280" w:after="280"/>
                  <w:rPr>
                    <w:rFonts w:ascii="QBE Sans" w:hAnsi="QBE Sans" w:cs="QBE Sans"/>
                    <w:sz w:val="20"/>
                    <w:szCs w:val="20"/>
                  </w:rPr>
                </w:pPr>
                <w:r w:rsidRPr="00412015">
                  <w:rPr>
                    <w:rFonts w:ascii="QBE Sans" w:hAnsi="QBE Sans" w:cs="QBE Sans"/>
                    <w:sz w:val="20"/>
                    <w:szCs w:val="20"/>
                  </w:rPr>
                  <w:t>[ ] 4 Elevated Risk Older vessel, several Satisfactory/Poor ratings, higher-risk trade (e.g. coastal, heavy weather, fishing, old tanker, etc.)</w:t>
                </w:r>
              </w:p>
              <w:p w:rsidRPr="00412015" w:rsidR="006D35A1" w:rsidP="00F10816" w:rsidRDefault="006D35A1" w14:paraId="5CCDA206" w14:textId="7A3E810A">
                <w:pPr>
                  <w:pStyle w:val="NormalWeb"/>
                  <w:spacing w:before="280" w:after="280"/>
                  <w:rPr>
                    <w:rFonts w:ascii="QBE Sans" w:hAnsi="QBE Sans" w:cs="QBE Sans"/>
                    <w:sz w:val="20"/>
                    <w:szCs w:val="20"/>
                  </w:rPr>
                </w:pPr>
                <w:r w:rsidRPr="00412015">
                  <w:rPr>
                    <w:rFonts w:ascii="QBE Sans" w:hAnsi="QBE Sans" w:cs="QBE Sans"/>
                    <w:sz w:val="20"/>
                    <w:szCs w:val="20"/>
                  </w:rPr>
                  <w:t>[ ] 5 High Risk Serious deficiencies, multiple Poor ratings, very high exposure trade (vessel likely to generate a claim or need special conditions)</w:t>
                </w:r>
              </w:p>
            </w:sdtContent>
          </w:sdt>
          <w:p w:rsidRPr="00412015" w:rsidR="006D35A1" w:rsidP="007543C4" w:rsidRDefault="006D35A1" w14:paraId="064F9B58" w14:textId="4530A623">
            <w:pPr>
              <w:pStyle w:val="NormalWeb"/>
              <w:spacing w:before="280" w:after="280"/>
              <w:rPr>
                <w:rFonts w:ascii="QBE Sans" w:hAnsi="QBE Sans" w:cs="QBE Sans"/>
                <w:sz w:val="20"/>
                <w:szCs w:val="20"/>
              </w:rPr>
            </w:pPr>
            <w:r w:rsidRPr="00412015">
              <w:rPr>
                <w:rFonts w:ascii="QBE Sans" w:hAnsi="QBE Sans" w:cs="QBE Sans"/>
                <w:b/>
                <w:bCs/>
              </w:rPr>
              <w:t>Score chosen: [ ] 1 [ ] 2 [ ] 3 [ ] 4 [ ] 5</w:t>
            </w:r>
          </w:p>
        </w:tc>
      </w:tr>
      <w:tr w:rsidRPr="00412015" w:rsidR="006D35A1" w:rsidTr="00F10816" w14:paraId="695FAEBD" w14:textId="77777777">
        <w:trPr>
          <w:trHeight w:val="4896"/>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rPr>
              <w:id w:val="-2145195837"/>
              <w:lock w:val="sdtContentLocked"/>
              <w:placeholder>
                <w:docPart w:val="DefaultPlaceholder_-1854013440"/>
              </w:placeholder>
            </w:sdtPr>
            <w:sdtEndPr>
              <w:rPr>
                <w:sz w:val="18"/>
                <w:szCs w:val="18"/>
              </w:rPr>
            </w:sdtEndPr>
            <w:sdtContent>
              <w:p w:rsidRPr="00412015" w:rsidR="006D35A1" w:rsidP="00F10816" w:rsidRDefault="00B33D75" w14:paraId="2B6BE279" w14:textId="6E048FE6">
                <w:pPr>
                  <w:pStyle w:val="NormalWeb"/>
                  <w:spacing w:after="280"/>
                  <w:rPr>
                    <w:rFonts w:ascii="QBE Sans" w:hAnsi="QBE Sans" w:cs="QBE Sans"/>
                    <w:sz w:val="18"/>
                    <w:szCs w:val="18"/>
                  </w:rPr>
                </w:pPr>
                <w:r w:rsidRPr="00412015">
                  <w:rPr>
                    <w:rFonts w:ascii="QBE Sans" w:hAnsi="QBE Sans" w:cs="QBE Sans"/>
                  </w:rPr>
                  <w:t>2.2 Overall Narrative Summary (</w:t>
                </w:r>
                <w:r w:rsidRPr="00412015">
                  <w:rPr>
                    <w:rFonts w:ascii="QBE Sans" w:hAnsi="QBE Sans" w:cs="QBE Sans"/>
                    <w:b/>
                    <w:bCs/>
                  </w:rPr>
                  <w:t>Mandatory</w:t>
                </w:r>
                <w:r w:rsidRPr="00412015">
                  <w:rPr>
                    <w:rFonts w:ascii="QBE Sans" w:hAnsi="QBE Sans" w:cs="QBE Sans"/>
                  </w:rPr>
                  <w:t>) Provide a short summary of the vessel from a P&amp;I risk point of view</w:t>
                </w:r>
                <w:r w:rsidRPr="00412015" w:rsidR="00B07FD2">
                  <w:rPr>
                    <w:rFonts w:ascii="QBE Sans" w:hAnsi="QBE Sans" w:cs="QBE Sans"/>
                  </w:rPr>
                  <w:t xml:space="preserve">. </w:t>
                </w:r>
                <w:r w:rsidRPr="00412015" w:rsidR="007543C4">
                  <w:rPr>
                    <w:rFonts w:ascii="QBE Sans" w:hAnsi="QBE Sans" w:cs="QBE Sans"/>
                  </w:rPr>
                  <w:t>Focus on factual, survey</w:t>
                </w:r>
                <w:r w:rsidRPr="00412015" w:rsidR="007543C4">
                  <w:rPr>
                    <w:rFonts w:ascii="QBE Sans" w:hAnsi="QBE Sans" w:cs="QBE Sans"/>
                  </w:rPr>
                  <w:noBreakHyphen/>
                </w:r>
                <w:r w:rsidRPr="00412015" w:rsidR="007543C4">
                  <w:rPr>
                    <w:rFonts w:ascii="QBE Sans" w:hAnsi="QBE Sans" w:cs="QBE Sans"/>
                  </w:rPr>
                  <w:t xml:space="preserve">evidenced observations. Avoid opinions not supported by visual or documentary </w:t>
                </w:r>
                <w:r w:rsidRPr="00412015" w:rsidR="00C33B2B">
                  <w:rPr>
                    <w:rFonts w:ascii="QBE Sans" w:hAnsi="QBE Sans" w:cs="QBE Sans"/>
                  </w:rPr>
                  <w:t>evidence.</w:t>
                </w:r>
                <w:r w:rsidRPr="00412015" w:rsidR="00C33B2B">
                  <w:rPr>
                    <w:rFonts w:ascii="QBE Sans" w:hAnsi="QBE Sans" w:cs="QBE Sans"/>
                    <w:sz w:val="18"/>
                    <w:szCs w:val="18"/>
                  </w:rPr>
                  <w:t xml:space="preserve"> Comment</w:t>
                </w:r>
                <w:r w:rsidRPr="00412015">
                  <w:rPr>
                    <w:rFonts w:ascii="QBE Sans" w:hAnsi="QBE Sans" w:cs="QBE Sans"/>
                    <w:sz w:val="18"/>
                    <w:szCs w:val="18"/>
                  </w:rPr>
                  <w:t xml:space="preserve"> on: general condition, crew and safety culture, navigation, machinery and structure, fire and emergency response, cargo/towage/fishing operations (if applicable), and any key P&amp;I exposures such as crew injury, collision, cargo damage, pollution or passenger claims.</w:t>
                </w:r>
              </w:p>
            </w:sdtContent>
          </w:sdt>
          <w:p w:rsidRPr="00412015" w:rsidR="007543C4" w:rsidP="00F10816" w:rsidRDefault="007543C4" w14:paraId="0C0EC198" w14:textId="77777777">
            <w:pPr>
              <w:pStyle w:val="NormalWeb"/>
              <w:spacing w:after="280"/>
              <w:rPr>
                <w:rFonts w:ascii="QBE Sans" w:hAnsi="QBE Sans" w:cs="QBE Sans"/>
                <w:sz w:val="20"/>
                <w:szCs w:val="20"/>
              </w:rPr>
            </w:pPr>
          </w:p>
          <w:p w:rsidRPr="00412015" w:rsidR="006D35A1" w:rsidP="00F10816" w:rsidRDefault="006D35A1" w14:paraId="1A9D7F4D" w14:textId="77777777">
            <w:pPr>
              <w:rPr>
                <w:rFonts w:ascii="QBE Sans" w:hAnsi="QBE Sans" w:cs="QBE Sans"/>
                <w:sz w:val="20"/>
                <w:szCs w:val="20"/>
                <w:lang w:eastAsia="en-GB"/>
              </w:rPr>
            </w:pPr>
          </w:p>
          <w:p w:rsidRPr="00412015" w:rsidR="007543C4" w:rsidP="00F10816" w:rsidRDefault="007543C4" w14:paraId="7B48D7B8" w14:textId="77777777">
            <w:pPr>
              <w:rPr>
                <w:rFonts w:ascii="QBE Sans" w:hAnsi="QBE Sans" w:cs="QBE Sans"/>
                <w:sz w:val="20"/>
                <w:szCs w:val="20"/>
                <w:lang w:eastAsia="en-GB"/>
              </w:rPr>
            </w:pPr>
          </w:p>
          <w:p w:rsidRPr="00412015" w:rsidR="007543C4" w:rsidP="00F10816" w:rsidRDefault="007543C4" w14:paraId="7A3397FC" w14:textId="77777777">
            <w:pPr>
              <w:rPr>
                <w:rFonts w:ascii="QBE Sans" w:hAnsi="QBE Sans" w:cs="QBE Sans"/>
                <w:sz w:val="20"/>
                <w:szCs w:val="20"/>
                <w:lang w:eastAsia="en-GB"/>
              </w:rPr>
            </w:pPr>
          </w:p>
          <w:p w:rsidRPr="00412015" w:rsidR="007543C4" w:rsidP="00F10816" w:rsidRDefault="007543C4" w14:paraId="340B05A5" w14:textId="77777777">
            <w:pPr>
              <w:rPr>
                <w:rFonts w:ascii="QBE Sans" w:hAnsi="QBE Sans" w:cs="QBE Sans"/>
                <w:sz w:val="20"/>
                <w:szCs w:val="20"/>
                <w:lang w:eastAsia="en-GB"/>
              </w:rPr>
            </w:pPr>
          </w:p>
          <w:p w:rsidRPr="00412015" w:rsidR="007543C4" w:rsidP="00F10816" w:rsidRDefault="007543C4" w14:paraId="4282E64A" w14:textId="77777777">
            <w:pPr>
              <w:rPr>
                <w:rFonts w:ascii="QBE Sans" w:hAnsi="QBE Sans" w:cs="QBE Sans"/>
                <w:sz w:val="20"/>
                <w:szCs w:val="20"/>
                <w:lang w:eastAsia="en-GB"/>
              </w:rPr>
            </w:pPr>
          </w:p>
          <w:p w:rsidRPr="00412015" w:rsidR="007543C4" w:rsidP="00F10816" w:rsidRDefault="007543C4" w14:paraId="781AA4D9" w14:textId="77777777">
            <w:pPr>
              <w:rPr>
                <w:rFonts w:ascii="QBE Sans" w:hAnsi="QBE Sans" w:cs="QBE Sans"/>
                <w:sz w:val="20"/>
                <w:szCs w:val="20"/>
                <w:lang w:eastAsia="en-GB"/>
              </w:rPr>
            </w:pPr>
          </w:p>
          <w:p w:rsidRPr="00412015" w:rsidR="007543C4" w:rsidP="00F10816" w:rsidRDefault="007543C4" w14:paraId="10516039" w14:textId="77777777">
            <w:pPr>
              <w:rPr>
                <w:rFonts w:ascii="QBE Sans" w:hAnsi="QBE Sans" w:cs="QBE Sans"/>
                <w:sz w:val="20"/>
                <w:szCs w:val="20"/>
                <w:lang w:eastAsia="en-GB"/>
              </w:rPr>
            </w:pPr>
          </w:p>
          <w:p w:rsidRPr="00412015" w:rsidR="007543C4" w:rsidP="00F10816" w:rsidRDefault="007543C4" w14:paraId="1F67445B" w14:textId="77777777">
            <w:pPr>
              <w:rPr>
                <w:rFonts w:ascii="QBE Sans" w:hAnsi="QBE Sans" w:cs="QBE Sans"/>
                <w:sz w:val="20"/>
                <w:szCs w:val="20"/>
                <w:lang w:eastAsia="en-GB"/>
              </w:rPr>
            </w:pPr>
          </w:p>
          <w:p w:rsidRPr="00412015" w:rsidR="007543C4" w:rsidP="00F10816" w:rsidRDefault="007543C4" w14:paraId="02062A2C" w14:textId="77777777">
            <w:pPr>
              <w:rPr>
                <w:rFonts w:ascii="QBE Sans" w:hAnsi="QBE Sans" w:cs="QBE Sans"/>
                <w:sz w:val="20"/>
                <w:szCs w:val="20"/>
                <w:lang w:eastAsia="en-GB"/>
              </w:rPr>
            </w:pPr>
          </w:p>
          <w:p w:rsidRPr="00412015" w:rsidR="007543C4" w:rsidP="00F10816" w:rsidRDefault="007543C4" w14:paraId="64DC1006" w14:textId="77777777">
            <w:pPr>
              <w:rPr>
                <w:rFonts w:ascii="QBE Sans" w:hAnsi="QBE Sans" w:cs="QBE Sans"/>
                <w:sz w:val="20"/>
                <w:szCs w:val="20"/>
                <w:lang w:eastAsia="en-GB"/>
              </w:rPr>
            </w:pPr>
          </w:p>
        </w:tc>
      </w:tr>
    </w:tbl>
    <w:p w:rsidRPr="00412015" w:rsidR="006D35A1" w:rsidP="006D35A1" w:rsidRDefault="006D35A1" w14:paraId="16BF6C78" w14:textId="77777777">
      <w:pPr>
        <w:rPr>
          <w:rFonts w:ascii="QBE Sans" w:hAnsi="QBE Sans" w:cs="QBE Sans"/>
        </w:rPr>
      </w:pPr>
      <w:r w:rsidRPr="00412015">
        <w:rPr>
          <w:rFonts w:ascii="QBE Sans" w:hAnsi="QBE Sans" w:cs="QBE Sans"/>
        </w:rPr>
        <w:br w:type="page"/>
      </w:r>
    </w:p>
    <w:sdt>
      <w:sdtPr>
        <w:id w:val="-2090227364"/>
        <w:lock w:val="sdtContentLocked"/>
        <w:placeholder>
          <w:docPart w:val="DefaultPlaceholder_-1854013440"/>
        </w:placeholder>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0"/>
          <w:szCs w:val="20"/>
          <w:lang w:eastAsia="en-GB"/>
        </w:rPr>
      </w:sdtEndPr>
      <w:sdtContent>
        <w:p w:rsidRPr="00412015" w:rsidR="001670E7" w:rsidP="008D46EC" w:rsidRDefault="00914A77" w14:paraId="436F4D97" w14:textId="14ACBBFF">
          <w:pPr>
            <w:pStyle w:val="Heading1"/>
            <w:spacing w:line="240" w:lineRule="auto"/>
            <w:rPr>
              <w:rFonts w:ascii="QBE Sans" w:hAnsi="QBE Sans" w:cs="QBE Sans"/>
              <w:lang w:eastAsia="en-GB"/>
            </w:rPr>
          </w:pPr>
          <w:r w:rsidRPr="00412015">
            <w:rPr>
              <w:rFonts w:ascii="QBE Sans" w:hAnsi="QBE Sans" w:cs="QBE Sans"/>
              <w:lang w:eastAsia="en-GB"/>
            </w:rPr>
            <w:t xml:space="preserve">SECTION 3 – Technical Risk Summary by Area </w:t>
          </w:r>
        </w:p>
        <w:p w:rsidRPr="00446C68" w:rsidR="001670E7" w:rsidP="008D46EC" w:rsidRDefault="00446C68" w14:paraId="20006CE1" w14:textId="40118C4A">
          <w:pPr>
            <w:spacing w:beforeAutospacing="1" w:afterAutospacing="1" w:line="240" w:lineRule="auto"/>
            <w:rPr>
              <w:rFonts w:ascii="QBE Sans" w:hAnsi="QBE Sans" w:eastAsia="Times New Roman" w:cs="QBE Sans"/>
              <w:sz w:val="20"/>
              <w:szCs w:val="20"/>
              <w:lang w:val="en-GB" w:eastAsia="en-GB"/>
            </w:rPr>
          </w:pPr>
          <w:r w:rsidRPr="00446C68">
            <w:rPr>
              <w:rFonts w:ascii="QBE Sans" w:hAnsi="QBE Sans" w:eastAsia="Times New Roman" w:cs="QBE Sans"/>
              <w:sz w:val="20"/>
              <w:szCs w:val="20"/>
              <w:lang w:val="en-GB" w:eastAsia="en-GB"/>
            </w:rPr>
            <w:t>Rate each area below. Ratings reflect P&amp;I risk exposure, not class compliance. “Poor” indicates a condition or practice that could reasonably lead to injury, pollution, collision/contact, cargo damage, or an operational incident if not corrected. Where rated Satisfactory or Poor, provide brief P&amp;I</w:t>
          </w:r>
          <w:r w:rsidRPr="00446C68">
            <w:rPr>
              <w:rFonts w:ascii="QBE Sans" w:hAnsi="QBE Sans" w:eastAsia="Times New Roman" w:cs="QBE Sans"/>
              <w:sz w:val="20"/>
              <w:szCs w:val="20"/>
              <w:lang w:val="en-GB" w:eastAsia="en-GB"/>
            </w:rPr>
            <w:noBreakHyphen/>
          </w:r>
          <w:r w:rsidRPr="00446C68">
            <w:rPr>
              <w:rFonts w:ascii="QBE Sans" w:hAnsi="QBE Sans" w:eastAsia="Times New Roman" w:cs="QBE Sans"/>
              <w:sz w:val="20"/>
              <w:szCs w:val="20"/>
              <w:lang w:val="en-GB" w:eastAsia="en-GB"/>
            </w:rPr>
            <w:t>relevant comments</w:t>
          </w:r>
          <w:r w:rsidR="00B925F7">
            <w:rPr>
              <w:rFonts w:ascii="QBE Sans" w:hAnsi="QBE Sans" w:eastAsia="Times New Roman" w:cs="QBE Sans"/>
              <w:sz w:val="20"/>
              <w:szCs w:val="20"/>
              <w:lang w:val="en-GB" w:eastAsia="en-GB"/>
            </w:rPr>
            <w:t xml:space="preserve"> on why and how to improve</w:t>
          </w:r>
          <w:r w:rsidRPr="00446C68">
            <w:rPr>
              <w:rFonts w:ascii="QBE Sans" w:hAnsi="QBE Sans" w:eastAsia="Times New Roman" w:cs="QBE Sans"/>
              <w:sz w:val="20"/>
              <w:szCs w:val="20"/>
              <w:lang w:val="en-GB" w:eastAsia="en-GB"/>
            </w:rPr>
            <w:t>. If required, refer to the Guidance &amp; Checklist Appendix. Complete the applicable vessel</w:t>
          </w:r>
          <w:r w:rsidRPr="00446C68">
            <w:rPr>
              <w:rFonts w:ascii="QBE Sans" w:hAnsi="QBE Sans" w:eastAsia="Times New Roman" w:cs="QBE Sans"/>
              <w:sz w:val="20"/>
              <w:szCs w:val="20"/>
              <w:lang w:val="en-GB" w:eastAsia="en-GB"/>
            </w:rPr>
            <w:noBreakHyphen/>
          </w:r>
          <w:r w:rsidRPr="00446C68">
            <w:rPr>
              <w:rFonts w:ascii="QBE Sans" w:hAnsi="QBE Sans" w:eastAsia="Times New Roman" w:cs="QBE Sans"/>
              <w:sz w:val="20"/>
              <w:szCs w:val="20"/>
              <w:lang w:val="en-GB" w:eastAsia="en-GB"/>
            </w:rPr>
            <w:t>type supplement(s).</w:t>
          </w:r>
        </w:p>
      </w:sdtContent>
    </w:sdt>
    <w:tbl>
      <w:tblPr>
        <w:tblW w:w="9893" w:type="dxa"/>
        <w:tblInd w:w="-482" w:type="dxa"/>
        <w:tblLayout w:type="fixed"/>
        <w:tblLook w:val="0000" w:firstRow="0" w:lastRow="0" w:firstColumn="0" w:lastColumn="0" w:noHBand="0" w:noVBand="0"/>
      </w:tblPr>
      <w:tblGrid>
        <w:gridCol w:w="9893"/>
      </w:tblGrid>
      <w:tr w:rsidRPr="00412015" w:rsidR="001670E7" w14:paraId="58280BA0" w14:textId="77777777">
        <w:trPr>
          <w:trHeight w:val="496"/>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1606234218"/>
              <w:lock w:val="sdtContentLocked"/>
              <w:placeholder>
                <w:docPart w:val="DefaultPlaceholder_-1854013440"/>
              </w:placeholder>
            </w:sdtPr>
            <w:sdtEndPr/>
            <w:sdtContent>
              <w:p w:rsidRPr="00412015" w:rsidR="001670E7" w:rsidRDefault="00914A77" w14:paraId="64602994" w14:textId="5212A208">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NAVIGATION &amp; BRIDGE </w:t>
                </w:r>
              </w:p>
            </w:sdtContent>
          </w:sdt>
        </w:tc>
      </w:tr>
      <w:tr w:rsidRPr="00412015" w:rsidR="001670E7" w:rsidTr="00F97EFA" w14:paraId="6B60004E" w14:textId="77777777">
        <w:trPr>
          <w:trHeight w:val="762" w:hRule="exact"/>
        </w:trPr>
        <w:sdt>
          <w:sdtPr>
            <w:rPr>
              <w:rFonts w:ascii="QBE Sans" w:hAnsi="QBE Sans" w:cs="QBE Sans"/>
              <w:b/>
              <w:bCs/>
              <w:sz w:val="20"/>
              <w:szCs w:val="20"/>
              <w:lang w:eastAsia="en-GB"/>
            </w:rPr>
            <w:id w:val="-1743721212"/>
            <w:lock w:val="sdtContentLocked"/>
            <w:placeholder>
              <w:docPart w:val="DefaultPlaceholder_-1854013440"/>
            </w:placeholder>
          </w:sdtPr>
          <w:sdtEndPr>
            <w:rPr>
              <w:b w:val="0"/>
              <w:bCs w:val="0"/>
            </w:rPr>
          </w:sdtEndPr>
          <w:sdtContent>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b/>
                    <w:bCs/>
                    <w:sz w:val="20"/>
                    <w:szCs w:val="20"/>
                    <w:lang w:eastAsia="en-GB"/>
                  </w:rPr>
                  <w:id w:val="1923214332"/>
                  <w:lock w:val="sdtContentLocked"/>
                  <w:placeholder>
                    <w:docPart w:val="DefaultPlaceholder_-1854013440"/>
                  </w:placeholder>
                </w:sdtPr>
                <w:sdtEndPr>
                  <w:rPr>
                    <w:b w:val="0"/>
                    <w:bCs w:val="0"/>
                  </w:rPr>
                </w:sdtEndPr>
                <w:sdtContent>
                  <w:p w:rsidRPr="00992655" w:rsidR="00F72253" w:rsidP="00B57B04" w:rsidRDefault="00914A77" w14:paraId="09DF2614" w14:textId="65C3ADEE">
                    <w:pPr>
                      <w:spacing w:line="240" w:lineRule="auto"/>
                      <w:rPr>
                        <w:rFonts w:ascii="QBE Sans" w:hAnsi="QBE Sans" w:cs="QBE Sans"/>
                        <w:sz w:val="18"/>
                        <w:szCs w:val="18"/>
                        <w:lang w:val="en-GB"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337697789"/>
                        <w:lock w:val="sdtLocked"/>
                        <w14:checkbox>
                          <w14:checked w14:val="0"/>
                          <w14:checkedState w14:val="2612" w14:font="MS Gothic"/>
                          <w14:uncheckedState w14:val="2610" w14:font="MS Gothic"/>
                        </w14:checkbox>
                      </w:sdtPr>
                      <w:sdtEndPr/>
                      <w:sdtContent>
                        <w:r w:rsidR="00E25AE7">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Excellent </w:t>
                    </w:r>
                    <w:sdt>
                      <w:sdtPr>
                        <w:rPr>
                          <w:rFonts w:ascii="QBE Sans" w:hAnsi="QBE Sans" w:cs="QBE Sans"/>
                          <w:b/>
                          <w:bCs/>
                          <w:sz w:val="20"/>
                          <w:szCs w:val="20"/>
                          <w:lang w:eastAsia="en-GB"/>
                        </w:rPr>
                        <w:id w:val="612863977"/>
                        <w14:checkbox>
                          <w14:checked w14:val="0"/>
                          <w14:checkedState w14:val="2612" w14:font="MS Gothic"/>
                          <w14:uncheckedState w14:val="2610" w14:font="MS Gothic"/>
                        </w14:checkbox>
                      </w:sdtPr>
                      <w:sdtEndPr/>
                      <w:sdtContent>
                        <w:r w:rsidR="00E25AE7">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Good</w:t>
                    </w:r>
                    <w:sdt>
                      <w:sdtPr>
                        <w:rPr>
                          <w:rFonts w:ascii="QBE Sans" w:hAnsi="QBE Sans" w:cs="QBE Sans"/>
                          <w:b/>
                          <w:bCs/>
                          <w:sz w:val="20"/>
                          <w:szCs w:val="20"/>
                          <w:lang w:eastAsia="en-GB"/>
                        </w:rPr>
                        <w:id w:val="1226729691"/>
                        <w14:checkbox>
                          <w14:checked w14:val="0"/>
                          <w14:checkedState w14:val="2612" w14:font="MS Gothic"/>
                          <w14:uncheckedState w14:val="2610" w14:font="MS Gothic"/>
                        </w14:checkbox>
                      </w:sdtPr>
                      <w:sdtEndPr/>
                      <w:sdtContent>
                        <w:r w:rsidR="00E25AE7">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Satisfactory </w:t>
                    </w:r>
                    <w:sdt>
                      <w:sdtPr>
                        <w:rPr>
                          <w:rFonts w:ascii="QBE Sans" w:hAnsi="QBE Sans" w:cs="QBE Sans"/>
                          <w:b/>
                          <w:bCs/>
                          <w:sz w:val="20"/>
                          <w:szCs w:val="20"/>
                          <w:lang w:eastAsia="en-GB"/>
                        </w:rPr>
                        <w:id w:val="-1184440721"/>
                        <w14:checkbox>
                          <w14:checked w14:val="0"/>
                          <w14:checkedState w14:val="2612" w14:font="MS Gothic"/>
                          <w14:uncheckedState w14:val="2610" w14:font="MS Gothic"/>
                        </w14:checkbox>
                      </w:sdtPr>
                      <w:sdtEndPr/>
                      <w:sdtContent>
                        <w:r w:rsidR="00981A9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Poor</w:t>
                    </w:r>
                    <w:r w:rsidRPr="00412015">
                      <w:rPr>
                        <w:rFonts w:ascii="QBE Sans" w:hAnsi="QBE Sans" w:cs="QBE Sans"/>
                        <w:sz w:val="20"/>
                        <w:szCs w:val="20"/>
                        <w:lang w:eastAsia="en-GB"/>
                      </w:rPr>
                      <w:t xml:space="preserve"> </w:t>
                    </w:r>
                    <w:r w:rsidRPr="00992655" w:rsidR="00F72253">
                      <w:rPr>
                        <w:rFonts w:ascii="QBE Sans" w:hAnsi="QBE Sans" w:cs="QBE Sans"/>
                        <w:sz w:val="18"/>
                        <w:szCs w:val="18"/>
                        <w:lang w:val="en-GB" w:eastAsia="en-GB"/>
                      </w:rPr>
                      <w:t>If ra</w:t>
                    </w:r>
                    <w:r w:rsidRPr="00992655" w:rsidR="00992655">
                      <w:rPr>
                        <w:rFonts w:ascii="QBE Sans" w:hAnsi="QBE Sans" w:cs="QBE Sans"/>
                        <w:sz w:val="18"/>
                        <w:szCs w:val="18"/>
                        <w:lang w:val="en-GB" w:eastAsia="en-GB"/>
                      </w:rPr>
                      <w:t>t</w:t>
                    </w:r>
                    <w:r w:rsidRPr="00992655" w:rsidR="00F72253">
                      <w:rPr>
                        <w:rFonts w:ascii="QBE Sans" w:hAnsi="QBE Sans" w:cs="QBE Sans"/>
                        <w:sz w:val="18"/>
                        <w:szCs w:val="18"/>
                        <w:lang w:val="en-GB" w:eastAsia="en-GB"/>
                      </w:rPr>
                      <w:t xml:space="preserve">ed Satisfactory or Poor, provide brief comments explaining </w:t>
                    </w:r>
                    <w:r w:rsidRPr="00992655" w:rsidR="00F72253">
                      <w:rPr>
                        <w:rFonts w:ascii="QBE Sans" w:hAnsi="QBE Sans" w:cs="QBE Sans"/>
                        <w:i/>
                        <w:iCs/>
                        <w:sz w:val="18"/>
                        <w:szCs w:val="18"/>
                        <w:lang w:val="en-GB" w:eastAsia="en-GB"/>
                      </w:rPr>
                      <w:t>why</w:t>
                    </w:r>
                    <w:r w:rsidRPr="00992655" w:rsidR="00F72253">
                      <w:rPr>
                        <w:rFonts w:ascii="QBE Sans" w:hAnsi="QBE Sans" w:cs="QBE Sans"/>
                        <w:sz w:val="18"/>
                        <w:szCs w:val="18"/>
                        <w:lang w:val="en-GB" w:eastAsia="en-GB"/>
                      </w:rPr>
                      <w:t xml:space="preserve"> the rating was assigned and </w:t>
                    </w:r>
                    <w:r w:rsidRPr="00992655" w:rsidR="00F72253">
                      <w:rPr>
                        <w:rFonts w:ascii="QBE Sans" w:hAnsi="QBE Sans" w:cs="QBE Sans"/>
                        <w:i/>
                        <w:iCs/>
                        <w:sz w:val="18"/>
                        <w:szCs w:val="18"/>
                        <w:lang w:val="en-GB" w:eastAsia="en-GB"/>
                      </w:rPr>
                      <w:t>how the risk could be improved</w:t>
                    </w:r>
                    <w:r w:rsidRPr="00992655" w:rsidR="00F72253">
                      <w:rPr>
                        <w:rFonts w:ascii="QBE Sans" w:hAnsi="QBE Sans" w:cs="QBE Sans"/>
                        <w:sz w:val="18"/>
                        <w:szCs w:val="18"/>
                        <w:lang w:val="en-GB" w:eastAsia="en-GB"/>
                      </w:rPr>
                      <w:t>. Reference any related hazards in Section 4 and photo numbers in Section 5.</w:t>
                    </w:r>
                  </w:p>
                  <w:p w:rsidRPr="00412015" w:rsidR="001670E7" w:rsidRDefault="002F4184" w14:paraId="1352D271" w14:textId="50C47F04">
                    <w:pPr>
                      <w:rPr>
                        <w:rFonts w:ascii="QBE Sans" w:hAnsi="QBE Sans" w:cs="QBE Sans"/>
                        <w:sz w:val="20"/>
                        <w:szCs w:val="20"/>
                        <w:lang w:eastAsia="en-GB"/>
                      </w:rPr>
                    </w:pPr>
                  </w:p>
                </w:sdtContent>
              </w:sdt>
            </w:tc>
          </w:sdtContent>
        </w:sdt>
      </w:tr>
      <w:tr w:rsidRPr="00412015" w:rsidR="001670E7" w:rsidTr="00D26638" w14:paraId="0DD3C783" w14:textId="77777777">
        <w:trPr>
          <w:trHeight w:val="2376"/>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1962866048"/>
              <w:lock w:val="sdtContentLocked"/>
              <w:placeholder>
                <w:docPart w:val="4E8DEF4A2D3D462884B05EAAD75EBEE9"/>
              </w:placeholder>
            </w:sdtPr>
            <w:sdtEndPr/>
            <w:sdtContent>
              <w:p w:rsidR="009F4165" w:rsidP="009F4165" w:rsidRDefault="009F4165" w14:paraId="0F3CE997" w14:textId="77777777">
                <w:pPr>
                  <w:rPr>
                    <w:rFonts w:ascii="QBE Sans" w:hAnsi="QBE Sans" w:cs="QBE Sans"/>
                    <w:sz w:val="18"/>
                    <w:szCs w:val="18"/>
                  </w:rPr>
                </w:pPr>
                <w:r w:rsidRPr="00412015">
                  <w:rPr>
                    <w:rFonts w:ascii="QBE Sans" w:hAnsi="QBE Sans" w:cs="QBE Sans"/>
                    <w:sz w:val="18"/>
                    <w:szCs w:val="18"/>
                    <w:lang w:eastAsia="en-GB"/>
                  </w:rPr>
                  <w:t xml:space="preserve">Examples include, but are not limited to: Covers passage planning, charts/ECDIS, bridge equipment, watchkeeping, pilotage, and situational awareness. </w:t>
                </w:r>
              </w:p>
            </w:sdtContent>
          </w:sdt>
          <w:p w:rsidRPr="006E5F85" w:rsidR="001670E7" w:rsidRDefault="001670E7" w14:paraId="4A1B2128" w14:textId="78E1F33A">
            <w:pPr>
              <w:rPr>
                <w:rFonts w:ascii="QBE Sans" w:hAnsi="QBE Sans" w:cs="QBE Sans"/>
                <w:sz w:val="18"/>
                <w:szCs w:val="18"/>
                <w:lang w:eastAsia="en-GB"/>
              </w:rPr>
            </w:pPr>
          </w:p>
        </w:tc>
      </w:tr>
      <w:tr w:rsidRPr="00412015" w:rsidR="001670E7" w14:paraId="71ACB1B0"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199325379"/>
              <w:lock w:val="sdtContentLocked"/>
              <w:placeholder>
                <w:docPart w:val="DefaultPlaceholder_-1854013440"/>
              </w:placeholder>
            </w:sdtPr>
            <w:sdtEndPr/>
            <w:sdtContent>
              <w:p w:rsidRPr="00412015" w:rsidR="001670E7" w:rsidRDefault="00914A77" w14:paraId="1099A71D" w14:textId="66DAC43C">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MANAGEMENT &amp; MANNING </w:t>
                </w:r>
              </w:p>
            </w:sdtContent>
          </w:sdt>
        </w:tc>
      </w:tr>
      <w:tr w:rsidRPr="00412015" w:rsidR="001670E7" w:rsidTr="00992655" w14:paraId="1E431712" w14:textId="77777777">
        <w:trPr>
          <w:trHeight w:val="787" w:hRule="exact"/>
        </w:trPr>
        <w:tc>
          <w:tcPr>
            <w:tcW w:w="9893" w:type="dxa"/>
            <w:tcBorders>
              <w:top w:val="single" w:color="000000" w:sz="4" w:space="0"/>
              <w:left w:val="single" w:color="000000" w:sz="4" w:space="0"/>
              <w:bottom w:val="single" w:color="000000" w:sz="4" w:space="0"/>
              <w:right w:val="single" w:color="000000" w:sz="4" w:space="0"/>
            </w:tcBorders>
          </w:tcPr>
          <w:p w:rsidRPr="00F72253" w:rsidR="00B57B04" w:rsidP="00992655" w:rsidRDefault="00914A77" w14:paraId="2A818B86" w14:textId="5A057367">
            <w:pPr>
              <w:spacing w:line="240" w:lineRule="auto"/>
              <w:rPr>
                <w:rFonts w:ascii="QBE Sans" w:hAnsi="QBE Sans" w:cs="QBE Sans"/>
                <w:sz w:val="20"/>
                <w:szCs w:val="20"/>
                <w:lang w:val="en-GB"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895894253"/>
                <w:lock w:val="sdtConten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584269895"/>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384528436"/>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486439053"/>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87050428"/>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693884434"/>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043509888"/>
                <w:lock w:val="conten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r w:rsidRPr="00412015" w:rsidR="00C90A9D">
              <w:rPr>
                <w:rFonts w:ascii="QBE Sans" w:hAnsi="QBE Sans" w:cs="QBE Sans"/>
                <w:b/>
                <w:bCs/>
                <w:sz w:val="20"/>
                <w:szCs w:val="20"/>
                <w:lang w:eastAsia="en-GB"/>
              </w:rPr>
              <w:t xml:space="preserve"> Poo</w:t>
            </w:r>
            <w:r w:rsidR="00734EF7">
              <w:rPr>
                <w:rFonts w:ascii="QBE Sans" w:hAnsi="QBE Sans" w:cs="QBE Sans"/>
                <w:b/>
                <w:bCs/>
                <w:sz w:val="20"/>
                <w:szCs w:val="20"/>
                <w:lang w:eastAsia="en-GB"/>
              </w:rPr>
              <w:t>r</w:t>
            </w:r>
            <w:sdt>
              <w:sdtPr>
                <w:rPr>
                  <w:rFonts w:ascii="QBE Sans" w:hAnsi="QBE Sans" w:cs="QBE Sans"/>
                  <w:b/>
                  <w:bCs/>
                  <w:sz w:val="20"/>
                  <w:szCs w:val="20"/>
                  <w:lang w:eastAsia="en-GB"/>
                </w:rPr>
                <w:id w:val="442580838"/>
                <w14:checkbox>
                  <w14:checked w14:val="0"/>
                  <w14:checkedState w14:val="2612" w14:font="MS Gothic"/>
                  <w14:uncheckedState w14:val="2610" w14:font="MS Gothic"/>
                </w14:checkbox>
              </w:sdtPr>
              <w:sdtEndPr/>
              <w:sdtContent>
                <w:r w:rsidR="00734EF7">
                  <w:rPr>
                    <w:rFonts w:hint="eastAsia" w:ascii="MS Gothic" w:hAnsi="MS Gothic" w:eastAsia="MS Gothic" w:cs="QBE Sans"/>
                    <w:b/>
                    <w:bCs/>
                    <w:sz w:val="20"/>
                    <w:szCs w:val="20"/>
                    <w:lang w:eastAsia="en-GB"/>
                  </w:rPr>
                  <w:t>☐</w:t>
                </w:r>
              </w:sdtContent>
            </w:sdt>
            <w:r w:rsidRPr="00412015" w:rsidR="00C90A9D">
              <w:rPr>
                <w:rFonts w:ascii="QBE Sans" w:hAnsi="QBE Sans" w:cs="QBE Sans"/>
                <w:b/>
                <w:bCs/>
                <w:sz w:val="20"/>
                <w:szCs w:val="20"/>
                <w:lang w:eastAsia="en-GB"/>
              </w:rPr>
              <w:t xml:space="preserve"> </w:t>
            </w:r>
            <w:r w:rsidRPr="00412015">
              <w:rPr>
                <w:rFonts w:ascii="QBE Sans" w:hAnsi="QBE Sans" w:cs="QBE Sans"/>
                <w:sz w:val="20"/>
                <w:szCs w:val="20"/>
                <w:lang w:eastAsia="en-GB"/>
              </w:rPr>
              <w:t>:</w:t>
            </w:r>
            <w:r w:rsidR="00B57B04">
              <w:rPr>
                <w:rFonts w:ascii="QBE Sans" w:hAnsi="QBE Sans" w:cs="QBE Sans"/>
                <w:sz w:val="20"/>
                <w:szCs w:val="20"/>
                <w:lang w:eastAsia="en-GB"/>
              </w:rPr>
              <w:t xml:space="preserve"> </w:t>
            </w:r>
            <w:sdt>
              <w:sdtPr>
                <w:rPr>
                  <w:rFonts w:ascii="QBE Sans" w:hAnsi="QBE Sans" w:cs="QBE Sans"/>
                  <w:sz w:val="20"/>
                  <w:szCs w:val="20"/>
                  <w:lang w:eastAsia="en-GB"/>
                </w:rPr>
                <w:id w:val="1126277559"/>
                <w:lock w:val="sdtContentLocked"/>
                <w:placeholder>
                  <w:docPart w:val="DefaultPlaceholder_-1854013440"/>
                </w:placeholder>
                <w:group/>
              </w:sdtPr>
              <w:sdtEndPr>
                <w:rPr>
                  <w:sz w:val="18"/>
                  <w:szCs w:val="18"/>
                  <w:lang w:val="en-GB"/>
                </w:rPr>
              </w:sdtEndPr>
              <w:sdtContent>
                <w:r w:rsidRPr="00992655" w:rsidR="00B57B04">
                  <w:rPr>
                    <w:rFonts w:ascii="QBE Sans" w:hAnsi="QBE Sans" w:cs="QBE Sans"/>
                    <w:sz w:val="18"/>
                    <w:szCs w:val="18"/>
                    <w:lang w:val="en-GB" w:eastAsia="en-GB"/>
                  </w:rPr>
                  <w:t xml:space="preserve">If rated Satisfactory or Poor, provide brief comments explaining </w:t>
                </w:r>
                <w:r w:rsidRPr="00992655" w:rsidR="00B57B04">
                  <w:rPr>
                    <w:rFonts w:ascii="QBE Sans" w:hAnsi="QBE Sans" w:cs="QBE Sans"/>
                    <w:i/>
                    <w:iCs/>
                    <w:sz w:val="18"/>
                    <w:szCs w:val="18"/>
                    <w:lang w:val="en-GB" w:eastAsia="en-GB"/>
                  </w:rPr>
                  <w:t>why</w:t>
                </w:r>
                <w:r w:rsidRPr="00992655" w:rsidR="00B57B04">
                  <w:rPr>
                    <w:rFonts w:ascii="QBE Sans" w:hAnsi="QBE Sans" w:cs="QBE Sans"/>
                    <w:sz w:val="18"/>
                    <w:szCs w:val="18"/>
                    <w:lang w:val="en-GB" w:eastAsia="en-GB"/>
                  </w:rPr>
                  <w:t xml:space="preserve"> the rating was assigned and </w:t>
                </w:r>
                <w:r w:rsidRPr="00992655" w:rsidR="00B57B04">
                  <w:rPr>
                    <w:rFonts w:ascii="QBE Sans" w:hAnsi="QBE Sans" w:cs="QBE Sans"/>
                    <w:i/>
                    <w:iCs/>
                    <w:sz w:val="18"/>
                    <w:szCs w:val="18"/>
                    <w:lang w:val="en-GB" w:eastAsia="en-GB"/>
                  </w:rPr>
                  <w:t>how the risk could be improved</w:t>
                </w:r>
                <w:r w:rsidRPr="00992655" w:rsidR="00B57B04">
                  <w:rPr>
                    <w:rFonts w:ascii="QBE Sans" w:hAnsi="QBE Sans" w:cs="QBE Sans"/>
                    <w:sz w:val="18"/>
                    <w:szCs w:val="18"/>
                    <w:lang w:val="en-GB" w:eastAsia="en-GB"/>
                  </w:rPr>
                  <w:t>. Reference any related hazards in Section 4 and photo numbers in Section 5.</w:t>
                </w:r>
              </w:sdtContent>
            </w:sdt>
          </w:p>
          <w:p w:rsidRPr="00412015" w:rsidR="001670E7" w:rsidRDefault="001670E7" w14:paraId="0929A8F3" w14:textId="46D24D73">
            <w:pPr>
              <w:rPr>
                <w:rFonts w:ascii="QBE Sans" w:hAnsi="QBE Sans" w:cs="QBE Sans"/>
                <w:sz w:val="20"/>
                <w:szCs w:val="20"/>
                <w:lang w:eastAsia="en-GB"/>
              </w:rPr>
            </w:pPr>
          </w:p>
        </w:tc>
      </w:tr>
      <w:tr w:rsidRPr="00412015" w:rsidR="001670E7" w14:paraId="06A158A2" w14:textId="77777777">
        <w:trPr>
          <w:trHeight w:val="2376"/>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514855329"/>
              <w:placeholder>
                <w:docPart w:val="DefaultPlaceholder_-1854013440"/>
              </w:placeholder>
            </w:sdtPr>
            <w:sdtEndPr>
              <w:rPr>
                <w:rFonts w:eastAsia="Times New Roman"/>
              </w:rPr>
            </w:sdtEndPr>
            <w:sdtContent>
              <w:sdt>
                <w:sdtPr>
                  <w:rPr>
                    <w:rFonts w:ascii="QBE Sans" w:hAnsi="QBE Sans" w:cs="QBE Sans"/>
                    <w:sz w:val="18"/>
                    <w:szCs w:val="18"/>
                    <w:lang w:eastAsia="en-GB"/>
                  </w:rPr>
                  <w:id w:val="-1499957691"/>
                  <w:lock w:val="sdtContentLocked"/>
                  <w:placeholder>
                    <w:docPart w:val="DefaultPlaceholder_-1854013440"/>
                  </w:placeholder>
                </w:sdtPr>
                <w:sdtEndPr>
                  <w:rPr>
                    <w:rFonts w:eastAsia="Times New Roman"/>
                  </w:rPr>
                </w:sdtEndPr>
                <w:sdtContent>
                  <w:p w:rsidRPr="00412015" w:rsidR="001670E7" w:rsidRDefault="00D26638" w14:paraId="0ED8C823" w14:textId="22C3F9A2">
                    <w:pPr>
                      <w:rPr>
                        <w:rFonts w:ascii="QBE Sans" w:hAnsi="QBE Sans"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Covers manning levels, fatigue management, language and communication, safety culture, supervision, training</w:t>
                    </w:r>
                    <w:r w:rsidRPr="00412015" w:rsidR="00A74E20">
                      <w:rPr>
                        <w:rFonts w:ascii="QBE Sans" w:hAnsi="QBE Sans" w:eastAsia="Times New Roman" w:cs="QBE Sans"/>
                        <w:sz w:val="18"/>
                        <w:szCs w:val="18"/>
                        <w:lang w:eastAsia="en-GB"/>
                      </w:rPr>
                      <w:t xml:space="preserve"> and </w:t>
                    </w:r>
                    <w:r w:rsidRPr="00412015" w:rsidR="00D808FE">
                      <w:rPr>
                        <w:rFonts w:ascii="QBE Sans" w:hAnsi="QBE Sans" w:eastAsia="Times New Roman" w:cs="QBE Sans"/>
                        <w:sz w:val="18"/>
                        <w:szCs w:val="18"/>
                        <w:lang w:eastAsia="en-GB"/>
                      </w:rPr>
                      <w:t>safety procedures.</w:t>
                    </w:r>
                  </w:p>
                </w:sdtContent>
              </w:sdt>
            </w:sdtContent>
          </w:sdt>
          <w:p w:rsidRPr="00412015" w:rsidR="001670E7" w:rsidRDefault="001670E7" w14:paraId="5662306B" w14:textId="77777777">
            <w:pPr>
              <w:rPr>
                <w:rFonts w:ascii="QBE Sans" w:hAnsi="QBE Sans" w:cs="QBE Sans"/>
                <w:lang w:eastAsia="en-GB"/>
              </w:rPr>
            </w:pPr>
          </w:p>
          <w:p w:rsidRPr="00412015" w:rsidR="00916381" w:rsidRDefault="00916381" w14:paraId="5D8C0F5E" w14:textId="77777777">
            <w:pPr>
              <w:rPr>
                <w:rFonts w:ascii="QBE Sans" w:hAnsi="QBE Sans" w:cs="QBE Sans"/>
                <w:lang w:eastAsia="en-GB"/>
              </w:rPr>
            </w:pPr>
          </w:p>
          <w:p w:rsidRPr="00412015" w:rsidR="00916381" w:rsidRDefault="00916381" w14:paraId="000A23DE" w14:textId="77777777">
            <w:pPr>
              <w:rPr>
                <w:rFonts w:ascii="QBE Sans" w:hAnsi="QBE Sans" w:cs="QBE Sans"/>
                <w:lang w:eastAsia="en-GB"/>
              </w:rPr>
            </w:pPr>
          </w:p>
          <w:p w:rsidRPr="00412015" w:rsidR="00916381" w:rsidRDefault="00916381" w14:paraId="2D829BD7" w14:textId="77777777">
            <w:pPr>
              <w:rPr>
                <w:rFonts w:ascii="QBE Sans" w:hAnsi="QBE Sans" w:cs="QBE Sans"/>
                <w:lang w:eastAsia="en-GB"/>
              </w:rPr>
            </w:pPr>
          </w:p>
        </w:tc>
      </w:tr>
      <w:tr w:rsidRPr="00412015" w:rsidR="001670E7" w14:paraId="6D226B04"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1938049242"/>
              <w:lock w:val="sdtContentLocked"/>
              <w:placeholder>
                <w:docPart w:val="DefaultPlaceholder_-1854013440"/>
              </w:placeholder>
            </w:sdtPr>
            <w:sdtEndPr/>
            <w:sdtContent>
              <w:p w:rsidRPr="00412015" w:rsidR="001670E7" w:rsidRDefault="00914A77" w14:paraId="76D1E3F0" w14:textId="3328FB52">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FIRE SAFETY &amp; EMERGENCY RESPONSE </w:t>
                </w:r>
              </w:p>
            </w:sdtContent>
          </w:sdt>
        </w:tc>
      </w:tr>
      <w:tr w:rsidRPr="00412015" w:rsidR="001670E7" w:rsidTr="00992655" w14:paraId="5F9E3020" w14:textId="77777777">
        <w:trPr>
          <w:trHeight w:val="759"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B57B04" w:rsidRDefault="00914A77" w14:paraId="5C7069F8" w14:textId="02E85D35">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2032177307"/>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77257082"/>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822815632"/>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817690077"/>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181707876"/>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578441324"/>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8877502"/>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920709007"/>
                <w:lock w:val="sdtContentLocked"/>
                <w:placeholder>
                  <w:docPart w:val="DefaultPlaceholder_-1854013440"/>
                </w:placeholder>
              </w:sdtPr>
              <w:sdtEndPr/>
              <w:sdtContent>
                <w:r w:rsidRPr="00412015">
                  <w:rPr>
                    <w:rFonts w:ascii="QBE Sans" w:hAnsi="QBE Sans" w:cs="QBE Sans"/>
                    <w:b/>
                    <w:bCs/>
                    <w:sz w:val="20"/>
                    <w:szCs w:val="20"/>
                    <w:lang w:eastAsia="en-GB"/>
                  </w:rPr>
                  <w:t>Poor</w:t>
                </w:r>
              </w:sdtContent>
            </w:sdt>
            <w:sdt>
              <w:sdtPr>
                <w:rPr>
                  <w:rFonts w:ascii="QBE Sans" w:hAnsi="QBE Sans" w:cs="QBE Sans"/>
                  <w:b/>
                  <w:bCs/>
                  <w:sz w:val="18"/>
                  <w:szCs w:val="18"/>
                  <w:lang w:eastAsia="en-GB"/>
                </w:rPr>
                <w:id w:val="-1731300645"/>
                <w:lock w:val="sdtContentLocked"/>
                <w:placeholder>
                  <w:docPart w:val="DefaultPlaceholder_-1854013440"/>
                </w:placeholder>
              </w:sdtPr>
              <w:sdtEndPr>
                <w:rPr>
                  <w:b w:val="0"/>
                  <w:bCs w:val="0"/>
                </w:rPr>
              </w:sdtEndPr>
              <w:sdtContent>
                <w:r w:rsidRPr="00992655">
                  <w:rPr>
                    <w:rFonts w:ascii="QBE Sans" w:hAnsi="QBE Sans" w:cs="QBE Sans"/>
                    <w:sz w:val="18"/>
                    <w:szCs w:val="18"/>
                    <w:lang w:eastAsia="en-GB"/>
                  </w:rPr>
                  <w:t xml:space="preserve"> </w:t>
                </w:r>
                <w:r w:rsidRPr="00992655" w:rsidR="00B57B04">
                  <w:rPr>
                    <w:rFonts w:ascii="QBE Sans" w:hAnsi="QBE Sans" w:cs="QBE Sans"/>
                    <w:sz w:val="18"/>
                    <w:szCs w:val="18"/>
                    <w:lang w:val="en-GB" w:eastAsia="en-GB"/>
                  </w:rPr>
                  <w:t xml:space="preserve">If rated Satisfactory or Poor, provide brief comments explaining </w:t>
                </w:r>
                <w:r w:rsidRPr="00992655" w:rsidR="00B57B04">
                  <w:rPr>
                    <w:rFonts w:ascii="QBE Sans" w:hAnsi="QBE Sans" w:cs="QBE Sans"/>
                    <w:i/>
                    <w:iCs/>
                    <w:sz w:val="18"/>
                    <w:szCs w:val="18"/>
                    <w:lang w:val="en-GB" w:eastAsia="en-GB"/>
                  </w:rPr>
                  <w:t>why</w:t>
                </w:r>
                <w:r w:rsidRPr="00992655" w:rsidR="00B57B04">
                  <w:rPr>
                    <w:rFonts w:ascii="QBE Sans" w:hAnsi="QBE Sans" w:cs="QBE Sans"/>
                    <w:sz w:val="18"/>
                    <w:szCs w:val="18"/>
                    <w:lang w:val="en-GB" w:eastAsia="en-GB"/>
                  </w:rPr>
                  <w:t xml:space="preserve"> the rating was assigned and </w:t>
                </w:r>
                <w:r w:rsidRPr="00992655" w:rsidR="00B57B04">
                  <w:rPr>
                    <w:rFonts w:ascii="QBE Sans" w:hAnsi="QBE Sans" w:cs="QBE Sans"/>
                    <w:i/>
                    <w:iCs/>
                    <w:sz w:val="18"/>
                    <w:szCs w:val="18"/>
                    <w:lang w:val="en-GB" w:eastAsia="en-GB"/>
                  </w:rPr>
                  <w:t>how the risk could be improved</w:t>
                </w:r>
                <w:r w:rsidRPr="00992655" w:rsidR="00B57B04">
                  <w:rPr>
                    <w:rFonts w:ascii="QBE Sans" w:hAnsi="QBE Sans" w:cs="QBE Sans"/>
                    <w:sz w:val="18"/>
                    <w:szCs w:val="18"/>
                    <w:lang w:val="en-GB" w:eastAsia="en-GB"/>
                  </w:rPr>
                  <w:t>. Reference any related hazards in Section 4 and photo numbers in Section 5.</w:t>
                </w:r>
              </w:sdtContent>
            </w:sdt>
          </w:p>
        </w:tc>
      </w:tr>
      <w:tr w:rsidRPr="00412015" w:rsidR="001670E7" w:rsidTr="00E62E1E" w14:paraId="3CF3D908"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2F4184" w14:paraId="52A91E14" w14:textId="066371AB">
            <w:pPr>
              <w:rPr>
                <w:rFonts w:ascii="QBE Sans" w:hAnsi="QBE Sans" w:cs="QBE Sans"/>
                <w:sz w:val="20"/>
                <w:szCs w:val="20"/>
                <w:lang w:eastAsia="en-GB"/>
              </w:rPr>
            </w:pPr>
            <w:sdt>
              <w:sdtPr>
                <w:rPr>
                  <w:rFonts w:ascii="QBE Sans" w:hAnsi="QBE Sans" w:cs="QBE Sans"/>
                  <w:sz w:val="18"/>
                  <w:szCs w:val="18"/>
                  <w:lang w:eastAsia="en-GB"/>
                </w:rPr>
                <w:id w:val="1612239040"/>
                <w:lock w:val="sdtContentLocked"/>
                <w:placeholder>
                  <w:docPart w:val="DefaultPlaceholder_-1854013440"/>
                </w:placeholder>
              </w:sdtPr>
              <w:sdtEndPr>
                <w:rPr>
                  <w:rFonts w:eastAsia="Times New Roman"/>
                </w:rPr>
              </w:sdtEndPr>
              <w:sdtContent>
                <w:r w:rsidRPr="00412015" w:rsidR="00D26638">
                  <w:rPr>
                    <w:rFonts w:ascii="QBE Sans" w:hAnsi="QBE Sans" w:cs="QBE Sans"/>
                    <w:sz w:val="18"/>
                    <w:szCs w:val="18"/>
                    <w:lang w:eastAsia="en-GB"/>
                  </w:rPr>
                  <w:t xml:space="preserve">Examples include, but are not limited to: </w:t>
                </w:r>
                <w:r w:rsidRPr="00412015" w:rsidR="00D26638">
                  <w:rPr>
                    <w:rFonts w:ascii="QBE Sans" w:hAnsi="QBE Sans" w:eastAsia="Times New Roman" w:cs="QBE Sans"/>
                    <w:sz w:val="18"/>
                    <w:szCs w:val="18"/>
                    <w:lang w:eastAsia="en-GB"/>
                  </w:rPr>
                  <w:t>Covers fire detection, firefighting equipment, drills, access/escape routes, and readiness of crew to respond</w:t>
                </w:r>
              </w:sdtContent>
            </w:sdt>
            <w:r w:rsidRPr="00412015" w:rsidR="00D26638">
              <w:rPr>
                <w:rFonts w:ascii="QBE Sans" w:hAnsi="QBE Sans" w:eastAsia="Times New Roman" w:cs="QBE Sans"/>
                <w:sz w:val="20"/>
                <w:szCs w:val="20"/>
                <w:lang w:eastAsia="en-GB"/>
              </w:rPr>
              <w:t xml:space="preserve">. </w:t>
            </w:r>
          </w:p>
        </w:tc>
      </w:tr>
    </w:tbl>
    <w:p w:rsidRPr="00412015" w:rsidR="001670E7" w:rsidRDefault="001670E7" w14:paraId="71D9D3BB" w14:textId="77777777">
      <w:pPr>
        <w:rPr>
          <w:rFonts w:ascii="QBE Sans" w:hAnsi="QBE Sans" w:cs="QBE Sans"/>
          <w:lang w:eastAsia="en-GB"/>
        </w:rPr>
      </w:pPr>
    </w:p>
    <w:p w:rsidRPr="00412015" w:rsidR="00914A77" w:rsidRDefault="00914A77" w14:paraId="3A7A0A0C" w14:textId="77777777">
      <w:pPr>
        <w:rPr>
          <w:rFonts w:ascii="QBE Sans" w:hAnsi="QBE Sans" w:cs="QBE Sans"/>
          <w:lang w:eastAsia="en-GB"/>
        </w:rPr>
      </w:pPr>
    </w:p>
    <w:tbl>
      <w:tblPr>
        <w:tblW w:w="9893" w:type="dxa"/>
        <w:tblInd w:w="-482" w:type="dxa"/>
        <w:tblLayout w:type="fixed"/>
        <w:tblLook w:val="0000" w:firstRow="0" w:lastRow="0" w:firstColumn="0" w:lastColumn="0" w:noHBand="0" w:noVBand="0"/>
      </w:tblPr>
      <w:tblGrid>
        <w:gridCol w:w="9893"/>
      </w:tblGrid>
      <w:tr w:rsidRPr="00412015" w:rsidR="001670E7" w14:paraId="637D2648"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2001182847"/>
              <w:lock w:val="sdtContentLocked"/>
              <w:placeholder>
                <w:docPart w:val="DefaultPlaceholder_-1854013440"/>
              </w:placeholder>
            </w:sdtPr>
            <w:sdtEndPr/>
            <w:sdtContent>
              <w:p w:rsidRPr="00412015" w:rsidR="001670E7" w:rsidRDefault="00914A77" w14:paraId="4C9CA63E" w14:textId="40C7999B">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HULL &amp; STRUCTURE </w:t>
                </w:r>
              </w:p>
            </w:sdtContent>
          </w:sdt>
          <w:p w:rsidRPr="00412015" w:rsidR="001670E7" w:rsidRDefault="001670E7" w14:paraId="30A2755C" w14:textId="77777777">
            <w:pPr>
              <w:pStyle w:val="Heading2"/>
              <w:ind w:left="720"/>
              <w:rPr>
                <w:rFonts w:ascii="QBE Sans" w:hAnsi="QBE Sans" w:cs="QBE Sans"/>
                <w:lang w:eastAsia="en-GB"/>
              </w:rPr>
            </w:pPr>
          </w:p>
        </w:tc>
      </w:tr>
      <w:tr w:rsidRPr="00412015" w:rsidR="001670E7" w:rsidTr="004807A5" w14:paraId="5545A787" w14:textId="77777777">
        <w:trPr>
          <w:trHeight w:val="703"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AB2C17" w:rsidRDefault="00914A77" w14:paraId="53328C85" w14:textId="05D72769">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1910968792"/>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837218713"/>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42021972"/>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5699704"/>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889305244"/>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492098900"/>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357306869"/>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506709899"/>
                <w:lock w:val="sdtContentLocked"/>
                <w:placeholder>
                  <w:docPart w:val="DefaultPlaceholder_-1854013440"/>
                </w:placeholder>
              </w:sdtPr>
              <w:sdtEndPr/>
              <w:sdtContent>
                <w:r w:rsidRPr="00412015">
                  <w:rPr>
                    <w:rFonts w:ascii="QBE Sans" w:hAnsi="QBE Sans" w:cs="QBE Sans"/>
                    <w:b/>
                    <w:bCs/>
                    <w:sz w:val="20"/>
                    <w:szCs w:val="20"/>
                    <w:lang w:eastAsia="en-GB"/>
                  </w:rPr>
                  <w:t>Poo</w:t>
                </w:r>
                <w:r w:rsidR="00F451C3">
                  <w:rPr>
                    <w:rFonts w:ascii="QBE Sans" w:hAnsi="QBE Sans" w:cs="QBE Sans"/>
                    <w:b/>
                    <w:bCs/>
                    <w:sz w:val="20"/>
                    <w:szCs w:val="20"/>
                    <w:lang w:eastAsia="en-GB"/>
                  </w:rPr>
                  <w:t>r</w:t>
                </w:r>
              </w:sdtContent>
            </w:sdt>
            <w:r w:rsidRPr="00412015">
              <w:rPr>
                <w:rFonts w:ascii="QBE Sans" w:hAnsi="QBE Sans" w:cs="QBE Sans"/>
                <w:sz w:val="20"/>
                <w:szCs w:val="20"/>
                <w:lang w:eastAsia="en-GB"/>
              </w:rPr>
              <w:t xml:space="preserve"> </w:t>
            </w:r>
            <w:sdt>
              <w:sdtPr>
                <w:rPr>
                  <w:rFonts w:ascii="QBE Sans" w:hAnsi="QBE Sans" w:cs="QBE Sans"/>
                  <w:sz w:val="18"/>
                  <w:szCs w:val="18"/>
                  <w:lang w:eastAsia="en-GB"/>
                </w:rPr>
                <w:id w:val="985675368"/>
                <w:lock w:val="sdtContentLocked"/>
                <w:placeholder>
                  <w:docPart w:val="DefaultPlaceholder_-1854013440"/>
                </w:placeholder>
              </w:sdtPr>
              <w:sdtEndPr/>
              <w:sdtContent>
                <w:r w:rsidRPr="004807A5" w:rsidR="00AB2C17">
                  <w:rPr>
                    <w:rFonts w:ascii="QBE Sans" w:hAnsi="QBE Sans" w:cs="QBE Sans"/>
                    <w:sz w:val="18"/>
                    <w:szCs w:val="18"/>
                    <w:lang w:val="en-GB" w:eastAsia="en-GB"/>
                  </w:rPr>
                  <w:t xml:space="preserve">If rated Satisfactory or Poor, provide brief comments explaining </w:t>
                </w:r>
                <w:r w:rsidRPr="004807A5" w:rsidR="00AB2C17">
                  <w:rPr>
                    <w:rFonts w:ascii="QBE Sans" w:hAnsi="QBE Sans" w:cs="QBE Sans"/>
                    <w:i/>
                    <w:iCs/>
                    <w:sz w:val="18"/>
                    <w:szCs w:val="18"/>
                    <w:lang w:val="en-GB" w:eastAsia="en-GB"/>
                  </w:rPr>
                  <w:t>why</w:t>
                </w:r>
                <w:r w:rsidRPr="004807A5" w:rsidR="00AB2C17">
                  <w:rPr>
                    <w:rFonts w:ascii="QBE Sans" w:hAnsi="QBE Sans" w:cs="QBE Sans"/>
                    <w:sz w:val="18"/>
                    <w:szCs w:val="18"/>
                    <w:lang w:val="en-GB" w:eastAsia="en-GB"/>
                  </w:rPr>
                  <w:t xml:space="preserve"> the rating was assigned and </w:t>
                </w:r>
                <w:r w:rsidRPr="004807A5" w:rsidR="00AB2C17">
                  <w:rPr>
                    <w:rFonts w:ascii="QBE Sans" w:hAnsi="QBE Sans" w:cs="QBE Sans"/>
                    <w:i/>
                    <w:iCs/>
                    <w:sz w:val="18"/>
                    <w:szCs w:val="18"/>
                    <w:lang w:val="en-GB" w:eastAsia="en-GB"/>
                  </w:rPr>
                  <w:t>how the risk could be improved</w:t>
                </w:r>
                <w:r w:rsidRPr="004807A5" w:rsidR="00AB2C17">
                  <w:rPr>
                    <w:rFonts w:ascii="QBE Sans" w:hAnsi="QBE Sans" w:cs="QBE Sans"/>
                    <w:sz w:val="18"/>
                    <w:szCs w:val="18"/>
                    <w:lang w:val="en-GB" w:eastAsia="en-GB"/>
                  </w:rPr>
                  <w:t>. Reference any related hazards in Section 4 and photo numbers in Section 5.</w:t>
                </w:r>
              </w:sdtContent>
            </w:sdt>
          </w:p>
        </w:tc>
      </w:tr>
      <w:tr w:rsidRPr="00412015" w:rsidR="001670E7" w:rsidTr="00C00E60" w14:paraId="57EC955C" w14:textId="77777777">
        <w:trPr>
          <w:trHeight w:val="2821"/>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677735890"/>
              <w:lock w:val="sdtContentLocked"/>
              <w:placeholder>
                <w:docPart w:val="DefaultPlaceholder_-1854013440"/>
              </w:placeholder>
            </w:sdtPr>
            <w:sdtEndPr>
              <w:rPr>
                <w:rFonts w:eastAsia="Times New Roman"/>
              </w:rPr>
            </w:sdtEndPr>
            <w:sdtContent>
              <w:p w:rsidRPr="00412015" w:rsidR="001670E7" w:rsidRDefault="00D26638" w14:paraId="6FF0BE52" w14:textId="2E25662D">
                <w:pPr>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Covers hull, deck, hatches, weathertight integrity, freeboard, structural condition, and water ingress risk.</w:t>
                </w:r>
              </w:p>
            </w:sdtContent>
          </w:sdt>
          <w:p w:rsidRPr="00412015" w:rsidR="00916381" w:rsidRDefault="00916381" w14:paraId="13225C06" w14:textId="77777777">
            <w:pPr>
              <w:rPr>
                <w:rFonts w:ascii="QBE Sans" w:hAnsi="QBE Sans" w:eastAsia="Times New Roman" w:cs="QBE Sans"/>
                <w:sz w:val="18"/>
                <w:szCs w:val="18"/>
                <w:lang w:eastAsia="en-GB"/>
              </w:rPr>
            </w:pPr>
          </w:p>
          <w:p w:rsidRPr="00412015" w:rsidR="00916381" w:rsidRDefault="00916381" w14:paraId="7FA3D94F" w14:textId="77777777">
            <w:pPr>
              <w:rPr>
                <w:rFonts w:ascii="QBE Sans" w:hAnsi="QBE Sans" w:eastAsia="Times New Roman" w:cs="QBE Sans"/>
                <w:sz w:val="18"/>
                <w:szCs w:val="18"/>
                <w:lang w:eastAsia="en-GB"/>
              </w:rPr>
            </w:pPr>
          </w:p>
          <w:p w:rsidRPr="00412015" w:rsidR="00916381" w:rsidRDefault="00916381" w14:paraId="39188B90" w14:textId="77777777">
            <w:pPr>
              <w:rPr>
                <w:rFonts w:ascii="QBE Sans" w:hAnsi="QBE Sans" w:eastAsia="Times New Roman" w:cs="QBE Sans"/>
                <w:sz w:val="18"/>
                <w:szCs w:val="18"/>
                <w:lang w:eastAsia="en-GB"/>
              </w:rPr>
            </w:pPr>
          </w:p>
          <w:p w:rsidRPr="00412015" w:rsidR="0071344A" w:rsidRDefault="0071344A" w14:paraId="6C38BE62" w14:textId="18B0C1C7">
            <w:pPr>
              <w:rPr>
                <w:rFonts w:ascii="QBE Sans" w:hAnsi="QBE Sans" w:cs="QBE Sans"/>
                <w:sz w:val="18"/>
                <w:szCs w:val="18"/>
                <w:lang w:eastAsia="en-GB"/>
              </w:rPr>
            </w:pPr>
          </w:p>
        </w:tc>
      </w:tr>
      <w:tr w:rsidRPr="00412015" w:rsidR="001670E7" w14:paraId="4518E49B"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914A77" w14:paraId="2A2AC9A8" w14:textId="77777777">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MACHINERY </w:t>
            </w:r>
          </w:p>
          <w:p w:rsidRPr="00412015" w:rsidR="001670E7" w:rsidRDefault="001670E7" w14:paraId="468706B3" w14:textId="77777777">
            <w:pPr>
              <w:pStyle w:val="Heading2"/>
              <w:ind w:left="720"/>
              <w:rPr>
                <w:rFonts w:ascii="QBE Sans" w:hAnsi="QBE Sans" w:cs="QBE Sans"/>
                <w:lang w:eastAsia="en-GB"/>
              </w:rPr>
            </w:pPr>
          </w:p>
        </w:tc>
      </w:tr>
      <w:tr w:rsidRPr="00412015" w:rsidR="001670E7" w:rsidTr="004807A5" w14:paraId="115210F8" w14:textId="77777777">
        <w:trPr>
          <w:trHeight w:val="760"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AB2C17" w:rsidRDefault="00914A77" w14:paraId="6706F781" w14:textId="7B91D320">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484446370"/>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96490357"/>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474870581"/>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991400369"/>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97655529"/>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113891877"/>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853993293"/>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882673763"/>
                <w:lock w:val="sdtContentLocked"/>
                <w:placeholder>
                  <w:docPart w:val="DefaultPlaceholder_-1854013440"/>
                </w:placeholder>
              </w:sdtPr>
              <w:sdtEndPr/>
              <w:sdtContent>
                <w:r w:rsidRPr="00412015">
                  <w:rPr>
                    <w:rFonts w:ascii="QBE Sans" w:hAnsi="QBE Sans" w:cs="QBE Sans"/>
                    <w:b/>
                    <w:bCs/>
                    <w:sz w:val="20"/>
                    <w:szCs w:val="20"/>
                    <w:lang w:eastAsia="en-GB"/>
                  </w:rPr>
                  <w:t>Poor</w:t>
                </w:r>
              </w:sdtContent>
            </w:sdt>
            <w:r w:rsidRPr="00412015">
              <w:rPr>
                <w:rFonts w:ascii="QBE Sans" w:hAnsi="QBE Sans" w:cs="QBE Sans"/>
                <w:sz w:val="20"/>
                <w:szCs w:val="20"/>
                <w:lang w:eastAsia="en-GB"/>
              </w:rPr>
              <w:t xml:space="preserve"> </w:t>
            </w:r>
            <w:sdt>
              <w:sdtPr>
                <w:rPr>
                  <w:rFonts w:ascii="QBE Sans" w:hAnsi="QBE Sans" w:cs="QBE Sans"/>
                  <w:sz w:val="18"/>
                  <w:szCs w:val="18"/>
                  <w:lang w:eastAsia="en-GB"/>
                </w:rPr>
                <w:id w:val="1081183288"/>
                <w:lock w:val="sdtContentLocked"/>
                <w:placeholder>
                  <w:docPart w:val="DefaultPlaceholder_-1854013440"/>
                </w:placeholder>
              </w:sdtPr>
              <w:sdtEndPr/>
              <w:sdtContent>
                <w:r w:rsidRPr="004807A5" w:rsidR="00AB2C17">
                  <w:rPr>
                    <w:rFonts w:ascii="QBE Sans" w:hAnsi="QBE Sans" w:cs="QBE Sans"/>
                    <w:sz w:val="18"/>
                    <w:szCs w:val="18"/>
                    <w:lang w:val="en-GB" w:eastAsia="en-GB"/>
                  </w:rPr>
                  <w:t xml:space="preserve">If rated Satisfactory or Poor, provide brief comments explaining </w:t>
                </w:r>
                <w:r w:rsidRPr="004807A5" w:rsidR="00AB2C17">
                  <w:rPr>
                    <w:rFonts w:ascii="QBE Sans" w:hAnsi="QBE Sans" w:cs="QBE Sans"/>
                    <w:i/>
                    <w:iCs/>
                    <w:sz w:val="18"/>
                    <w:szCs w:val="18"/>
                    <w:lang w:val="en-GB" w:eastAsia="en-GB"/>
                  </w:rPr>
                  <w:t>why</w:t>
                </w:r>
                <w:r w:rsidRPr="004807A5" w:rsidR="00AB2C17">
                  <w:rPr>
                    <w:rFonts w:ascii="QBE Sans" w:hAnsi="QBE Sans" w:cs="QBE Sans"/>
                    <w:sz w:val="18"/>
                    <w:szCs w:val="18"/>
                    <w:lang w:val="en-GB" w:eastAsia="en-GB"/>
                  </w:rPr>
                  <w:t xml:space="preserve"> the rating was assigned and </w:t>
                </w:r>
                <w:r w:rsidRPr="004807A5" w:rsidR="00AB2C17">
                  <w:rPr>
                    <w:rFonts w:ascii="QBE Sans" w:hAnsi="QBE Sans" w:cs="QBE Sans"/>
                    <w:i/>
                    <w:iCs/>
                    <w:sz w:val="18"/>
                    <w:szCs w:val="18"/>
                    <w:lang w:val="en-GB" w:eastAsia="en-GB"/>
                  </w:rPr>
                  <w:t>how the risk could be improved</w:t>
                </w:r>
                <w:r w:rsidRPr="004807A5" w:rsidR="00AB2C17">
                  <w:rPr>
                    <w:rFonts w:ascii="QBE Sans" w:hAnsi="QBE Sans" w:cs="QBE Sans"/>
                    <w:sz w:val="18"/>
                    <w:szCs w:val="18"/>
                    <w:lang w:val="en-GB" w:eastAsia="en-GB"/>
                  </w:rPr>
                  <w:t>. Reference any related hazards in Section 4 and photo numbers in Section 5.</w:t>
                </w:r>
              </w:sdtContent>
            </w:sdt>
          </w:p>
        </w:tc>
      </w:tr>
      <w:tr w:rsidRPr="00412015" w:rsidR="001670E7" w:rsidTr="006165FA" w14:paraId="021BADEA"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690839729"/>
              <w:lock w:val="sdtLocked"/>
              <w:placeholder>
                <w:docPart w:val="DefaultPlaceholder_-1854013440"/>
              </w:placeholder>
            </w:sdtPr>
            <w:sdtEndPr>
              <w:rPr>
                <w:rFonts w:eastAsia="Times New Roman"/>
              </w:rPr>
            </w:sdtEndPr>
            <w:sdtContent>
              <w:p w:rsidRPr="00412015" w:rsidR="001670E7" w:rsidRDefault="00C702FC" w14:paraId="1C2B901D" w14:textId="21855EA5">
                <w:pPr>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Covers propulsion, essential auxiliaries,</w:t>
                </w:r>
                <w:r w:rsidRPr="00412015" w:rsidR="001F7DCE">
                  <w:rPr>
                    <w:rFonts w:ascii="QBE Sans" w:hAnsi="QBE Sans" w:eastAsia="Times New Roman" w:cs="QBE Sans"/>
                    <w:sz w:val="18"/>
                    <w:szCs w:val="18"/>
                    <w:lang w:eastAsia="en-GB"/>
                  </w:rPr>
                  <w:t xml:space="preserve"> exposed hot surfaces</w:t>
                </w:r>
                <w:r w:rsidRPr="00412015">
                  <w:rPr>
                    <w:rFonts w:ascii="QBE Sans" w:hAnsi="QBE Sans" w:eastAsia="Times New Roman" w:cs="QBE Sans"/>
                    <w:sz w:val="18"/>
                    <w:szCs w:val="18"/>
                    <w:lang w:eastAsia="en-GB"/>
                  </w:rPr>
                  <w:t xml:space="preserve"> machinery housekeeping</w:t>
                </w:r>
                <w:r w:rsidR="00A136B9">
                  <w:rPr>
                    <w:rFonts w:ascii="QBE Sans" w:hAnsi="QBE Sans" w:eastAsia="Times New Roman" w:cs="QBE Sans"/>
                    <w:sz w:val="18"/>
                    <w:szCs w:val="18"/>
                    <w:lang w:eastAsia="en-GB"/>
                  </w:rPr>
                  <w:t>.</w:t>
                </w:r>
              </w:p>
            </w:sdtContent>
          </w:sdt>
          <w:p w:rsidRPr="00412015" w:rsidR="0071344A" w:rsidRDefault="0071344A" w14:paraId="3413FC84" w14:textId="77777777">
            <w:pPr>
              <w:rPr>
                <w:rFonts w:ascii="QBE Sans" w:hAnsi="QBE Sans" w:eastAsia="Times New Roman" w:cs="QBE Sans"/>
                <w:sz w:val="18"/>
                <w:szCs w:val="18"/>
                <w:lang w:eastAsia="en-GB"/>
              </w:rPr>
            </w:pPr>
          </w:p>
          <w:p w:rsidRPr="00412015" w:rsidR="0071344A" w:rsidRDefault="0071344A" w14:paraId="744CF193" w14:textId="77777777">
            <w:pPr>
              <w:rPr>
                <w:rFonts w:ascii="QBE Sans" w:hAnsi="QBE Sans" w:eastAsia="Times New Roman" w:cs="QBE Sans"/>
                <w:sz w:val="18"/>
                <w:szCs w:val="18"/>
                <w:lang w:eastAsia="en-GB"/>
              </w:rPr>
            </w:pPr>
          </w:p>
          <w:p w:rsidRPr="00412015" w:rsidR="0071344A" w:rsidRDefault="0071344A" w14:paraId="14A2EE10" w14:textId="77777777">
            <w:pPr>
              <w:rPr>
                <w:rFonts w:ascii="QBE Sans" w:hAnsi="QBE Sans" w:eastAsia="Times New Roman" w:cs="QBE Sans"/>
                <w:sz w:val="18"/>
                <w:szCs w:val="18"/>
                <w:lang w:eastAsia="en-GB"/>
              </w:rPr>
            </w:pPr>
          </w:p>
          <w:p w:rsidRPr="00412015" w:rsidR="0071344A" w:rsidRDefault="0071344A" w14:paraId="3D73F57A" w14:textId="77777777">
            <w:pPr>
              <w:rPr>
                <w:rFonts w:ascii="QBE Sans" w:hAnsi="QBE Sans" w:eastAsia="Times New Roman" w:cs="QBE Sans"/>
                <w:sz w:val="18"/>
                <w:szCs w:val="18"/>
                <w:lang w:eastAsia="en-GB"/>
              </w:rPr>
            </w:pPr>
          </w:p>
          <w:p w:rsidRPr="00412015" w:rsidR="0071344A" w:rsidRDefault="0071344A" w14:paraId="3B019193" w14:textId="77777777">
            <w:pPr>
              <w:rPr>
                <w:rFonts w:ascii="QBE Sans" w:hAnsi="QBE Sans" w:eastAsia="Times New Roman" w:cs="QBE Sans"/>
                <w:sz w:val="18"/>
                <w:szCs w:val="18"/>
                <w:lang w:eastAsia="en-GB"/>
              </w:rPr>
            </w:pPr>
          </w:p>
          <w:p w:rsidRPr="00412015" w:rsidR="0071344A" w:rsidRDefault="0071344A" w14:paraId="1461AC4C" w14:textId="6D91184F">
            <w:pPr>
              <w:rPr>
                <w:rFonts w:ascii="QBE Sans" w:hAnsi="QBE Sans" w:cs="QBE Sans"/>
                <w:sz w:val="18"/>
                <w:szCs w:val="18"/>
                <w:lang w:eastAsia="en-GB"/>
              </w:rPr>
            </w:pPr>
          </w:p>
        </w:tc>
      </w:tr>
      <w:tr w:rsidRPr="00412015" w:rsidR="001670E7" w14:paraId="4B7A8A9F"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1030026127"/>
              <w:lock w:val="sdtContentLocked"/>
              <w:placeholder>
                <w:docPart w:val="DefaultPlaceholder_-1854013440"/>
              </w:placeholder>
            </w:sdtPr>
            <w:sdtEndPr/>
            <w:sdtContent>
              <w:p w:rsidRPr="00412015" w:rsidR="001670E7" w:rsidRDefault="00914A77" w14:paraId="7AEB965D" w14:textId="52033D27">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CARGOWORTHINESS / TOWAGE / FISHING OPERATIONS </w:t>
                </w:r>
              </w:p>
            </w:sdtContent>
          </w:sdt>
          <w:p w:rsidRPr="00412015" w:rsidR="001670E7" w:rsidRDefault="001670E7" w14:paraId="3AF45C02" w14:textId="77777777">
            <w:pPr>
              <w:pStyle w:val="Heading2"/>
              <w:ind w:left="720"/>
              <w:rPr>
                <w:rFonts w:ascii="QBE Sans" w:hAnsi="QBE Sans" w:cs="QBE Sans"/>
                <w:lang w:eastAsia="en-GB"/>
              </w:rPr>
            </w:pPr>
          </w:p>
        </w:tc>
      </w:tr>
      <w:tr w:rsidRPr="00412015" w:rsidR="001670E7" w:rsidTr="008D46EC" w14:paraId="1D4DD550" w14:textId="77777777">
        <w:trPr>
          <w:trHeight w:val="657" w:hRule="exact"/>
        </w:trPr>
        <w:sdt>
          <w:sdtPr>
            <w:rPr>
              <w:rFonts w:ascii="QBE Sans" w:hAnsi="QBE Sans" w:cs="QBE Sans"/>
              <w:b/>
              <w:bCs/>
              <w:sz w:val="20"/>
              <w:szCs w:val="20"/>
              <w:lang w:eastAsia="en-GB"/>
            </w:rPr>
            <w:id w:val="-464665582"/>
            <w:lock w:val="contentLocked"/>
            <w:placeholder>
              <w:docPart w:val="DefaultPlaceholder_-1854013440"/>
            </w:placeholder>
            <w:group/>
          </w:sdtPr>
          <w:sdtEndPr>
            <w:rPr>
              <w:b w:val="0"/>
              <w:bCs w:val="0"/>
            </w:rPr>
          </w:sdtEndPr>
          <w:sdtContent>
            <w:sdt>
              <w:sdtPr>
                <w:rPr>
                  <w:rFonts w:ascii="QBE Sans" w:hAnsi="QBE Sans" w:cs="QBE Sans"/>
                  <w:b/>
                  <w:bCs/>
                  <w:sz w:val="20"/>
                  <w:szCs w:val="20"/>
                  <w:lang w:eastAsia="en-GB"/>
                </w:rPr>
                <w:id w:val="1788311550"/>
                <w:placeholder>
                  <w:docPart w:val="DefaultPlaceholder_-1854013440"/>
                </w:placeholder>
              </w:sdtPr>
              <w:sdtEndPr>
                <w:rPr>
                  <w:b w:val="0"/>
                  <w:bCs w:val="0"/>
                </w:rPr>
              </w:sdtEndPr>
              <w:sdtContent>
                <w:sdt>
                  <w:sdtPr>
                    <w:rPr>
                      <w:rFonts w:ascii="QBE Sans" w:hAnsi="QBE Sans" w:cs="QBE Sans"/>
                      <w:b/>
                      <w:bCs/>
                      <w:sz w:val="20"/>
                      <w:szCs w:val="20"/>
                      <w:lang w:eastAsia="en-GB"/>
                    </w:rPr>
                    <w:id w:val="1386613253"/>
                    <w:lock w:val="sdtContentLocked"/>
                    <w:placeholder>
                      <w:docPart w:val="DefaultPlaceholder_-1854013440"/>
                    </w:placeholder>
                  </w:sdtPr>
                  <w:sdtEndPr>
                    <w:rPr>
                      <w:b w:val="0"/>
                      <w:bCs w:val="0"/>
                    </w:rPr>
                  </w:sdtEndPr>
                  <w:sdtContent>
                    <w:tc>
                      <w:tcPr>
                        <w:tcW w:w="9893" w:type="dxa"/>
                        <w:tcBorders>
                          <w:top w:val="single" w:color="000000" w:sz="4" w:space="0"/>
                          <w:left w:val="single" w:color="000000" w:sz="4" w:space="0"/>
                          <w:bottom w:val="single" w:color="000000" w:sz="4" w:space="0"/>
                          <w:right w:val="single" w:color="000000" w:sz="4" w:space="0"/>
                        </w:tcBorders>
                      </w:tcPr>
                      <w:p w:rsidRPr="00097FC4" w:rsidR="00AB2C17" w:rsidP="00671F22" w:rsidRDefault="00914A77" w14:paraId="7350459E" w14:textId="3656CB37">
                        <w:pPr>
                          <w:spacing w:line="240" w:lineRule="auto"/>
                          <w:rPr>
                            <w:rFonts w:ascii="QBE Sans" w:hAnsi="QBE Sans" w:cs="QBE Sans"/>
                            <w:sz w:val="18"/>
                            <w:szCs w:val="18"/>
                            <w:lang w:val="en-GB"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2135082565"/>
                            <w:lock w:val="sdtLocked"/>
                            <w:placeholder>
                              <w:docPart w:val="DefaultPlaceholder_-1854013440"/>
                            </w:placeholder>
                          </w:sdtPr>
                          <w:sdtEndPr/>
                          <w:sdtContent>
                            <w:sdt>
                              <w:sdtPr>
                                <w:rPr>
                                  <w:rFonts w:ascii="QBE Sans" w:hAnsi="QBE Sans" w:cs="QBE Sans"/>
                                  <w:b/>
                                  <w:bCs/>
                                  <w:sz w:val="20"/>
                                  <w:szCs w:val="20"/>
                                  <w:lang w:eastAsia="en-GB"/>
                                </w:rPr>
                                <w:id w:val="-818109875"/>
                                <w14:checkbox>
                                  <w14:checked w14:val="0"/>
                                  <w14:checkedState w14:val="2612" w14:font="MS Gothic"/>
                                  <w14:uncheckedState w14:val="2610" w14:font="MS Gothic"/>
                                </w14:checkbox>
                              </w:sdtPr>
                              <w:sdtEndPr/>
                              <w:sdtContent>
                                <w:r w:rsidR="00F451C3">
                                  <w:rPr>
                                    <w:rFonts w:hint="eastAsia" w:ascii="MS Gothic" w:hAnsi="MS Gothic" w:eastAsia="MS Gothic" w:cs="QBE Sans"/>
                                    <w:b/>
                                    <w:bCs/>
                                    <w:sz w:val="20"/>
                                    <w:szCs w:val="20"/>
                                    <w:lang w:eastAsia="en-GB"/>
                                  </w:rPr>
                                  <w:t>☐</w:t>
                                </w:r>
                              </w:sdtContent>
                            </w:sdt>
                          </w:sdtContent>
                        </w:sdt>
                        <w:r w:rsidRPr="00412015">
                          <w:rPr>
                            <w:rFonts w:ascii="QBE Sans" w:hAnsi="QBE Sans" w:cs="QBE Sans"/>
                            <w:b/>
                            <w:bCs/>
                            <w:sz w:val="20"/>
                            <w:szCs w:val="20"/>
                            <w:lang w:eastAsia="en-GB"/>
                          </w:rPr>
                          <w:t xml:space="preserve"> Excellent </w:t>
                        </w:r>
                        <w:sdt>
                          <w:sdtPr>
                            <w:rPr>
                              <w:rFonts w:ascii="QBE Sans" w:hAnsi="QBE Sans" w:cs="QBE Sans"/>
                              <w:b/>
                              <w:bCs/>
                              <w:sz w:val="20"/>
                              <w:szCs w:val="20"/>
                              <w:lang w:eastAsia="en-GB"/>
                            </w:rPr>
                            <w:id w:val="-1351720351"/>
                            <w:lock w:val="sdtLocked"/>
                            <w14:checkbox>
                              <w14:checked w14:val="0"/>
                              <w14:checkedState w14:val="2612" w14:font="MS Gothic"/>
                              <w14:uncheckedState w14:val="2610" w14:font="MS Gothic"/>
                            </w14:checkbox>
                          </w:sdtPr>
                          <w:sdtEndPr/>
                          <w:sdtContent>
                            <w:r w:rsidR="00F451C3">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Good </w:t>
                        </w:r>
                        <w:sdt>
                          <w:sdtPr>
                            <w:rPr>
                              <w:rFonts w:ascii="QBE Sans" w:hAnsi="QBE Sans" w:cs="QBE Sans"/>
                              <w:b/>
                              <w:bCs/>
                              <w:sz w:val="20"/>
                              <w:szCs w:val="20"/>
                              <w:lang w:eastAsia="en-GB"/>
                            </w:rPr>
                            <w:id w:val="257413744"/>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Satisfactory </w:t>
                        </w:r>
                        <w:sdt>
                          <w:sdtPr>
                            <w:rPr>
                              <w:rFonts w:ascii="QBE Sans" w:hAnsi="QBE Sans" w:cs="QBE Sans"/>
                              <w:b/>
                              <w:bCs/>
                              <w:sz w:val="20"/>
                              <w:szCs w:val="20"/>
                              <w:lang w:eastAsia="en-GB"/>
                            </w:rPr>
                            <w:id w:val="1456908078"/>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r w:rsidRPr="00097FC4">
                          <w:rPr>
                            <w:rFonts w:ascii="QBE Sans" w:hAnsi="QBE Sans" w:cs="QBE Sans"/>
                            <w:b/>
                            <w:bCs/>
                            <w:sz w:val="18"/>
                            <w:szCs w:val="18"/>
                            <w:lang w:eastAsia="en-GB"/>
                          </w:rPr>
                          <w:t>Poor</w:t>
                        </w:r>
                        <w:r w:rsidRPr="00097FC4" w:rsidR="00AB2C17">
                          <w:rPr>
                            <w:rFonts w:ascii="QBE Sans" w:hAnsi="QBE Sans" w:cs="QBE Sans"/>
                            <w:sz w:val="18"/>
                            <w:szCs w:val="18"/>
                            <w:lang w:val="en-GB" w:eastAsia="en-GB"/>
                          </w:rPr>
                          <w:t xml:space="preserve">If rated Satisfactory or Poor, provide brief comments explaining </w:t>
                        </w:r>
                        <w:r w:rsidRPr="00097FC4" w:rsidR="00AB2C17">
                          <w:rPr>
                            <w:rFonts w:ascii="QBE Sans" w:hAnsi="QBE Sans" w:cs="QBE Sans"/>
                            <w:i/>
                            <w:iCs/>
                            <w:sz w:val="18"/>
                            <w:szCs w:val="18"/>
                            <w:lang w:val="en-GB" w:eastAsia="en-GB"/>
                          </w:rPr>
                          <w:t>why</w:t>
                        </w:r>
                        <w:r w:rsidRPr="00097FC4" w:rsidR="00AB2C17">
                          <w:rPr>
                            <w:rFonts w:ascii="QBE Sans" w:hAnsi="QBE Sans" w:cs="QBE Sans"/>
                            <w:sz w:val="18"/>
                            <w:szCs w:val="18"/>
                            <w:lang w:val="en-GB" w:eastAsia="en-GB"/>
                          </w:rPr>
                          <w:t xml:space="preserve"> the rating was assigned and </w:t>
                        </w:r>
                        <w:r w:rsidRPr="00097FC4" w:rsidR="00AB2C17">
                          <w:rPr>
                            <w:rFonts w:ascii="QBE Sans" w:hAnsi="QBE Sans" w:cs="QBE Sans"/>
                            <w:i/>
                            <w:iCs/>
                            <w:sz w:val="18"/>
                            <w:szCs w:val="18"/>
                            <w:lang w:val="en-GB" w:eastAsia="en-GB"/>
                          </w:rPr>
                          <w:t>how the risk could be improved</w:t>
                        </w:r>
                        <w:r w:rsidRPr="00097FC4" w:rsidR="00AB2C17">
                          <w:rPr>
                            <w:rFonts w:ascii="QBE Sans" w:hAnsi="QBE Sans" w:cs="QBE Sans"/>
                            <w:sz w:val="18"/>
                            <w:szCs w:val="18"/>
                            <w:lang w:val="en-GB" w:eastAsia="en-GB"/>
                          </w:rPr>
                          <w:t xml:space="preserve">. Reference any related hazards in </w:t>
                        </w:r>
                        <w:r w:rsidRPr="00097FC4" w:rsidR="00C00E60">
                          <w:rPr>
                            <w:rFonts w:ascii="QBE Sans" w:hAnsi="QBE Sans" w:cs="QBE Sans"/>
                            <w:sz w:val="18"/>
                            <w:szCs w:val="18"/>
                            <w:lang w:val="en-GB" w:eastAsia="en-GB"/>
                          </w:rPr>
                          <w:t>sec</w:t>
                        </w:r>
                        <w:r w:rsidRPr="00097FC4" w:rsidR="00AB2C17">
                          <w:rPr>
                            <w:rFonts w:ascii="QBE Sans" w:hAnsi="QBE Sans" w:cs="QBE Sans"/>
                            <w:sz w:val="18"/>
                            <w:szCs w:val="18"/>
                            <w:lang w:val="en-GB" w:eastAsia="en-GB"/>
                          </w:rPr>
                          <w:t>tion 4 and photo numbers in Section 5.</w:t>
                        </w:r>
                      </w:p>
                      <w:p w:rsidRPr="00412015" w:rsidR="001670E7" w:rsidP="00AB2C17" w:rsidRDefault="00914A77" w14:paraId="3724E40F" w14:textId="698BC45E">
                        <w:pPr>
                          <w:spacing w:line="240" w:lineRule="auto"/>
                          <w:rPr>
                            <w:rFonts w:ascii="QBE Sans" w:hAnsi="QBE Sans" w:cs="QBE Sans"/>
                            <w:sz w:val="20"/>
                            <w:szCs w:val="20"/>
                            <w:lang w:eastAsia="en-GB"/>
                          </w:rPr>
                        </w:pPr>
                        <w:r w:rsidRPr="00412015">
                          <w:rPr>
                            <w:rFonts w:ascii="QBE Sans" w:hAnsi="QBE Sans" w:cs="QBE Sans"/>
                            <w:sz w:val="20"/>
                            <w:szCs w:val="20"/>
                            <w:lang w:eastAsia="en-GB"/>
                          </w:rPr>
                          <w:t>:</w:t>
                        </w:r>
                      </w:p>
                    </w:tc>
                  </w:sdtContent>
                </w:sdt>
              </w:sdtContent>
            </w:sdt>
          </w:sdtContent>
        </w:sdt>
      </w:tr>
      <w:tr w:rsidRPr="00412015" w:rsidR="001670E7" w:rsidTr="006165FA" w14:paraId="046520F8"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p w:rsidRPr="00412015" w:rsidR="0071344A" w:rsidRDefault="00EE66A8" w14:paraId="6747C627" w14:textId="3F7B01E6">
            <w:pPr>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 xml:space="preserve">Covers suitability of cargo/tow/fishing arrangements, securing and stability in operation, </w:t>
            </w:r>
            <w:sdt>
              <w:sdtPr>
                <w:rPr>
                  <w:rFonts w:ascii="QBE Sans" w:hAnsi="QBE Sans" w:eastAsia="Times New Roman" w:cs="QBE Sans"/>
                  <w:sz w:val="18"/>
                  <w:szCs w:val="18"/>
                  <w:lang w:eastAsia="en-GB"/>
                </w:rPr>
                <w:id w:val="23832097"/>
                <w:lock w:val="sdtContentLocked"/>
                <w:placeholder>
                  <w:docPart w:val="DefaultPlaceholder_-1854013440"/>
                </w:placeholder>
              </w:sdtPr>
              <w:sdtEndPr/>
              <w:sdtContent>
                <w:r w:rsidRPr="00412015">
                  <w:rPr>
                    <w:rFonts w:ascii="QBE Sans" w:hAnsi="QBE Sans" w:eastAsia="Times New Roman" w:cs="QBE Sans"/>
                    <w:sz w:val="18"/>
                    <w:szCs w:val="18"/>
                    <w:lang w:eastAsia="en-GB"/>
                  </w:rPr>
                  <w:t>and handling practices for the intended trade.</w:t>
                </w:r>
              </w:sdtContent>
            </w:sdt>
          </w:p>
          <w:p w:rsidRPr="00412015" w:rsidR="0071344A" w:rsidRDefault="0071344A" w14:paraId="06A0F4D5" w14:textId="77777777">
            <w:pPr>
              <w:rPr>
                <w:rFonts w:ascii="QBE Sans" w:hAnsi="QBE Sans" w:eastAsia="Times New Roman" w:cs="QBE Sans"/>
                <w:sz w:val="18"/>
                <w:szCs w:val="18"/>
                <w:lang w:eastAsia="en-GB"/>
              </w:rPr>
            </w:pPr>
          </w:p>
          <w:p w:rsidRPr="00412015" w:rsidR="0071344A" w:rsidRDefault="0071344A" w14:paraId="2E941AA5" w14:textId="77777777">
            <w:pPr>
              <w:rPr>
                <w:rFonts w:ascii="QBE Sans" w:hAnsi="QBE Sans" w:eastAsia="Times New Roman" w:cs="QBE Sans"/>
                <w:sz w:val="18"/>
                <w:szCs w:val="18"/>
                <w:lang w:eastAsia="en-GB"/>
              </w:rPr>
            </w:pPr>
          </w:p>
          <w:p w:rsidRPr="00412015" w:rsidR="0071344A" w:rsidRDefault="0071344A" w14:paraId="5A31E5EE" w14:textId="77777777">
            <w:pPr>
              <w:rPr>
                <w:rFonts w:ascii="QBE Sans" w:hAnsi="QBE Sans" w:eastAsia="Times New Roman" w:cs="QBE Sans"/>
                <w:sz w:val="18"/>
                <w:szCs w:val="18"/>
                <w:lang w:eastAsia="en-GB"/>
              </w:rPr>
            </w:pPr>
          </w:p>
          <w:p w:rsidRPr="00412015" w:rsidR="0071344A" w:rsidRDefault="0071344A" w14:paraId="4DFD2AF0" w14:textId="5307EB86">
            <w:pPr>
              <w:rPr>
                <w:rFonts w:ascii="QBE Sans" w:hAnsi="QBE Sans" w:cs="QBE Sans"/>
                <w:sz w:val="18"/>
                <w:szCs w:val="18"/>
                <w:lang w:eastAsia="en-GB"/>
              </w:rPr>
            </w:pPr>
          </w:p>
        </w:tc>
      </w:tr>
      <w:tr w:rsidRPr="00412015" w:rsidR="001670E7" w14:paraId="5C9E9808"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1548212082"/>
              <w:lock w:val="sdtContentLocked"/>
              <w:placeholder>
                <w:docPart w:val="DefaultPlaceholder_-1854013440"/>
              </w:placeholder>
            </w:sdtPr>
            <w:sdtEndPr/>
            <w:sdtContent>
              <w:p w:rsidRPr="00412015" w:rsidR="001670E7" w:rsidRDefault="00914A77" w14:paraId="36AE6D29" w14:textId="17667D2B">
                <w:pPr>
                  <w:pStyle w:val="Heading2"/>
                  <w:numPr>
                    <w:ilvl w:val="0"/>
                    <w:numId w:val="7"/>
                  </w:numPr>
                  <w:ind w:left="1197"/>
                  <w:rPr>
                    <w:rFonts w:ascii="QBE Sans" w:hAnsi="QBE Sans" w:cs="QBE Sans"/>
                    <w:lang w:eastAsia="en-GB"/>
                  </w:rPr>
                </w:pPr>
                <w:r w:rsidRPr="00412015">
                  <w:rPr>
                    <w:rFonts w:ascii="QBE Sans" w:hAnsi="QBE Sans" w:cs="QBE Sans"/>
                    <w:lang w:eastAsia="en-GB"/>
                  </w:rPr>
                  <w:t>POLLUTION PREVENTION</w:t>
                </w:r>
              </w:p>
            </w:sdtContent>
          </w:sdt>
        </w:tc>
      </w:tr>
      <w:tr w:rsidRPr="00412015" w:rsidR="001670E7" w:rsidTr="008D46EC" w14:paraId="3EBD230C" w14:textId="77777777">
        <w:trPr>
          <w:trHeight w:val="767"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8D46EC" w:rsidRDefault="00914A77" w14:paraId="4B3B5873" w14:textId="60A86692">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295676083"/>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858342530"/>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26581684"/>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121417919"/>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676958121"/>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905687057"/>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89269774"/>
                <w:lock w:val="sdtLocked"/>
                <w14:checkbox>
                  <w14:checked w14:val="0"/>
                  <w14:checkedState w14:val="2612" w14:font="MS Gothic"/>
                  <w14:uncheckedState w14:val="2610" w14:font="MS Gothic"/>
                </w14:checkbox>
              </w:sdtPr>
              <w:sdtEndPr/>
              <w:sdtContent>
                <w:r w:rsidR="00A05AAE">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430519275"/>
                <w:lock w:val="sdtContentLocked"/>
                <w:placeholder>
                  <w:docPart w:val="DefaultPlaceholder_-1854013440"/>
                </w:placeholder>
              </w:sdtPr>
              <w:sdtEndPr/>
              <w:sdtContent>
                <w:r w:rsidRPr="00412015">
                  <w:rPr>
                    <w:rFonts w:ascii="QBE Sans" w:hAnsi="QBE Sans" w:cs="QBE Sans"/>
                    <w:b/>
                    <w:bCs/>
                    <w:sz w:val="20"/>
                    <w:szCs w:val="20"/>
                    <w:lang w:eastAsia="en-GB"/>
                  </w:rPr>
                  <w:t>Poor</w:t>
                </w:r>
              </w:sdtContent>
            </w:sdt>
            <w:r w:rsidRPr="00412015">
              <w:rPr>
                <w:rFonts w:ascii="QBE Sans" w:hAnsi="QBE Sans" w:cs="QBE Sans"/>
                <w:sz w:val="20"/>
                <w:szCs w:val="20"/>
                <w:lang w:eastAsia="en-GB"/>
              </w:rPr>
              <w:t xml:space="preserve"> </w:t>
            </w:r>
            <w:sdt>
              <w:sdtPr>
                <w:rPr>
                  <w:rFonts w:ascii="QBE Sans" w:hAnsi="QBE Sans" w:cs="QBE Sans"/>
                  <w:sz w:val="20"/>
                  <w:szCs w:val="20"/>
                  <w:lang w:eastAsia="en-GB"/>
                </w:rPr>
                <w:id w:val="516820198"/>
                <w:lock w:val="sdtContentLocked"/>
                <w:placeholder>
                  <w:docPart w:val="DefaultPlaceholder_-1854013440"/>
                </w:placeholder>
              </w:sdtPr>
              <w:sdtEndPr/>
              <w:sdtContent>
                <w:r w:rsidRPr="00F72253" w:rsidR="00804F62">
                  <w:rPr>
                    <w:rFonts w:ascii="QBE Sans" w:hAnsi="QBE Sans" w:cs="QBE Sans"/>
                    <w:sz w:val="20"/>
                    <w:szCs w:val="20"/>
                    <w:lang w:val="en-GB" w:eastAsia="en-GB"/>
                  </w:rPr>
                  <w:t xml:space="preserve">If rated Satisfactory or Poor, provide brief comments explaining </w:t>
                </w:r>
                <w:r w:rsidRPr="00F72253" w:rsidR="00804F62">
                  <w:rPr>
                    <w:rFonts w:ascii="QBE Sans" w:hAnsi="QBE Sans" w:cs="QBE Sans"/>
                    <w:i/>
                    <w:iCs/>
                    <w:sz w:val="20"/>
                    <w:szCs w:val="20"/>
                    <w:lang w:val="en-GB" w:eastAsia="en-GB"/>
                  </w:rPr>
                  <w:t>why</w:t>
                </w:r>
                <w:r w:rsidRPr="00F72253" w:rsidR="00804F62">
                  <w:rPr>
                    <w:rFonts w:ascii="QBE Sans" w:hAnsi="QBE Sans" w:cs="QBE Sans"/>
                    <w:sz w:val="20"/>
                    <w:szCs w:val="20"/>
                    <w:lang w:val="en-GB" w:eastAsia="en-GB"/>
                  </w:rPr>
                  <w:t xml:space="preserve"> the rating was assigned and </w:t>
                </w:r>
                <w:r w:rsidRPr="00F72253" w:rsidR="00804F62">
                  <w:rPr>
                    <w:rFonts w:ascii="QBE Sans" w:hAnsi="QBE Sans" w:cs="QBE Sans"/>
                    <w:i/>
                    <w:iCs/>
                    <w:sz w:val="20"/>
                    <w:szCs w:val="20"/>
                    <w:lang w:val="en-GB" w:eastAsia="en-GB"/>
                  </w:rPr>
                  <w:t>how the risk could be improved</w:t>
                </w:r>
                <w:r w:rsidRPr="00F72253" w:rsidR="00804F62">
                  <w:rPr>
                    <w:rFonts w:ascii="QBE Sans" w:hAnsi="QBE Sans" w:cs="QBE Sans"/>
                    <w:sz w:val="20"/>
                    <w:szCs w:val="20"/>
                    <w:lang w:val="en-GB" w:eastAsia="en-GB"/>
                  </w:rPr>
                  <w:t>. Reference any related hazards in Section 4 and photo numbers in Section 5.</w:t>
                </w:r>
              </w:sdtContent>
            </w:sdt>
          </w:p>
        </w:tc>
      </w:tr>
      <w:tr w:rsidRPr="00412015" w:rsidR="001670E7" w:rsidTr="006165FA" w14:paraId="1CDE30A9"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634147705"/>
              <w:lock w:val="sdtContentLocked"/>
              <w:placeholder>
                <w:docPart w:val="DefaultPlaceholder_-1854013440"/>
              </w:placeholder>
            </w:sdtPr>
            <w:sdtEndPr>
              <w:rPr>
                <w:rFonts w:eastAsia="Times New Roman"/>
              </w:rPr>
            </w:sdtEndPr>
            <w:sdtContent>
              <w:p w:rsidRPr="00412015" w:rsidR="001670E7" w:rsidRDefault="00EE66A8" w14:paraId="15F35243" w14:textId="66DEF83E">
                <w:pPr>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 xml:space="preserve">Covers bilge systems, bunker handling, OWS/SOPEP arrangements, garbage, cargo residues, </w:t>
                </w:r>
                <w:r w:rsidRPr="00412015" w:rsidR="005B3660">
                  <w:rPr>
                    <w:rFonts w:ascii="QBE Sans" w:hAnsi="QBE Sans" w:eastAsia="Times New Roman" w:cs="QBE Sans"/>
                    <w:sz w:val="18"/>
                    <w:szCs w:val="18"/>
                    <w:lang w:eastAsia="en-GB"/>
                  </w:rPr>
                  <w:t xml:space="preserve">Sewage treatment, </w:t>
                </w:r>
                <w:r w:rsidRPr="00412015">
                  <w:rPr>
                    <w:rFonts w:ascii="QBE Sans" w:hAnsi="QBE Sans" w:eastAsia="Times New Roman" w:cs="QBE Sans"/>
                    <w:sz w:val="18"/>
                    <w:szCs w:val="18"/>
                    <w:lang w:eastAsia="en-GB"/>
                  </w:rPr>
                  <w:t>where applicable</w:t>
                </w:r>
                <w:r w:rsidRPr="00412015" w:rsidR="005B3660">
                  <w:rPr>
                    <w:rFonts w:ascii="QBE Sans" w:hAnsi="QBE Sans" w:eastAsia="Times New Roman" w:cs="QBE Sans"/>
                    <w:sz w:val="18"/>
                    <w:szCs w:val="18"/>
                    <w:lang w:eastAsia="en-GB"/>
                  </w:rPr>
                  <w:t>.</w:t>
                </w:r>
              </w:p>
            </w:sdtContent>
          </w:sdt>
          <w:p w:rsidRPr="00412015" w:rsidR="0071344A" w:rsidRDefault="0071344A" w14:paraId="5ED31CF4" w14:textId="77777777">
            <w:pPr>
              <w:rPr>
                <w:rFonts w:ascii="QBE Sans" w:hAnsi="QBE Sans" w:eastAsia="Times New Roman" w:cs="QBE Sans"/>
                <w:sz w:val="18"/>
                <w:szCs w:val="18"/>
                <w:lang w:eastAsia="en-GB"/>
              </w:rPr>
            </w:pPr>
          </w:p>
          <w:p w:rsidRPr="00412015" w:rsidR="0071344A" w:rsidRDefault="0071344A" w14:paraId="04BA642E" w14:textId="77777777">
            <w:pPr>
              <w:rPr>
                <w:rFonts w:ascii="QBE Sans" w:hAnsi="QBE Sans" w:eastAsia="Times New Roman" w:cs="QBE Sans"/>
                <w:sz w:val="18"/>
                <w:szCs w:val="18"/>
                <w:lang w:eastAsia="en-GB"/>
              </w:rPr>
            </w:pPr>
          </w:p>
          <w:p w:rsidRPr="00412015" w:rsidR="0071344A" w:rsidRDefault="0071344A" w14:paraId="46E92AE1" w14:textId="77777777">
            <w:pPr>
              <w:rPr>
                <w:rFonts w:ascii="QBE Sans" w:hAnsi="QBE Sans" w:eastAsia="Times New Roman" w:cs="QBE Sans"/>
                <w:sz w:val="18"/>
                <w:szCs w:val="18"/>
                <w:lang w:eastAsia="en-GB"/>
              </w:rPr>
            </w:pPr>
          </w:p>
          <w:p w:rsidRPr="00412015" w:rsidR="0071344A" w:rsidRDefault="0071344A" w14:paraId="0A4EB5F6" w14:textId="77777777">
            <w:pPr>
              <w:rPr>
                <w:rFonts w:ascii="QBE Sans" w:hAnsi="QBE Sans" w:eastAsia="Times New Roman" w:cs="QBE Sans"/>
                <w:sz w:val="18"/>
                <w:szCs w:val="18"/>
                <w:lang w:eastAsia="en-GB"/>
              </w:rPr>
            </w:pPr>
          </w:p>
          <w:p w:rsidRPr="00412015" w:rsidR="0071344A" w:rsidRDefault="0071344A" w14:paraId="154F24E7" w14:textId="77777777">
            <w:pPr>
              <w:rPr>
                <w:rFonts w:ascii="QBE Sans" w:hAnsi="QBE Sans" w:eastAsia="Times New Roman" w:cs="QBE Sans"/>
                <w:sz w:val="18"/>
                <w:szCs w:val="18"/>
                <w:lang w:eastAsia="en-GB"/>
              </w:rPr>
            </w:pPr>
          </w:p>
          <w:p w:rsidRPr="00412015" w:rsidR="0071344A" w:rsidRDefault="0071344A" w14:paraId="78F65314" w14:textId="690E9CF6">
            <w:pPr>
              <w:rPr>
                <w:rFonts w:ascii="QBE Sans" w:hAnsi="QBE Sans" w:cs="QBE Sans"/>
                <w:sz w:val="18"/>
                <w:szCs w:val="18"/>
                <w:lang w:eastAsia="en-GB"/>
              </w:rPr>
            </w:pPr>
          </w:p>
        </w:tc>
      </w:tr>
      <w:tr w:rsidRPr="00412015" w:rsidR="001670E7" w14:paraId="55CA14BE"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lang w:eastAsia="en-GB"/>
              </w:rPr>
              <w:id w:val="817071701"/>
              <w:lock w:val="sdtContentLocked"/>
              <w:placeholder>
                <w:docPart w:val="DefaultPlaceholder_-1854013440"/>
              </w:placeholder>
            </w:sdtPr>
            <w:sdtEndPr/>
            <w:sdtContent>
              <w:p w:rsidRPr="00412015" w:rsidR="001670E7" w:rsidRDefault="00914A77" w14:paraId="784AC168" w14:textId="771C6B9F">
                <w:pPr>
                  <w:pStyle w:val="Heading2"/>
                  <w:numPr>
                    <w:ilvl w:val="0"/>
                    <w:numId w:val="7"/>
                  </w:numPr>
                  <w:ind w:left="1197"/>
                  <w:rPr>
                    <w:rFonts w:ascii="QBE Sans" w:hAnsi="QBE Sans" w:cs="QBE Sans"/>
                    <w:lang w:eastAsia="en-GB"/>
                  </w:rPr>
                </w:pPr>
                <w:r w:rsidRPr="00412015">
                  <w:rPr>
                    <w:rFonts w:ascii="QBE Sans" w:hAnsi="QBE Sans" w:cs="QBE Sans"/>
                    <w:lang w:eastAsia="en-GB"/>
                  </w:rPr>
                  <w:t xml:space="preserve">PERSONAL SAFETY (CREW / PASSENGERS) </w:t>
                </w:r>
              </w:p>
            </w:sdtContent>
          </w:sdt>
          <w:p w:rsidRPr="00412015" w:rsidR="001670E7" w:rsidRDefault="001670E7" w14:paraId="66EAB90D" w14:textId="77777777">
            <w:pPr>
              <w:pStyle w:val="Heading2"/>
              <w:ind w:left="720"/>
              <w:rPr>
                <w:rFonts w:ascii="QBE Sans" w:hAnsi="QBE Sans" w:cs="QBE Sans"/>
                <w:lang w:eastAsia="en-GB"/>
              </w:rPr>
            </w:pPr>
          </w:p>
        </w:tc>
      </w:tr>
      <w:tr w:rsidRPr="00412015" w:rsidR="001670E7" w:rsidTr="000C3A52" w14:paraId="1570FAF3" w14:textId="77777777">
        <w:trPr>
          <w:trHeight w:val="793"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0C3A52" w:rsidRDefault="00914A77" w14:paraId="448AA1E1" w14:textId="7A50052E">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1673837694"/>
                <w:lock w:val="sdtLocked"/>
                <w14:checkbox>
                  <w14:checked w14:val="0"/>
                  <w14:checkedState w14:val="2612" w14:font="MS Gothic"/>
                  <w14:uncheckedState w14:val="2610" w14:font="MS Gothic"/>
                </w14:checkbox>
              </w:sdtPr>
              <w:sdtEndPr/>
              <w:sdtContent>
                <w:r w:rsidR="00F451C3">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98063990"/>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sdt>
              <w:sdtPr>
                <w:rPr>
                  <w:rFonts w:ascii="QBE Sans" w:hAnsi="QBE Sans" w:cs="QBE Sans"/>
                  <w:b/>
                  <w:bCs/>
                  <w:sz w:val="20"/>
                  <w:szCs w:val="20"/>
                  <w:lang w:eastAsia="en-GB"/>
                </w:rPr>
                <w:id w:val="-847483631"/>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32544488"/>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473213154"/>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634090851"/>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55254129"/>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587743821"/>
                <w:placeholder>
                  <w:docPart w:val="DefaultPlaceholder_-1854013440"/>
                </w:placeholder>
              </w:sdtPr>
              <w:sdtEndPr/>
              <w:sdtContent>
                <w:r w:rsidRPr="00412015">
                  <w:rPr>
                    <w:rFonts w:ascii="QBE Sans" w:hAnsi="QBE Sans" w:cs="QBE Sans"/>
                    <w:b/>
                    <w:bCs/>
                    <w:sz w:val="20"/>
                    <w:szCs w:val="20"/>
                    <w:lang w:eastAsia="en-GB"/>
                  </w:rPr>
                  <w:t>Poor</w:t>
                </w:r>
              </w:sdtContent>
            </w:sdt>
            <w:r w:rsidRPr="00412015">
              <w:rPr>
                <w:rFonts w:ascii="QBE Sans" w:hAnsi="QBE Sans" w:cs="QBE Sans"/>
                <w:sz w:val="20"/>
                <w:szCs w:val="20"/>
                <w:lang w:eastAsia="en-GB"/>
              </w:rPr>
              <w:t xml:space="preserve"> </w:t>
            </w:r>
            <w:sdt>
              <w:sdtPr>
                <w:rPr>
                  <w:rFonts w:ascii="QBE Sans" w:hAnsi="QBE Sans" w:cs="QBE Sans"/>
                  <w:sz w:val="20"/>
                  <w:szCs w:val="20"/>
                  <w:lang w:eastAsia="en-GB"/>
                </w:rPr>
                <w:id w:val="805430482"/>
                <w:lock w:val="sdtContentLocked"/>
                <w:placeholder>
                  <w:docPart w:val="DefaultPlaceholder_-1854013440"/>
                </w:placeholder>
              </w:sdtPr>
              <w:sdtEndPr/>
              <w:sdtContent>
                <w:sdt>
                  <w:sdtPr>
                    <w:rPr>
                      <w:rFonts w:ascii="QBE Sans" w:hAnsi="QBE Sans" w:cs="QBE Sans"/>
                      <w:sz w:val="20"/>
                      <w:szCs w:val="20"/>
                      <w:lang w:eastAsia="en-GB"/>
                    </w:rPr>
                    <w:id w:val="1258789060"/>
                    <w:lock w:val="sdtContentLocked"/>
                    <w:placeholder>
                      <w:docPart w:val="F28605F02BD742D49452A7882636AD29"/>
                    </w:placeholder>
                  </w:sdtPr>
                  <w:sdtEndPr/>
                  <w:sdtContent>
                    <w:r w:rsidRPr="008D46EC" w:rsidR="000C3A52">
                      <w:rPr>
                        <w:rFonts w:ascii="QBE Sans" w:hAnsi="QBE Sans" w:cs="QBE Sans"/>
                        <w:sz w:val="18"/>
                        <w:szCs w:val="18"/>
                        <w:lang w:val="en-GB" w:eastAsia="en-GB"/>
                      </w:rPr>
                      <w:t xml:space="preserve">If rated Satisfactory or Poor, provide brief comments explaining </w:t>
                    </w:r>
                    <w:r w:rsidRPr="008D46EC" w:rsidR="000C3A52">
                      <w:rPr>
                        <w:rFonts w:ascii="QBE Sans" w:hAnsi="QBE Sans" w:cs="QBE Sans"/>
                        <w:i/>
                        <w:iCs/>
                        <w:sz w:val="18"/>
                        <w:szCs w:val="18"/>
                        <w:lang w:val="en-GB" w:eastAsia="en-GB"/>
                      </w:rPr>
                      <w:t>why</w:t>
                    </w:r>
                    <w:r w:rsidRPr="008D46EC" w:rsidR="000C3A52">
                      <w:rPr>
                        <w:rFonts w:ascii="QBE Sans" w:hAnsi="QBE Sans" w:cs="QBE Sans"/>
                        <w:sz w:val="18"/>
                        <w:szCs w:val="18"/>
                        <w:lang w:val="en-GB" w:eastAsia="en-GB"/>
                      </w:rPr>
                      <w:t xml:space="preserve"> the rating was assigned and </w:t>
                    </w:r>
                    <w:r w:rsidRPr="008D46EC" w:rsidR="000C3A52">
                      <w:rPr>
                        <w:rFonts w:ascii="QBE Sans" w:hAnsi="QBE Sans" w:cs="QBE Sans"/>
                        <w:i/>
                        <w:iCs/>
                        <w:sz w:val="18"/>
                        <w:szCs w:val="18"/>
                        <w:lang w:val="en-GB" w:eastAsia="en-GB"/>
                      </w:rPr>
                      <w:t>how the risk could be improved</w:t>
                    </w:r>
                    <w:r w:rsidRPr="008D46EC" w:rsidR="000C3A52">
                      <w:rPr>
                        <w:rFonts w:ascii="QBE Sans" w:hAnsi="QBE Sans" w:cs="QBE Sans"/>
                        <w:sz w:val="18"/>
                        <w:szCs w:val="18"/>
                        <w:lang w:val="en-GB" w:eastAsia="en-GB"/>
                      </w:rPr>
                      <w:t>. Reference any related hazards in Section 4 and photo numbers in Section 5.</w:t>
                    </w:r>
                  </w:sdtContent>
                </w:sdt>
              </w:sdtContent>
            </w:sdt>
          </w:p>
        </w:tc>
      </w:tr>
      <w:tr w:rsidRPr="00412015" w:rsidR="001670E7" w:rsidTr="006165FA" w14:paraId="0BB7E3BA"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2027833645"/>
              <w:lock w:val="sdtContentLocked"/>
              <w:placeholder>
                <w:docPart w:val="DefaultPlaceholder_-1854013440"/>
              </w:placeholder>
            </w:sdtPr>
            <w:sdtEndPr>
              <w:rPr>
                <w:rFonts w:eastAsia="Times New Roman"/>
              </w:rPr>
            </w:sdtEndPr>
            <w:sdtContent>
              <w:p w:rsidRPr="00412015" w:rsidR="001670E7" w:rsidP="008D46EC" w:rsidRDefault="00D26638" w14:paraId="0887C8A8" w14:textId="382D49A9">
                <w:pPr>
                  <w:spacing w:line="240" w:lineRule="auto"/>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Covers PPE, access, slips/trips/falls, enclosed space entry, working at height, man-overboard exposure, and passenger safety where applicable</w:t>
                </w:r>
              </w:p>
            </w:sdtContent>
          </w:sdt>
          <w:p w:rsidRPr="00412015" w:rsidR="0071344A" w:rsidRDefault="0071344A" w14:paraId="4135AB96" w14:textId="77777777">
            <w:pPr>
              <w:rPr>
                <w:rFonts w:ascii="QBE Sans" w:hAnsi="QBE Sans" w:eastAsia="Times New Roman" w:cs="QBE Sans"/>
                <w:sz w:val="18"/>
                <w:szCs w:val="18"/>
                <w:lang w:eastAsia="en-GB"/>
              </w:rPr>
            </w:pPr>
          </w:p>
          <w:p w:rsidRPr="00412015" w:rsidR="0071344A" w:rsidRDefault="0071344A" w14:paraId="1E3F04BE" w14:textId="77777777">
            <w:pPr>
              <w:rPr>
                <w:rFonts w:ascii="QBE Sans" w:hAnsi="QBE Sans" w:eastAsia="Times New Roman" w:cs="QBE Sans"/>
                <w:sz w:val="18"/>
                <w:szCs w:val="18"/>
                <w:lang w:eastAsia="en-GB"/>
              </w:rPr>
            </w:pPr>
          </w:p>
          <w:p w:rsidRPr="00412015" w:rsidR="0071344A" w:rsidRDefault="0071344A" w14:paraId="572D9E9E" w14:textId="77777777">
            <w:pPr>
              <w:rPr>
                <w:rFonts w:ascii="QBE Sans" w:hAnsi="QBE Sans" w:eastAsia="Times New Roman" w:cs="QBE Sans"/>
                <w:sz w:val="18"/>
                <w:szCs w:val="18"/>
                <w:lang w:eastAsia="en-GB"/>
              </w:rPr>
            </w:pPr>
          </w:p>
          <w:p w:rsidRPr="00412015" w:rsidR="0071344A" w:rsidRDefault="0071344A" w14:paraId="69E6E046" w14:textId="77777777">
            <w:pPr>
              <w:rPr>
                <w:rFonts w:ascii="QBE Sans" w:hAnsi="QBE Sans" w:eastAsia="Times New Roman" w:cs="QBE Sans"/>
                <w:sz w:val="18"/>
                <w:szCs w:val="18"/>
                <w:lang w:eastAsia="en-GB"/>
              </w:rPr>
            </w:pPr>
          </w:p>
          <w:p w:rsidRPr="00412015" w:rsidR="0071344A" w:rsidRDefault="0071344A" w14:paraId="24F34ECA" w14:textId="77777777">
            <w:pPr>
              <w:rPr>
                <w:rFonts w:ascii="QBE Sans" w:hAnsi="QBE Sans" w:eastAsia="Times New Roman" w:cs="QBE Sans"/>
                <w:sz w:val="18"/>
                <w:szCs w:val="18"/>
                <w:lang w:eastAsia="en-GB"/>
              </w:rPr>
            </w:pPr>
          </w:p>
          <w:p w:rsidRPr="00412015" w:rsidR="0071344A" w:rsidRDefault="0071344A" w14:paraId="2A57F753" w14:textId="7A5B4EB8">
            <w:pPr>
              <w:rPr>
                <w:rFonts w:ascii="QBE Sans" w:hAnsi="QBE Sans" w:cs="QBE Sans"/>
                <w:sz w:val="18"/>
                <w:szCs w:val="18"/>
                <w:lang w:eastAsia="en-GB"/>
              </w:rPr>
            </w:pPr>
          </w:p>
        </w:tc>
      </w:tr>
      <w:tr w:rsidRPr="00412015" w:rsidR="001670E7" w14:paraId="21AAAA89" w14:textId="77777777">
        <w:trPr>
          <w:trHeight w:val="510"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914A77" w14:paraId="28A80F5E" w14:textId="4C2B6073">
            <w:pPr>
              <w:pStyle w:val="Heading2"/>
              <w:numPr>
                <w:ilvl w:val="0"/>
                <w:numId w:val="7"/>
              </w:numPr>
              <w:ind w:left="1197"/>
              <w:rPr>
                <w:rFonts w:ascii="QBE Sans" w:hAnsi="QBE Sans" w:cs="QBE Sans"/>
                <w:lang w:eastAsia="en-GB"/>
              </w:rPr>
            </w:pPr>
            <w:r w:rsidRPr="00412015">
              <w:rPr>
                <w:rFonts w:ascii="QBE Sans" w:hAnsi="QBE Sans" w:cs="QBE Sans"/>
                <w:lang w:eastAsia="en-GB"/>
              </w:rPr>
              <w:t>DECK MACHINERY &amp; LIFTING</w:t>
            </w:r>
          </w:p>
          <w:p w:rsidRPr="00412015" w:rsidR="001670E7" w:rsidRDefault="001670E7" w14:paraId="526256D9" w14:textId="77777777">
            <w:pPr>
              <w:pStyle w:val="Heading2"/>
              <w:ind w:left="720"/>
              <w:rPr>
                <w:rFonts w:ascii="QBE Sans" w:hAnsi="QBE Sans" w:cs="QBE Sans"/>
                <w:lang w:eastAsia="en-GB"/>
              </w:rPr>
            </w:pPr>
          </w:p>
        </w:tc>
      </w:tr>
      <w:tr w:rsidRPr="00412015" w:rsidR="001670E7" w:rsidTr="008D46EC" w14:paraId="2BAB11B2" w14:textId="77777777">
        <w:trPr>
          <w:trHeight w:val="715"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8D46EC" w:rsidRDefault="00914A77" w14:paraId="2B5D0C3C" w14:textId="0A9FDF7D">
            <w:pPr>
              <w:spacing w:line="240" w:lineRule="auto"/>
              <w:rPr>
                <w:rFonts w:ascii="QBE Sans" w:hAnsi="QBE Sans" w:cs="QBE Sans"/>
                <w:sz w:val="20"/>
                <w:szCs w:val="20"/>
                <w:lang w:eastAsia="en-GB"/>
              </w:rPr>
            </w:pPr>
            <w:r w:rsidRPr="00412015">
              <w:rPr>
                <w:rFonts w:ascii="QBE Sans" w:hAnsi="QBE Sans" w:cs="QBE Sans"/>
                <w:b/>
                <w:bCs/>
                <w:sz w:val="20"/>
                <w:szCs w:val="20"/>
                <w:lang w:eastAsia="en-GB"/>
              </w:rPr>
              <w:t xml:space="preserve">Rating: </w:t>
            </w:r>
            <w:sdt>
              <w:sdtPr>
                <w:rPr>
                  <w:rFonts w:ascii="QBE Sans" w:hAnsi="QBE Sans" w:cs="QBE Sans"/>
                  <w:b/>
                  <w:bCs/>
                  <w:sz w:val="20"/>
                  <w:szCs w:val="20"/>
                  <w:lang w:eastAsia="en-GB"/>
                </w:rPr>
                <w:id w:val="1749991171"/>
                <w14:checkbox>
                  <w14:checked w14:val="0"/>
                  <w14:checkedState w14:val="2612" w14:font="MS Gothic"/>
                  <w14:uncheckedState w14:val="2610" w14:font="MS Gothic"/>
                </w14:checkbox>
              </w:sdtPr>
              <w:sdtEndPr/>
              <w:sdtContent>
                <w:r w:rsidR="00A05AAE">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628634027"/>
                <w:lock w:val="sdtContentLocked"/>
                <w:placeholder>
                  <w:docPart w:val="DefaultPlaceholder_-1854013440"/>
                </w:placeholder>
              </w:sdtPr>
              <w:sdtEndPr/>
              <w:sdtContent>
                <w:r w:rsidRPr="00412015">
                  <w:rPr>
                    <w:rFonts w:ascii="QBE Sans" w:hAnsi="QBE Sans" w:cs="QBE Sans"/>
                    <w:b/>
                    <w:bCs/>
                    <w:sz w:val="20"/>
                    <w:szCs w:val="20"/>
                    <w:lang w:eastAsia="en-GB"/>
                  </w:rPr>
                  <w:t>Excellent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062200230"/>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015337857"/>
                <w:lock w:val="sdtContentLocked"/>
                <w:placeholder>
                  <w:docPart w:val="DefaultPlaceholder_-1854013440"/>
                </w:placeholder>
              </w:sdtPr>
              <w:sdtEndPr/>
              <w:sdtContent>
                <w:r w:rsidRPr="00412015">
                  <w:rPr>
                    <w:rFonts w:ascii="QBE Sans" w:hAnsi="QBE Sans" w:cs="QBE Sans"/>
                    <w:b/>
                    <w:bCs/>
                    <w:sz w:val="20"/>
                    <w:szCs w:val="20"/>
                    <w:lang w:eastAsia="en-GB"/>
                  </w:rPr>
                  <w:t>Good</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773293638"/>
                <w:lock w:val="sdtLocked"/>
                <w14:checkbox>
                  <w14:checked w14:val="0"/>
                  <w14:checkedState w14:val="2612" w14:font="MS Gothic"/>
                  <w14:uncheckedState w14:val="2610" w14:font="MS Gothic"/>
                </w14:checkbox>
              </w:sdtPr>
              <w:sdtEndPr/>
              <w:sdtContent>
                <w:r w:rsidR="006E5F85">
                  <w:rPr>
                    <w:rFonts w:hint="eastAsia" w:ascii="MS Gothic" w:hAnsi="MS Gothic" w:eastAsia="MS Gothic" w:cs="QBE Sans"/>
                    <w:b/>
                    <w:bCs/>
                    <w:sz w:val="20"/>
                    <w:szCs w:val="20"/>
                    <w:lang w:eastAsia="en-GB"/>
                  </w:rPr>
                  <w:t>☐</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93517117"/>
                <w:lock w:val="sdtContentLocked"/>
                <w:placeholder>
                  <w:docPart w:val="DefaultPlaceholder_-1854013440"/>
                </w:placeholder>
              </w:sdtPr>
              <w:sdtEndPr/>
              <w:sdtContent>
                <w:r w:rsidRPr="00412015">
                  <w:rPr>
                    <w:rFonts w:ascii="QBE Sans" w:hAnsi="QBE Sans" w:cs="QBE Sans"/>
                    <w:b/>
                    <w:bCs/>
                    <w:sz w:val="20"/>
                    <w:szCs w:val="20"/>
                    <w:lang w:eastAsia="en-GB"/>
                  </w:rPr>
                  <w:t>Satisfactory</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2127218772"/>
                <w:lock w:val="sdtLocked"/>
                <w:placeholder>
                  <w:docPart w:val="DefaultPlaceholder_-1854013440"/>
                </w:placeholder>
              </w:sdtPr>
              <w:sdtEndPr/>
              <w:sdtContent>
                <w:r w:rsidRPr="00412015">
                  <w:rPr>
                    <w:rFonts w:ascii="QBE Sans" w:hAnsi="QBE Sans" w:cs="QBE Sans"/>
                    <w:b/>
                    <w:bCs/>
                    <w:sz w:val="20"/>
                    <w:szCs w:val="20"/>
                    <w:lang w:eastAsia="en-GB"/>
                  </w:rPr>
                  <w:t>[ ]</w:t>
                </w:r>
              </w:sdtContent>
            </w:sdt>
            <w:r w:rsidRPr="00412015">
              <w:rPr>
                <w:rFonts w:ascii="QBE Sans" w:hAnsi="QBE Sans" w:cs="QBE Sans"/>
                <w:b/>
                <w:bCs/>
                <w:sz w:val="20"/>
                <w:szCs w:val="20"/>
                <w:lang w:eastAsia="en-GB"/>
              </w:rPr>
              <w:t xml:space="preserve"> </w:t>
            </w:r>
            <w:sdt>
              <w:sdtPr>
                <w:rPr>
                  <w:rFonts w:ascii="QBE Sans" w:hAnsi="QBE Sans" w:cs="QBE Sans"/>
                  <w:b/>
                  <w:bCs/>
                  <w:sz w:val="20"/>
                  <w:szCs w:val="20"/>
                  <w:lang w:eastAsia="en-GB"/>
                </w:rPr>
                <w:id w:val="1358082791"/>
                <w:placeholder>
                  <w:docPart w:val="DefaultPlaceholder_-1854013440"/>
                </w:placeholder>
              </w:sdtPr>
              <w:sdtEndPr/>
              <w:sdtContent>
                <w:r w:rsidRPr="00412015">
                  <w:rPr>
                    <w:rFonts w:ascii="QBE Sans" w:hAnsi="QBE Sans" w:cs="QBE Sans"/>
                    <w:b/>
                    <w:bCs/>
                    <w:sz w:val="20"/>
                    <w:szCs w:val="20"/>
                    <w:lang w:eastAsia="en-GB"/>
                  </w:rPr>
                  <w:t>Poor</w:t>
                </w:r>
              </w:sdtContent>
            </w:sdt>
            <w:r w:rsidRPr="00412015">
              <w:rPr>
                <w:rFonts w:ascii="QBE Sans" w:hAnsi="QBE Sans" w:cs="QBE Sans"/>
                <w:sz w:val="20"/>
                <w:szCs w:val="20"/>
                <w:lang w:eastAsia="en-GB"/>
              </w:rPr>
              <w:t xml:space="preserve"> </w:t>
            </w:r>
            <w:sdt>
              <w:sdtPr>
                <w:rPr>
                  <w:rFonts w:ascii="QBE Sans" w:hAnsi="QBE Sans" w:cs="QBE Sans"/>
                  <w:sz w:val="18"/>
                  <w:szCs w:val="18"/>
                  <w:lang w:eastAsia="en-GB"/>
                </w:rPr>
                <w:id w:val="-1113121431"/>
                <w:placeholder>
                  <w:docPart w:val="DefaultPlaceholder_-1854013440"/>
                </w:placeholder>
              </w:sdtPr>
              <w:sdtEndPr/>
              <w:sdtContent>
                <w:sdt>
                  <w:sdtPr>
                    <w:rPr>
                      <w:rFonts w:ascii="QBE Sans" w:hAnsi="QBE Sans" w:cs="QBE Sans"/>
                      <w:sz w:val="18"/>
                      <w:szCs w:val="18"/>
                      <w:lang w:eastAsia="en-GB"/>
                    </w:rPr>
                    <w:id w:val="329266184"/>
                    <w:placeholder>
                      <w:docPart w:val="5B2A13AA7C1043108C69412226E3DB62"/>
                    </w:placeholder>
                  </w:sdtPr>
                  <w:sdtEndPr/>
                  <w:sdtContent>
                    <w:sdt>
                      <w:sdtPr>
                        <w:rPr>
                          <w:rFonts w:ascii="QBE Sans" w:hAnsi="QBE Sans" w:cs="QBE Sans"/>
                          <w:sz w:val="18"/>
                          <w:szCs w:val="18"/>
                          <w:lang w:eastAsia="en-GB"/>
                        </w:rPr>
                        <w:id w:val="1731267847"/>
                        <w:lock w:val="sdtContentLocked"/>
                        <w:placeholder>
                          <w:docPart w:val="FDC2617826334654B0F221A3E7CD4170"/>
                        </w:placeholder>
                      </w:sdtPr>
                      <w:sdtEndPr/>
                      <w:sdtContent>
                        <w:r w:rsidRPr="008D46EC" w:rsidR="008D46EC">
                          <w:rPr>
                            <w:rFonts w:ascii="QBE Sans" w:hAnsi="QBE Sans" w:cs="QBE Sans"/>
                            <w:sz w:val="18"/>
                            <w:szCs w:val="18"/>
                            <w:lang w:val="en-GB" w:eastAsia="en-GB"/>
                          </w:rPr>
                          <w:t xml:space="preserve">If rated Satisfactory or Poor, provide brief comments explaining </w:t>
                        </w:r>
                        <w:r w:rsidRPr="008D46EC" w:rsidR="008D46EC">
                          <w:rPr>
                            <w:rFonts w:ascii="QBE Sans" w:hAnsi="QBE Sans" w:cs="QBE Sans"/>
                            <w:i/>
                            <w:iCs/>
                            <w:sz w:val="18"/>
                            <w:szCs w:val="18"/>
                            <w:lang w:val="en-GB" w:eastAsia="en-GB"/>
                          </w:rPr>
                          <w:t>why</w:t>
                        </w:r>
                        <w:r w:rsidRPr="008D46EC" w:rsidR="008D46EC">
                          <w:rPr>
                            <w:rFonts w:ascii="QBE Sans" w:hAnsi="QBE Sans" w:cs="QBE Sans"/>
                            <w:sz w:val="18"/>
                            <w:szCs w:val="18"/>
                            <w:lang w:val="en-GB" w:eastAsia="en-GB"/>
                          </w:rPr>
                          <w:t xml:space="preserve"> the rating was assigned and </w:t>
                        </w:r>
                        <w:r w:rsidRPr="008D46EC" w:rsidR="008D46EC">
                          <w:rPr>
                            <w:rFonts w:ascii="QBE Sans" w:hAnsi="QBE Sans" w:cs="QBE Sans"/>
                            <w:i/>
                            <w:iCs/>
                            <w:sz w:val="18"/>
                            <w:szCs w:val="18"/>
                            <w:lang w:val="en-GB" w:eastAsia="en-GB"/>
                          </w:rPr>
                          <w:t>how the risk could be improved</w:t>
                        </w:r>
                        <w:r w:rsidRPr="008D46EC" w:rsidR="008D46EC">
                          <w:rPr>
                            <w:rFonts w:ascii="QBE Sans" w:hAnsi="QBE Sans" w:cs="QBE Sans"/>
                            <w:sz w:val="18"/>
                            <w:szCs w:val="18"/>
                            <w:lang w:val="en-GB" w:eastAsia="en-GB"/>
                          </w:rPr>
                          <w:t>. Reference any related hazards in Section 4 and photo numbers in Section 5.</w:t>
                        </w:r>
                      </w:sdtContent>
                    </w:sdt>
                  </w:sdtContent>
                </w:sdt>
              </w:sdtContent>
            </w:sdt>
          </w:p>
        </w:tc>
      </w:tr>
      <w:tr w:rsidRPr="00412015" w:rsidR="001670E7" w:rsidTr="006165FA" w14:paraId="17630E63" w14:textId="77777777">
        <w:trPr>
          <w:trHeight w:val="2381"/>
        </w:trPr>
        <w:tc>
          <w:tcPr>
            <w:tcW w:w="9893" w:type="dxa"/>
            <w:tcBorders>
              <w:top w:val="single" w:color="000000" w:sz="4" w:space="0"/>
              <w:left w:val="single" w:color="000000" w:sz="4" w:space="0"/>
              <w:bottom w:val="single" w:color="000000" w:sz="4" w:space="0"/>
              <w:right w:val="single" w:color="000000" w:sz="4" w:space="0"/>
            </w:tcBorders>
          </w:tcPr>
          <w:sdt>
            <w:sdtPr>
              <w:rPr>
                <w:rFonts w:ascii="QBE Sans" w:hAnsi="QBE Sans" w:cs="QBE Sans"/>
                <w:sz w:val="18"/>
                <w:szCs w:val="18"/>
                <w:lang w:eastAsia="en-GB"/>
              </w:rPr>
              <w:id w:val="-1002890621"/>
              <w:lock w:val="sdtContentLocked"/>
              <w:placeholder>
                <w:docPart w:val="DefaultPlaceholder_-1854013440"/>
              </w:placeholder>
            </w:sdtPr>
            <w:sdtEndPr>
              <w:rPr>
                <w:rFonts w:eastAsia="Times New Roman"/>
              </w:rPr>
            </w:sdtEndPr>
            <w:sdtContent>
              <w:p w:rsidR="001670E7" w:rsidP="008D46EC" w:rsidRDefault="00EE66A8" w14:paraId="716517D7" w14:textId="4B56F5B5">
                <w:pPr>
                  <w:spacing w:line="240" w:lineRule="auto"/>
                  <w:rPr>
                    <w:rFonts w:ascii="QBE Sans" w:hAnsi="QBE Sans" w:eastAsia="Times New Roman" w:cs="QBE Sans"/>
                    <w:sz w:val="18"/>
                    <w:szCs w:val="18"/>
                    <w:lang w:eastAsia="en-GB"/>
                  </w:rPr>
                </w:pPr>
                <w:r w:rsidRPr="00412015">
                  <w:rPr>
                    <w:rFonts w:ascii="QBE Sans" w:hAnsi="QBE Sans" w:cs="QBE Sans"/>
                    <w:sz w:val="18"/>
                    <w:szCs w:val="18"/>
                    <w:lang w:eastAsia="en-GB"/>
                  </w:rPr>
                  <w:t xml:space="preserve">Examples include, but are not limited to: </w:t>
                </w:r>
                <w:r w:rsidRPr="00412015">
                  <w:rPr>
                    <w:rFonts w:ascii="QBE Sans" w:hAnsi="QBE Sans" w:eastAsia="Times New Roman" w:cs="QBE Sans"/>
                    <w:sz w:val="18"/>
                    <w:szCs w:val="18"/>
                    <w:lang w:eastAsia="en-GB"/>
                  </w:rPr>
                  <w:t>Covers mooring and towing gear, winches, cranes and lifting appliances, associated controls, and working practices.</w:t>
                </w:r>
              </w:p>
            </w:sdtContent>
          </w:sdt>
          <w:p w:rsidR="006E5F85" w:rsidRDefault="006E5F85" w14:paraId="28C24B6D" w14:textId="77777777">
            <w:pPr>
              <w:rPr>
                <w:rFonts w:ascii="QBE Sans" w:hAnsi="QBE Sans" w:eastAsia="Times New Roman" w:cs="QBE Sans"/>
                <w:sz w:val="18"/>
                <w:szCs w:val="18"/>
                <w:lang w:eastAsia="en-GB"/>
              </w:rPr>
            </w:pPr>
          </w:p>
          <w:p w:rsidR="006E5F85" w:rsidRDefault="006E5F85" w14:paraId="2D08999E" w14:textId="77777777">
            <w:pPr>
              <w:rPr>
                <w:rFonts w:ascii="QBE Sans" w:hAnsi="QBE Sans" w:eastAsia="Times New Roman" w:cs="QBE Sans"/>
                <w:sz w:val="18"/>
                <w:szCs w:val="18"/>
                <w:lang w:eastAsia="en-GB"/>
              </w:rPr>
            </w:pPr>
          </w:p>
          <w:p w:rsidR="006E5F85" w:rsidRDefault="006E5F85" w14:paraId="2BD3138A" w14:textId="77777777">
            <w:pPr>
              <w:rPr>
                <w:rFonts w:ascii="QBE Sans" w:hAnsi="QBE Sans" w:eastAsia="Times New Roman" w:cs="QBE Sans"/>
                <w:sz w:val="18"/>
                <w:szCs w:val="18"/>
                <w:lang w:eastAsia="en-GB"/>
              </w:rPr>
            </w:pPr>
          </w:p>
          <w:p w:rsidR="006E5F85" w:rsidRDefault="006E5F85" w14:paraId="58E9521F" w14:textId="77777777">
            <w:pPr>
              <w:rPr>
                <w:rFonts w:ascii="QBE Sans" w:hAnsi="QBE Sans" w:eastAsia="Times New Roman" w:cs="QBE Sans"/>
                <w:sz w:val="18"/>
                <w:szCs w:val="18"/>
                <w:lang w:eastAsia="en-GB"/>
              </w:rPr>
            </w:pPr>
          </w:p>
          <w:p w:rsidRPr="00412015" w:rsidR="006E5F85" w:rsidRDefault="006E5F85" w14:paraId="5CD2A078" w14:textId="78BCBEEC">
            <w:pPr>
              <w:rPr>
                <w:rFonts w:ascii="QBE Sans" w:hAnsi="QBE Sans" w:cs="QBE Sans"/>
                <w:sz w:val="18"/>
                <w:szCs w:val="18"/>
                <w:lang w:eastAsia="en-GB"/>
              </w:rPr>
            </w:pPr>
          </w:p>
        </w:tc>
      </w:tr>
    </w:tbl>
    <w:p w:rsidRPr="00412015" w:rsidR="001B1EFE" w:rsidRDefault="001B1EFE" w14:paraId="1E7E512C" w14:textId="25B1A139">
      <w:pPr>
        <w:rPr>
          <w:rFonts w:ascii="QBE Sans" w:hAnsi="QBE Sans" w:cs="QBE Sans"/>
          <w:lang w:eastAsia="en-GB"/>
        </w:rPr>
      </w:pPr>
      <w:r w:rsidRPr="00412015">
        <w:rPr>
          <w:rFonts w:ascii="QBE Sans" w:hAnsi="QBE Sans" w:cs="QBE Sans"/>
          <w:lang w:eastAsia="en-GB"/>
        </w:rPr>
        <w:br w:type="page"/>
      </w:r>
    </w:p>
    <w:sdt>
      <w:sdtPr>
        <w:id w:val="-2106418337"/>
        <w:lock w:val="sdtContentLocked"/>
        <w:placeholder>
          <w:docPart w:val="DefaultPlaceholder_-1854013440"/>
        </w:placeholder>
        <w:rPr>
          <w:rFonts w:ascii="QBE Sans" w:hAnsi="QBE Sans" w:eastAsia="" w:cs="QBE Sans" w:eastAsiaTheme="minorEastAsia"/>
          <w:b w:val="0"/>
          <w:bCs w:val="0"/>
          <w:color w:val="auto"/>
          <w:sz w:val="22"/>
          <w:szCs w:val="22"/>
        </w:rPr>
      </w:sdtPr>
      <w:sdtEndPr>
        <w:rPr>
          <w:rFonts w:ascii="QBE Sans" w:hAnsi="QBE Sans" w:eastAsia="" w:cs="QBE Sans" w:eastAsiaTheme="minorEastAsia"/>
          <w:b w:val="0"/>
          <w:bCs w:val="0"/>
          <w:color w:val="auto"/>
          <w:sz w:val="20"/>
          <w:szCs w:val="20"/>
        </w:rPr>
      </w:sdtEndPr>
      <w:sdtContent>
        <w:p w:rsidRPr="00412015" w:rsidR="00C00098" w:rsidP="00C00098" w:rsidRDefault="00914A77" w14:paraId="02D301B2" w14:textId="53AD7A4A">
          <w:pPr>
            <w:pStyle w:val="Heading2"/>
            <w:rPr>
              <w:rFonts w:ascii="QBE Sans" w:hAnsi="QBE Sans" w:cs="QBE Sans"/>
              <w:lang w:val="en-GB"/>
            </w:rPr>
          </w:pPr>
          <w:r w:rsidRPr="00412015">
            <w:rPr>
              <w:rFonts w:ascii="QBE Sans" w:hAnsi="QBE Sans" w:cs="QBE Sans"/>
            </w:rPr>
            <w:t>3.1</w:t>
          </w:r>
          <w:r w:rsidRPr="00412015" w:rsidR="008F7967">
            <w:rPr>
              <w:rFonts w:ascii="QBE Sans" w:hAnsi="QBE Sans" w:cs="QBE Sans"/>
            </w:rPr>
            <w:t>0</w:t>
          </w:r>
          <w:r w:rsidRPr="00412015">
            <w:rPr>
              <w:rFonts w:ascii="QBE Sans" w:hAnsi="QBE Sans" w:cs="QBE Sans"/>
            </w:rPr>
            <w:t xml:space="preserve"> – </w:t>
          </w:r>
          <w:r w:rsidRPr="00412015" w:rsidR="00C00098">
            <w:rPr>
              <w:rFonts w:ascii="QBE Sans" w:hAnsi="QBE Sans" w:cs="QBE Sans"/>
              <w:lang w:val="en-GB"/>
            </w:rPr>
            <w:t>Critical Functional Tests – Minimum Required</w:t>
          </w:r>
        </w:p>
        <w:p w:rsidRPr="00845C1D" w:rsidR="002E7F1E" w:rsidP="002E7F1E" w:rsidRDefault="00914A77" w14:paraId="073E72D0" w14:textId="215672A5">
          <w:pPr>
            <w:rPr>
              <w:rFonts w:ascii="QBE Sans" w:hAnsi="QBE Sans" w:cs="QBE Sans"/>
              <w:sz w:val="20"/>
              <w:szCs w:val="20"/>
              <w:lang w:val="en-GB"/>
            </w:rPr>
          </w:pPr>
          <w:r w:rsidRPr="00845C1D">
            <w:rPr>
              <w:rFonts w:ascii="QBE Sans" w:hAnsi="QBE Sans" w:cs="QBE Sans"/>
              <w:sz w:val="20"/>
              <w:szCs w:val="20"/>
            </w:rPr>
            <w:t>Record results where safe and practicable.</w:t>
          </w:r>
          <w:r w:rsidRPr="00845C1D" w:rsidR="002E7F1E">
            <w:rPr>
              <w:rFonts w:ascii="Times New Roman" w:hAnsi="Times New Roman" w:eastAsia="Times New Roman" w:cs="Times New Roman"/>
              <w:sz w:val="20"/>
              <w:szCs w:val="20"/>
              <w:lang w:val="en-GB" w:eastAsia="en-GB"/>
            </w:rPr>
            <w:t xml:space="preserve"> </w:t>
          </w:r>
          <w:r w:rsidRPr="00845C1D" w:rsidR="002E7F1E">
            <w:rPr>
              <w:rFonts w:ascii="QBE Sans" w:hAnsi="QBE Sans" w:cs="QBE Sans"/>
              <w:sz w:val="20"/>
              <w:szCs w:val="20"/>
              <w:lang w:val="en-GB"/>
            </w:rPr>
            <w:t>IF A TEST IS NOT COMPLETED</w:t>
          </w:r>
        </w:p>
        <w:p w:rsidRPr="00845C1D" w:rsidR="001670E7" w:rsidRDefault="002E7F1E" w14:paraId="5918BEBC" w14:textId="2BE608D7">
          <w:pPr>
            <w:rPr>
              <w:rFonts w:ascii="QBE Sans" w:hAnsi="QBE Sans" w:cs="QBE Sans"/>
              <w:sz w:val="20"/>
              <w:szCs w:val="20"/>
              <w:lang w:val="en-GB"/>
            </w:rPr>
          </w:pPr>
          <w:r w:rsidRPr="002E7F1E">
            <w:rPr>
              <w:rFonts w:ascii="QBE Sans" w:hAnsi="QBE Sans" w:cs="QBE Sans"/>
              <w:sz w:val="20"/>
              <w:szCs w:val="20"/>
              <w:lang w:val="en-GB"/>
            </w:rPr>
            <w:t>Where a listed test is not completed, state “NOT TESTED” and select ONE reason only from the list below. If “OTHER” is selected, provide a short explanation.</w:t>
          </w:r>
          <w:r w:rsidR="009A2880">
            <w:rPr>
              <w:rFonts w:ascii="QBE Sans" w:hAnsi="QBE Sans" w:cs="QBE Sans"/>
              <w:sz w:val="20"/>
              <w:szCs w:val="20"/>
              <w:lang w:val="en-GB"/>
            </w:rPr>
            <w:t xml:space="preserve"> </w:t>
          </w:r>
          <w:r w:rsidRPr="002E7F1E">
            <w:rPr>
              <w:rFonts w:ascii="QBE Sans" w:hAnsi="QBE Sans" w:cs="QBE Sans"/>
              <w:sz w:val="20"/>
              <w:szCs w:val="20"/>
              <w:lang w:val="en-GB"/>
            </w:rPr>
            <w:t>Reason (select one): Safety risk / Vessel operations / Access restricted / Equipment inoperative / Crew unavailable / Time limitation / Other (explain)</w:t>
          </w:r>
          <w:r w:rsidR="00414E1B">
            <w:rPr>
              <w:rFonts w:ascii="QBE Sans" w:hAnsi="QBE Sans" w:cs="QBE Sans"/>
              <w:sz w:val="20"/>
              <w:szCs w:val="20"/>
              <w:lang w:val="en-GB"/>
            </w:rPr>
            <w:t>- Items NOT TESTED must be recorded as a hazard</w:t>
          </w:r>
          <w:r w:rsidR="002F5E52">
            <w:rPr>
              <w:rFonts w:ascii="QBE Sans" w:hAnsi="QBE Sans" w:cs="QBE Sans"/>
              <w:sz w:val="20"/>
              <w:szCs w:val="20"/>
              <w:lang w:val="en-GB"/>
            </w:rPr>
            <w:t>.</w:t>
          </w:r>
        </w:p>
      </w:sdtContent>
    </w:sdt>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26"/>
      </w:tblGrid>
      <w:tr w:rsidRPr="00412015" w:rsidR="001670E7" w:rsidTr="003E1248" w14:paraId="0C061B94" w14:textId="77777777">
        <w:sdt>
          <w:sdtPr>
            <w:rPr>
              <w:rFonts w:ascii="QBE Sans" w:hAnsi="QBE Sans" w:cs="QBE Sans"/>
              <w:b/>
              <w:lang w:val="en-GB"/>
            </w:rPr>
            <w:id w:val="1391151982"/>
            <w:lock w:val="sdtContentLocked"/>
            <w:placeholder>
              <w:docPart w:val="DefaultPlaceholder_-1854013440"/>
            </w:placeholder>
          </w:sdtPr>
          <w:sdtEndPr/>
          <w:sdtContent>
            <w:tc>
              <w:tcPr>
                <w:tcW w:w="9026" w:type="dxa"/>
              </w:tcPr>
              <w:p w:rsidRPr="00412015" w:rsidR="001670E7" w:rsidRDefault="00C00098" w14:paraId="255A15E1" w14:textId="3B28DB67">
                <w:pPr>
                  <w:rPr>
                    <w:rFonts w:ascii="QBE Sans" w:hAnsi="QBE Sans" w:cs="QBE Sans"/>
                    <w:b/>
                    <w:lang w:val="en-GB"/>
                  </w:rPr>
                </w:pPr>
                <w:r w:rsidRPr="00412015">
                  <w:rPr>
                    <w:rFonts w:ascii="QBE Sans" w:hAnsi="QBE Sans" w:cs="QBE Sans"/>
                    <w:b/>
                    <w:lang w:val="en-GB"/>
                  </w:rPr>
                  <w:t xml:space="preserve">Critical Functional Tests </w:t>
                </w:r>
              </w:p>
            </w:tc>
          </w:sdtContent>
        </w:sdt>
      </w:tr>
    </w:tbl>
    <w:tbl>
      <w:tblPr>
        <w:tblStyle w:val="TableGrid"/>
        <w:tblW w:w="9026" w:type="dxa"/>
        <w:jc w:val="center"/>
        <w:tblLayout w:type="fixed"/>
        <w:tblLook w:val="04A0" w:firstRow="1" w:lastRow="0" w:firstColumn="1" w:lastColumn="0" w:noHBand="0" w:noVBand="1"/>
      </w:tblPr>
      <w:tblGrid>
        <w:gridCol w:w="1980"/>
        <w:gridCol w:w="1630"/>
        <w:gridCol w:w="1805"/>
        <w:gridCol w:w="1805"/>
        <w:gridCol w:w="1806"/>
      </w:tblGrid>
      <w:sdt>
        <w:sdtPr>
          <w:rPr>
            <w:rFonts w:ascii="QBE Sans" w:hAnsi="QBE Sans" w:eastAsia="MS Mincho" w:cs="QBE Sans"/>
            <w:b/>
          </w:rPr>
          <w:id w:val="14974860"/>
          <w:lock w:val="sdtContentLocked"/>
          <w:placeholder>
            <w:docPart w:val="DefaultPlaceholder_-1854013440"/>
          </w:placeholder>
        </w:sdtPr>
        <w:sdtEndPr/>
        <w:sdtContent>
          <w:tr w:rsidRPr="00412015" w:rsidR="001670E7" w:rsidTr="00AA6C1C" w14:paraId="7E87C95A" w14:textId="77777777">
            <w:trPr>
              <w:jc w:val="center"/>
            </w:trPr>
            <w:tc>
              <w:tcPr>
                <w:tcW w:w="1980" w:type="dxa"/>
              </w:tcPr>
              <w:p w:rsidRPr="00412015" w:rsidR="001670E7" w:rsidRDefault="00914A77" w14:paraId="615CB124" w14:textId="65C98EA6">
                <w:pPr>
                  <w:spacing w:after="0" w:line="240" w:lineRule="auto"/>
                  <w:rPr>
                    <w:rFonts w:ascii="QBE Sans" w:hAnsi="QBE Sans" w:eastAsia="MS Mincho" w:cs="QBE Sans"/>
                  </w:rPr>
                </w:pPr>
                <w:r w:rsidRPr="00412015">
                  <w:rPr>
                    <w:rFonts w:ascii="QBE Sans" w:hAnsi="QBE Sans" w:eastAsia="MS Mincho" w:cs="QBE Sans"/>
                    <w:b/>
                  </w:rPr>
                  <w:t>Test</w:t>
                </w:r>
              </w:p>
            </w:tc>
            <w:tc>
              <w:tcPr>
                <w:tcW w:w="1630" w:type="dxa"/>
              </w:tcPr>
              <w:p w:rsidRPr="00412015" w:rsidR="001670E7" w:rsidRDefault="00914A77" w14:paraId="3C048AA5" w14:textId="77777777">
                <w:pPr>
                  <w:spacing w:after="0" w:line="240" w:lineRule="auto"/>
                  <w:rPr>
                    <w:rFonts w:ascii="QBE Sans" w:hAnsi="QBE Sans" w:eastAsia="MS Mincho" w:cs="QBE Sans"/>
                  </w:rPr>
                </w:pPr>
                <w:r w:rsidRPr="00412015">
                  <w:rPr>
                    <w:rFonts w:ascii="QBE Sans" w:hAnsi="QBE Sans" w:eastAsia="MS Mincho" w:cs="QBE Sans"/>
                    <w:b/>
                  </w:rPr>
                  <w:t>Performed (Y/N/NA)</w:t>
                </w:r>
              </w:p>
            </w:tc>
            <w:tc>
              <w:tcPr>
                <w:tcW w:w="1805" w:type="dxa"/>
              </w:tcPr>
              <w:p w:rsidRPr="00412015" w:rsidR="001670E7" w:rsidRDefault="00914A77" w14:paraId="1547AA3F" w14:textId="77777777">
                <w:pPr>
                  <w:spacing w:after="0" w:line="240" w:lineRule="auto"/>
                  <w:rPr>
                    <w:rFonts w:ascii="QBE Sans" w:hAnsi="QBE Sans" w:eastAsia="MS Mincho" w:cs="QBE Sans"/>
                  </w:rPr>
                </w:pPr>
                <w:r w:rsidRPr="00412015">
                  <w:rPr>
                    <w:rFonts w:ascii="QBE Sans" w:hAnsi="QBE Sans" w:eastAsia="MS Mincho" w:cs="QBE Sans"/>
                    <w:b/>
                  </w:rPr>
                  <w:t>Result (brief)</w:t>
                </w:r>
              </w:p>
            </w:tc>
            <w:tc>
              <w:tcPr>
                <w:tcW w:w="1805" w:type="dxa"/>
              </w:tcPr>
              <w:p w:rsidRPr="00412015" w:rsidR="001670E7" w:rsidRDefault="00914A77" w14:paraId="795ADF3E" w14:textId="77777777">
                <w:pPr>
                  <w:spacing w:after="0" w:line="240" w:lineRule="auto"/>
                  <w:rPr>
                    <w:rFonts w:ascii="QBE Sans" w:hAnsi="QBE Sans" w:eastAsia="MS Mincho" w:cs="QBE Sans"/>
                  </w:rPr>
                </w:pPr>
                <w:r w:rsidRPr="00412015">
                  <w:rPr>
                    <w:rFonts w:ascii="QBE Sans" w:hAnsi="QBE Sans" w:eastAsia="MS Mincho" w:cs="QBE Sans"/>
                    <w:b/>
                  </w:rPr>
                  <w:t>Evidence (photo ref/doc)</w:t>
                </w:r>
              </w:p>
            </w:tc>
            <w:tc>
              <w:tcPr>
                <w:tcW w:w="1806" w:type="dxa"/>
              </w:tcPr>
              <w:p w:rsidRPr="00412015" w:rsidR="001670E7" w:rsidRDefault="00914A77" w14:paraId="2E333BBF" w14:textId="50A5054F">
                <w:pPr>
                  <w:spacing w:after="0" w:line="240" w:lineRule="auto"/>
                  <w:rPr>
                    <w:rFonts w:ascii="QBE Sans" w:hAnsi="QBE Sans" w:eastAsia="MS Mincho" w:cs="QBE Sans"/>
                  </w:rPr>
                </w:pPr>
                <w:r w:rsidRPr="00412015">
                  <w:rPr>
                    <w:rFonts w:ascii="QBE Sans" w:hAnsi="QBE Sans" w:eastAsia="MS Mincho" w:cs="QBE Sans"/>
                    <w:b/>
                  </w:rPr>
                  <w:t>Reason if not tested</w:t>
                </w:r>
              </w:p>
            </w:tc>
          </w:tr>
        </w:sdtContent>
      </w:sdt>
      <w:tr w:rsidRPr="00412015" w:rsidR="001670E7" w:rsidTr="00AA6C1C" w14:paraId="265318CB" w14:textId="77777777">
        <w:trPr>
          <w:trHeight w:val="1361"/>
          <w:jc w:val="center"/>
        </w:trPr>
        <w:tc>
          <w:tcPr>
            <w:tcW w:w="1980" w:type="dxa"/>
          </w:tcPr>
          <w:sdt>
            <w:sdtPr>
              <w:rPr>
                <w:rFonts w:ascii="QBE Sans" w:hAnsi="QBE Sans" w:eastAsia="MS Mincho" w:cs="QBE Sans"/>
                <w:sz w:val="20"/>
                <w:szCs w:val="20"/>
              </w:rPr>
              <w:id w:val="1888764658"/>
              <w:lock w:val="sdtContentLocked"/>
              <w:placeholder>
                <w:docPart w:val="DefaultPlaceholder_-1854013440"/>
              </w:placeholder>
            </w:sdtPr>
            <w:sdtEndPr/>
            <w:sdtContent>
              <w:p w:rsidRPr="00412015" w:rsidR="001670E7" w:rsidRDefault="00914A77" w14:paraId="3A448006" w14:textId="710DC4FA">
                <w:pPr>
                  <w:spacing w:after="0" w:line="240" w:lineRule="auto"/>
                  <w:rPr>
                    <w:rFonts w:ascii="QBE Sans" w:hAnsi="QBE Sans" w:eastAsia="MS Mincho" w:cs="QBE Sans"/>
                    <w:sz w:val="20"/>
                    <w:szCs w:val="20"/>
                  </w:rPr>
                </w:pPr>
                <w:r w:rsidRPr="00412015">
                  <w:rPr>
                    <w:rFonts w:ascii="QBE Sans" w:hAnsi="QBE Sans" w:eastAsia="MS Mincho" w:cs="QBE Sans"/>
                    <w:sz w:val="20"/>
                    <w:szCs w:val="20"/>
                  </w:rPr>
                  <w:t>OWS 15-ppm alarm</w:t>
                </w:r>
              </w:p>
            </w:sdtContent>
          </w:sdt>
        </w:tc>
        <w:sdt>
          <w:sdtPr>
            <w:rPr>
              <w:rFonts w:ascii="QBE Sans" w:hAnsi="QBE Sans" w:eastAsia="MS Mincho" w:cs="QBE Sans"/>
            </w:rPr>
            <w:id w:val="-268855396"/>
            <w:placeholder>
              <w:docPart w:val="C274C5E8F70243D694A302C738ABDB0F"/>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1670E7" w:rsidRDefault="005B1770" w14:paraId="70F0499B" w14:textId="5463C887">
                <w:pPr>
                  <w:spacing w:after="0" w:line="240" w:lineRule="auto"/>
                  <w:rPr>
                    <w:rFonts w:ascii="QBE Sans" w:hAnsi="QBE Sans" w:eastAsia="MS Mincho" w:cs="QBE Sans"/>
                  </w:rPr>
                </w:pPr>
                <w:r w:rsidRPr="006242A6">
                  <w:rPr>
                    <w:rStyle w:val="PlaceholderText"/>
                  </w:rPr>
                  <w:t>Choose an item.</w:t>
                </w:r>
              </w:p>
            </w:tc>
          </w:sdtContent>
        </w:sdt>
        <w:tc>
          <w:tcPr>
            <w:tcW w:w="1805" w:type="dxa"/>
          </w:tcPr>
          <w:p w:rsidRPr="00412015" w:rsidR="001670E7" w:rsidRDefault="001670E7" w14:paraId="4D44C0EF" w14:textId="77777777">
            <w:pPr>
              <w:spacing w:after="0" w:line="240" w:lineRule="auto"/>
              <w:rPr>
                <w:rFonts w:ascii="QBE Sans" w:hAnsi="QBE Sans" w:eastAsia="MS Mincho" w:cs="QBE Sans"/>
              </w:rPr>
            </w:pPr>
          </w:p>
        </w:tc>
        <w:tc>
          <w:tcPr>
            <w:tcW w:w="1805" w:type="dxa"/>
          </w:tcPr>
          <w:p w:rsidRPr="00412015" w:rsidR="001670E7" w:rsidRDefault="001670E7" w14:paraId="61AA73F4" w14:textId="77777777">
            <w:pPr>
              <w:spacing w:after="0" w:line="240" w:lineRule="auto"/>
              <w:rPr>
                <w:rFonts w:ascii="QBE Sans" w:hAnsi="QBE Sans" w:eastAsia="MS Mincho" w:cs="QBE Sans"/>
              </w:rPr>
            </w:pPr>
          </w:p>
        </w:tc>
        <w:sdt>
          <w:sdtPr>
            <w:rPr>
              <w:rFonts w:ascii="QBE Sans" w:hAnsi="QBE Sans" w:eastAsia="MS Mincho" w:cs="QBE Sans"/>
            </w:rPr>
            <w:id w:val="1083102603"/>
            <w:placeholder>
              <w:docPart w:val="BEA0D1ACACBB4E978761BA08B37B4B4E"/>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1670E7" w:rsidRDefault="0022762F" w14:paraId="632F3D64" w14:textId="54754825">
                <w:pPr>
                  <w:spacing w:after="0" w:line="240" w:lineRule="auto"/>
                  <w:rPr>
                    <w:rFonts w:ascii="QBE Sans" w:hAnsi="QBE Sans" w:eastAsia="MS Mincho" w:cs="QBE Sans"/>
                  </w:rPr>
                </w:pPr>
                <w:r w:rsidRPr="006242A6">
                  <w:rPr>
                    <w:rStyle w:val="PlaceholderText"/>
                  </w:rPr>
                  <w:t>Choose an item.</w:t>
                </w:r>
              </w:p>
            </w:tc>
          </w:sdtContent>
        </w:sdt>
      </w:tr>
      <w:tr w:rsidRPr="00412015" w:rsidR="005B1770" w:rsidTr="00AA6C1C" w14:paraId="1C509846" w14:textId="77777777">
        <w:trPr>
          <w:trHeight w:val="1361"/>
          <w:jc w:val="center"/>
        </w:trPr>
        <w:tc>
          <w:tcPr>
            <w:tcW w:w="1980" w:type="dxa"/>
          </w:tcPr>
          <w:sdt>
            <w:sdtPr>
              <w:rPr>
                <w:rFonts w:ascii="QBE Sans" w:hAnsi="QBE Sans" w:eastAsia="MS Mincho" w:cs="QBE Sans"/>
                <w:sz w:val="20"/>
                <w:szCs w:val="20"/>
              </w:rPr>
              <w:id w:val="-1936654087"/>
              <w:lock w:val="sdtContentLocked"/>
              <w:placeholder>
                <w:docPart w:val="48BECBCBFF4A44B5815C841D750D3C9F"/>
              </w:placeholder>
            </w:sdtPr>
            <w:sdtEndPr/>
            <w:sdtContent>
              <w:p w:rsidRPr="00412015" w:rsidR="005B1770" w:rsidRDefault="005B1770" w14:paraId="5CEAFA10" w14:textId="39E93FC3">
                <w:pPr>
                  <w:spacing w:after="0" w:line="240" w:lineRule="auto"/>
                  <w:rPr>
                    <w:rFonts w:ascii="QBE Sans" w:hAnsi="QBE Sans" w:eastAsia="MS Mincho" w:cs="QBE Sans"/>
                    <w:sz w:val="20"/>
                    <w:szCs w:val="20"/>
                  </w:rPr>
                </w:pPr>
                <w:r w:rsidRPr="00412015">
                  <w:rPr>
                    <w:rFonts w:ascii="QBE Sans" w:hAnsi="QBE Sans" w:eastAsia="MS Mincho" w:cs="QBE Sans"/>
                    <w:sz w:val="20"/>
                    <w:szCs w:val="20"/>
                  </w:rPr>
                  <w:t>Bilge high-level alarms (all compartments where</w:t>
                </w:r>
                <w:r>
                  <w:rPr>
                    <w:rFonts w:ascii="QBE Sans" w:hAnsi="QBE Sans" w:eastAsia="MS Mincho" w:cs="QBE Sans"/>
                    <w:sz w:val="20"/>
                    <w:szCs w:val="20"/>
                  </w:rPr>
                  <w:t xml:space="preserve"> possible</w:t>
                </w:r>
                <w:r w:rsidRPr="00412015">
                  <w:rPr>
                    <w:rFonts w:ascii="QBE Sans" w:hAnsi="QBE Sans" w:eastAsia="MS Mincho" w:cs="QBE Sans"/>
                    <w:sz w:val="20"/>
                    <w:szCs w:val="20"/>
                  </w:rPr>
                  <w:t>)</w:t>
                </w:r>
              </w:p>
            </w:sdtContent>
          </w:sdt>
        </w:tc>
        <w:sdt>
          <w:sdtPr>
            <w:rPr>
              <w:rFonts w:ascii="QBE Sans" w:hAnsi="QBE Sans" w:eastAsia="MS Mincho" w:cs="QBE Sans"/>
            </w:rPr>
            <w:id w:val="-1795901383"/>
            <w:placeholder>
              <w:docPart w:val="43B2D4BB3DDA44A290B95A71878DD98C"/>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3D881B3E" w14:textId="1BB4199F">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2989F4CA" w14:textId="77777777">
            <w:pPr>
              <w:spacing w:after="0" w:line="240" w:lineRule="auto"/>
              <w:rPr>
                <w:rFonts w:ascii="QBE Sans" w:hAnsi="QBE Sans" w:eastAsia="MS Mincho" w:cs="QBE Sans"/>
              </w:rPr>
            </w:pPr>
          </w:p>
        </w:tc>
        <w:tc>
          <w:tcPr>
            <w:tcW w:w="1805" w:type="dxa"/>
          </w:tcPr>
          <w:p w:rsidRPr="00412015" w:rsidR="005B1770" w:rsidRDefault="005B1770" w14:paraId="2C80A600" w14:textId="77777777">
            <w:pPr>
              <w:spacing w:after="0" w:line="240" w:lineRule="auto"/>
              <w:rPr>
                <w:rFonts w:ascii="QBE Sans" w:hAnsi="QBE Sans" w:eastAsia="MS Mincho" w:cs="QBE Sans"/>
              </w:rPr>
            </w:pPr>
          </w:p>
        </w:tc>
        <w:sdt>
          <w:sdtPr>
            <w:rPr>
              <w:rFonts w:ascii="QBE Sans" w:hAnsi="QBE Sans" w:eastAsia="MS Mincho" w:cs="QBE Sans"/>
            </w:rPr>
            <w:id w:val="1164595785"/>
            <w:placeholder>
              <w:docPart w:val="63A136C9E119419A8EB1A478563D9119"/>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5E6D25D0" w14:textId="122F0D94">
                <w:pPr>
                  <w:spacing w:after="0" w:line="240" w:lineRule="auto"/>
                  <w:rPr>
                    <w:rFonts w:ascii="QBE Sans" w:hAnsi="QBE Sans" w:eastAsia="MS Mincho" w:cs="QBE Sans"/>
                  </w:rPr>
                </w:pPr>
                <w:r w:rsidRPr="004C1EA9">
                  <w:rPr>
                    <w:rStyle w:val="PlaceholderText"/>
                  </w:rPr>
                  <w:t>Choose an item.</w:t>
                </w:r>
              </w:p>
            </w:tc>
          </w:sdtContent>
        </w:sdt>
      </w:tr>
      <w:tr w:rsidRPr="00412015" w:rsidR="005B1770" w:rsidTr="00AA6C1C" w14:paraId="380B6E11" w14:textId="77777777">
        <w:trPr>
          <w:trHeight w:val="1361"/>
          <w:jc w:val="center"/>
        </w:trPr>
        <w:tc>
          <w:tcPr>
            <w:tcW w:w="1980" w:type="dxa"/>
          </w:tcPr>
          <w:sdt>
            <w:sdtPr>
              <w:rPr>
                <w:rFonts w:ascii="QBE Sans" w:hAnsi="QBE Sans" w:eastAsia="MS Mincho" w:cs="QBE Sans"/>
                <w:sz w:val="20"/>
                <w:szCs w:val="20"/>
              </w:rPr>
              <w:id w:val="937951367"/>
              <w:lock w:val="sdtContentLocked"/>
              <w:placeholder>
                <w:docPart w:val="48BECBCBFF4A44B5815C841D750D3C9F"/>
              </w:placeholder>
            </w:sdtPr>
            <w:sdtEndPr/>
            <w:sdtContent>
              <w:p w:rsidRPr="00412015" w:rsidR="005B1770" w:rsidRDefault="005B1770" w14:paraId="5AEE64A2" w14:textId="6D882B5B">
                <w:pPr>
                  <w:spacing w:after="0" w:line="240" w:lineRule="auto"/>
                  <w:rPr>
                    <w:rFonts w:ascii="QBE Sans" w:hAnsi="QBE Sans" w:eastAsia="MS Mincho" w:cs="QBE Sans"/>
                    <w:sz w:val="20"/>
                    <w:szCs w:val="20"/>
                  </w:rPr>
                </w:pPr>
                <w:r w:rsidRPr="00412015">
                  <w:rPr>
                    <w:rFonts w:ascii="QBE Sans" w:hAnsi="QBE Sans" w:eastAsia="MS Mincho" w:cs="QBE Sans"/>
                    <w:sz w:val="20"/>
                    <w:szCs w:val="20"/>
                  </w:rPr>
                  <w:t>Emergency fire pump (start and verify pressure)</w:t>
                </w:r>
              </w:p>
            </w:sdtContent>
          </w:sdt>
        </w:tc>
        <w:sdt>
          <w:sdtPr>
            <w:rPr>
              <w:rFonts w:ascii="QBE Sans" w:hAnsi="QBE Sans" w:eastAsia="MS Mincho" w:cs="QBE Sans"/>
            </w:rPr>
            <w:id w:val="-1206173464"/>
            <w:placeholder>
              <w:docPart w:val="A57ECF11BE3646C087764B8E7E1BDD02"/>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06978554" w14:textId="2EA405B1">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7DE29F42" w14:textId="77777777">
            <w:pPr>
              <w:spacing w:after="0" w:line="240" w:lineRule="auto"/>
              <w:rPr>
                <w:rFonts w:ascii="QBE Sans" w:hAnsi="QBE Sans" w:eastAsia="MS Mincho" w:cs="QBE Sans"/>
              </w:rPr>
            </w:pPr>
          </w:p>
        </w:tc>
        <w:tc>
          <w:tcPr>
            <w:tcW w:w="1805" w:type="dxa"/>
          </w:tcPr>
          <w:p w:rsidRPr="00412015" w:rsidR="005B1770" w:rsidRDefault="005B1770" w14:paraId="7A04AC92" w14:textId="77777777">
            <w:pPr>
              <w:spacing w:after="0" w:line="240" w:lineRule="auto"/>
              <w:rPr>
                <w:rFonts w:ascii="QBE Sans" w:hAnsi="QBE Sans" w:eastAsia="MS Mincho" w:cs="QBE Sans"/>
              </w:rPr>
            </w:pPr>
          </w:p>
        </w:tc>
        <w:sdt>
          <w:sdtPr>
            <w:rPr>
              <w:rFonts w:ascii="QBE Sans" w:hAnsi="QBE Sans" w:eastAsia="MS Mincho" w:cs="QBE Sans"/>
            </w:rPr>
            <w:id w:val="898251071"/>
            <w:placeholder>
              <w:docPart w:val="FB86BC8F45DC42C3B21902843820A2C2"/>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205D5826" w14:textId="42F7A845">
                <w:pPr>
                  <w:spacing w:after="0" w:line="240" w:lineRule="auto"/>
                  <w:rPr>
                    <w:rFonts w:ascii="QBE Sans" w:hAnsi="QBE Sans" w:eastAsia="MS Mincho" w:cs="QBE Sans"/>
                  </w:rPr>
                </w:pPr>
                <w:r w:rsidRPr="004C1EA9">
                  <w:rPr>
                    <w:rStyle w:val="PlaceholderText"/>
                  </w:rPr>
                  <w:t>Choose an item.</w:t>
                </w:r>
              </w:p>
            </w:tc>
          </w:sdtContent>
        </w:sdt>
      </w:tr>
      <w:tr w:rsidRPr="00412015" w:rsidR="005B1770" w:rsidTr="00AA6C1C" w14:paraId="694CA6BE" w14:textId="77777777">
        <w:trPr>
          <w:trHeight w:val="1361"/>
          <w:jc w:val="center"/>
        </w:trPr>
        <w:sdt>
          <w:sdtPr>
            <w:rPr>
              <w:rFonts w:ascii="QBE Sans" w:hAnsi="QBE Sans" w:eastAsia="MS Mincho" w:cs="QBE Sans"/>
              <w:sz w:val="20"/>
              <w:szCs w:val="20"/>
            </w:rPr>
            <w:id w:val="-979766538"/>
            <w:lock w:val="sdtContentLocked"/>
            <w:placeholder>
              <w:docPart w:val="48BECBCBFF4A44B5815C841D750D3C9F"/>
            </w:placeholder>
          </w:sdtPr>
          <w:sdtEndPr/>
          <w:sdtContent>
            <w:tc>
              <w:tcPr>
                <w:tcW w:w="1980" w:type="dxa"/>
              </w:tcPr>
              <w:p w:rsidRPr="00412015" w:rsidR="005B1770" w:rsidRDefault="005B1770" w14:paraId="298A47DC" w14:textId="658CBA20">
                <w:pPr>
                  <w:spacing w:after="0" w:line="240" w:lineRule="auto"/>
                  <w:rPr>
                    <w:rFonts w:ascii="QBE Sans" w:hAnsi="QBE Sans" w:eastAsia="MS Mincho" w:cs="QBE Sans"/>
                    <w:sz w:val="20"/>
                    <w:szCs w:val="20"/>
                  </w:rPr>
                </w:pPr>
                <w:r w:rsidRPr="00412015">
                  <w:rPr>
                    <w:rFonts w:ascii="QBE Sans" w:hAnsi="QBE Sans" w:eastAsia="MS Mincho" w:cs="QBE Sans"/>
                    <w:sz w:val="20"/>
                    <w:szCs w:val="20"/>
                  </w:rPr>
                  <w:t>Steering gear changeover (manual/emergen</w:t>
                </w:r>
                <w:r>
                  <w:rPr>
                    <w:rFonts w:ascii="QBE Sans" w:hAnsi="QBE Sans" w:eastAsia="MS Mincho" w:cs="QBE Sans"/>
                    <w:sz w:val="20"/>
                    <w:szCs w:val="20"/>
                  </w:rPr>
                  <w:t>c</w:t>
                </w:r>
                <w:r w:rsidRPr="00412015">
                  <w:rPr>
                    <w:rFonts w:ascii="QBE Sans" w:hAnsi="QBE Sans" w:eastAsia="MS Mincho" w:cs="QBE Sans"/>
                    <w:sz w:val="20"/>
                    <w:szCs w:val="20"/>
                  </w:rPr>
                  <w:t>y mode)</w:t>
                </w:r>
              </w:p>
            </w:tc>
          </w:sdtContent>
        </w:sdt>
        <w:sdt>
          <w:sdtPr>
            <w:rPr>
              <w:rFonts w:ascii="QBE Sans" w:hAnsi="QBE Sans" w:eastAsia="MS Mincho" w:cs="QBE Sans"/>
            </w:rPr>
            <w:id w:val="-721447958"/>
            <w:placeholder>
              <w:docPart w:val="C62ED1A613AB460382EDC940ABA565A2"/>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38F399EA" w14:textId="6F143CF5">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74647B6C" w14:textId="77777777">
            <w:pPr>
              <w:spacing w:after="0" w:line="240" w:lineRule="auto"/>
              <w:rPr>
                <w:rFonts w:ascii="QBE Sans" w:hAnsi="QBE Sans" w:eastAsia="MS Mincho" w:cs="QBE Sans"/>
              </w:rPr>
            </w:pPr>
          </w:p>
        </w:tc>
        <w:tc>
          <w:tcPr>
            <w:tcW w:w="1805" w:type="dxa"/>
          </w:tcPr>
          <w:p w:rsidRPr="00412015" w:rsidR="005B1770" w:rsidRDefault="005B1770" w14:paraId="4DDFE122" w14:textId="77777777">
            <w:pPr>
              <w:spacing w:after="0" w:line="240" w:lineRule="auto"/>
              <w:rPr>
                <w:rFonts w:ascii="QBE Sans" w:hAnsi="QBE Sans" w:eastAsia="MS Mincho" w:cs="QBE Sans"/>
              </w:rPr>
            </w:pPr>
          </w:p>
        </w:tc>
        <w:sdt>
          <w:sdtPr>
            <w:rPr>
              <w:rFonts w:ascii="QBE Sans" w:hAnsi="QBE Sans" w:eastAsia="MS Mincho" w:cs="QBE Sans"/>
            </w:rPr>
            <w:id w:val="-1679265950"/>
            <w:placeholder>
              <w:docPart w:val="25ACE23FFA3149F39B6B9C384C4F3CC6"/>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20CCBBC8" w14:textId="2A61DD8E">
                <w:pPr>
                  <w:spacing w:after="0" w:line="240" w:lineRule="auto"/>
                  <w:rPr>
                    <w:rFonts w:ascii="QBE Sans" w:hAnsi="QBE Sans" w:eastAsia="MS Mincho" w:cs="QBE Sans"/>
                  </w:rPr>
                </w:pPr>
                <w:r w:rsidRPr="004C1EA9">
                  <w:rPr>
                    <w:rStyle w:val="PlaceholderText"/>
                  </w:rPr>
                  <w:t>Choose an item.</w:t>
                </w:r>
              </w:p>
            </w:tc>
          </w:sdtContent>
        </w:sdt>
      </w:tr>
      <w:tr w:rsidRPr="00412015" w:rsidR="005B1770" w:rsidTr="00AA6C1C" w14:paraId="4B775B9A" w14:textId="77777777">
        <w:trPr>
          <w:trHeight w:val="1361"/>
          <w:jc w:val="center"/>
        </w:trPr>
        <w:tc>
          <w:tcPr>
            <w:tcW w:w="1980" w:type="dxa"/>
          </w:tcPr>
          <w:sdt>
            <w:sdtPr>
              <w:rPr>
                <w:rFonts w:ascii="QBE Sans" w:hAnsi="QBE Sans" w:cs="QBE Sans"/>
                <w:sz w:val="20"/>
                <w:szCs w:val="20"/>
              </w:rPr>
              <w:id w:val="797799594"/>
              <w:lock w:val="sdtContentLocked"/>
              <w:placeholder>
                <w:docPart w:val="48BECBCBFF4A44B5815C841D750D3C9F"/>
              </w:placeholder>
            </w:sdtPr>
            <w:sdtEndPr/>
            <w:sdtContent>
              <w:p w:rsidRPr="00412015" w:rsidR="005B1770" w:rsidRDefault="005B1770" w14:paraId="002273E7" w14:textId="22565992">
                <w:pPr>
                  <w:spacing w:after="0" w:line="240" w:lineRule="auto"/>
                  <w:rPr>
                    <w:rFonts w:ascii="QBE Sans" w:hAnsi="QBE Sans" w:eastAsia="MS Mincho" w:cs="QBE Sans"/>
                    <w:sz w:val="20"/>
                    <w:szCs w:val="20"/>
                  </w:rPr>
                </w:pPr>
                <w:r w:rsidRPr="00412015">
                  <w:rPr>
                    <w:rFonts w:ascii="QBE Sans" w:hAnsi="QBE Sans" w:cs="QBE Sans"/>
                    <w:sz w:val="20"/>
                    <w:szCs w:val="20"/>
                  </w:rPr>
                  <w:t>Hatch covers – ultrasonic or hose test (if applicable)</w:t>
                </w:r>
                <w:r>
                  <w:rPr>
                    <w:rFonts w:ascii="QBE Sans" w:hAnsi="QBE Sans" w:cs="QBE Sans"/>
                    <w:sz w:val="20"/>
                    <w:szCs w:val="20"/>
                  </w:rPr>
                  <w:t>-Include photos of sealing arrangement</w:t>
                </w:r>
              </w:p>
            </w:sdtContent>
          </w:sdt>
        </w:tc>
        <w:sdt>
          <w:sdtPr>
            <w:rPr>
              <w:rFonts w:ascii="QBE Sans" w:hAnsi="QBE Sans" w:eastAsia="MS Mincho" w:cs="QBE Sans"/>
            </w:rPr>
            <w:id w:val="1608541049"/>
            <w:placeholder>
              <w:docPart w:val="C5F734915E7F45A68F3FD25F942DB8A6"/>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44C51AB7" w14:textId="37CC2F19">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589EC85B" w14:textId="77777777">
            <w:pPr>
              <w:spacing w:after="0" w:line="240" w:lineRule="auto"/>
              <w:rPr>
                <w:rFonts w:ascii="QBE Sans" w:hAnsi="QBE Sans" w:eastAsia="MS Mincho" w:cs="QBE Sans"/>
              </w:rPr>
            </w:pPr>
          </w:p>
        </w:tc>
        <w:tc>
          <w:tcPr>
            <w:tcW w:w="1805" w:type="dxa"/>
          </w:tcPr>
          <w:p w:rsidRPr="00412015" w:rsidR="005B1770" w:rsidRDefault="005B1770" w14:paraId="5E79262B" w14:textId="77777777">
            <w:pPr>
              <w:spacing w:after="0" w:line="240" w:lineRule="auto"/>
              <w:rPr>
                <w:rFonts w:ascii="QBE Sans" w:hAnsi="QBE Sans" w:eastAsia="MS Mincho" w:cs="QBE Sans"/>
              </w:rPr>
            </w:pPr>
          </w:p>
        </w:tc>
        <w:sdt>
          <w:sdtPr>
            <w:rPr>
              <w:rFonts w:ascii="QBE Sans" w:hAnsi="QBE Sans" w:eastAsia="MS Mincho" w:cs="QBE Sans"/>
            </w:rPr>
            <w:id w:val="-591313568"/>
            <w:placeholder>
              <w:docPart w:val="E60F552AF1894517BF430B4D9388E6A1"/>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68BA3B07" w14:textId="6835DBC3">
                <w:pPr>
                  <w:spacing w:after="0" w:line="240" w:lineRule="auto"/>
                  <w:rPr>
                    <w:rFonts w:ascii="QBE Sans" w:hAnsi="QBE Sans" w:eastAsia="MS Mincho" w:cs="QBE Sans"/>
                  </w:rPr>
                </w:pPr>
                <w:r w:rsidRPr="004C1EA9">
                  <w:rPr>
                    <w:rStyle w:val="PlaceholderText"/>
                  </w:rPr>
                  <w:t>Choose an item.</w:t>
                </w:r>
              </w:p>
            </w:tc>
          </w:sdtContent>
        </w:sdt>
      </w:tr>
      <w:tr w:rsidRPr="00412015" w:rsidR="005B1770" w:rsidTr="00AA6C1C" w14:paraId="1C207080" w14:textId="77777777">
        <w:trPr>
          <w:trHeight w:val="1361"/>
          <w:jc w:val="center"/>
        </w:trPr>
        <w:tc>
          <w:tcPr>
            <w:tcW w:w="1980" w:type="dxa"/>
          </w:tcPr>
          <w:sdt>
            <w:sdtPr>
              <w:rPr>
                <w:rFonts w:ascii="QBE Sans" w:hAnsi="QBE Sans" w:cs="QBE Sans"/>
                <w:sz w:val="20"/>
                <w:szCs w:val="20"/>
              </w:rPr>
              <w:id w:val="1003394550"/>
              <w:lock w:val="sdtContentLocked"/>
              <w:placeholder>
                <w:docPart w:val="48BECBCBFF4A44B5815C841D750D3C9F"/>
              </w:placeholder>
            </w:sdtPr>
            <w:sdtEndPr/>
            <w:sdtContent>
              <w:p w:rsidRPr="00412015" w:rsidR="005B1770" w:rsidRDefault="005B1770" w14:paraId="5B7E4BB6" w14:textId="47BFA344">
                <w:pPr>
                  <w:spacing w:after="0" w:line="240" w:lineRule="auto"/>
                  <w:rPr>
                    <w:rFonts w:ascii="QBE Sans" w:hAnsi="QBE Sans" w:eastAsia="MS Mincho" w:cs="QBE Sans"/>
                    <w:sz w:val="20"/>
                    <w:szCs w:val="20"/>
                  </w:rPr>
                </w:pPr>
                <w:r w:rsidRPr="00412015">
                  <w:rPr>
                    <w:rFonts w:ascii="QBE Sans" w:hAnsi="QBE Sans" w:cs="QBE Sans"/>
                    <w:sz w:val="20"/>
                    <w:szCs w:val="20"/>
                  </w:rPr>
                  <w:t>Ballast tanks &amp; cargo hold bilges – operation / ingress check (if applicable)</w:t>
                </w:r>
              </w:p>
            </w:sdtContent>
          </w:sdt>
        </w:tc>
        <w:sdt>
          <w:sdtPr>
            <w:rPr>
              <w:rFonts w:ascii="QBE Sans" w:hAnsi="QBE Sans" w:eastAsia="MS Mincho" w:cs="QBE Sans"/>
            </w:rPr>
            <w:id w:val="496008561"/>
            <w:placeholder>
              <w:docPart w:val="9A7B24678F374E8E8A626C943E22490E"/>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172B5CF0" w14:textId="541A347A">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7599122A" w14:textId="77777777">
            <w:pPr>
              <w:spacing w:after="0" w:line="240" w:lineRule="auto"/>
              <w:rPr>
                <w:rFonts w:ascii="QBE Sans" w:hAnsi="QBE Sans" w:eastAsia="MS Mincho" w:cs="QBE Sans"/>
              </w:rPr>
            </w:pPr>
          </w:p>
        </w:tc>
        <w:tc>
          <w:tcPr>
            <w:tcW w:w="1805" w:type="dxa"/>
          </w:tcPr>
          <w:p w:rsidRPr="00412015" w:rsidR="005B1770" w:rsidRDefault="005B1770" w14:paraId="0C5AD131" w14:textId="77777777">
            <w:pPr>
              <w:spacing w:after="0" w:line="240" w:lineRule="auto"/>
              <w:rPr>
                <w:rFonts w:ascii="QBE Sans" w:hAnsi="QBE Sans" w:eastAsia="MS Mincho" w:cs="QBE Sans"/>
              </w:rPr>
            </w:pPr>
          </w:p>
        </w:tc>
        <w:sdt>
          <w:sdtPr>
            <w:rPr>
              <w:rFonts w:ascii="QBE Sans" w:hAnsi="QBE Sans" w:eastAsia="MS Mincho" w:cs="QBE Sans"/>
            </w:rPr>
            <w:id w:val="816844375"/>
            <w:placeholder>
              <w:docPart w:val="8F9457A5A7204B86B74A49FB1A90AC47"/>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13180910" w14:textId="31AD8F94">
                <w:pPr>
                  <w:spacing w:after="0" w:line="240" w:lineRule="auto"/>
                  <w:rPr>
                    <w:rFonts w:ascii="QBE Sans" w:hAnsi="QBE Sans" w:eastAsia="MS Mincho" w:cs="QBE Sans"/>
                  </w:rPr>
                </w:pPr>
                <w:r w:rsidRPr="004C1EA9">
                  <w:rPr>
                    <w:rStyle w:val="PlaceholderText"/>
                  </w:rPr>
                  <w:t>Choose an item.</w:t>
                </w:r>
              </w:p>
            </w:tc>
          </w:sdtContent>
        </w:sdt>
      </w:tr>
      <w:tr w:rsidRPr="00412015" w:rsidR="005B1770" w:rsidTr="009A2880" w14:paraId="31598FDC" w14:textId="77777777">
        <w:trPr>
          <w:trHeight w:val="1657"/>
          <w:jc w:val="center"/>
        </w:trPr>
        <w:tc>
          <w:tcPr>
            <w:tcW w:w="1980" w:type="dxa"/>
          </w:tcPr>
          <w:sdt>
            <w:sdtPr>
              <w:rPr>
                <w:rFonts w:ascii="QBE Sans" w:hAnsi="QBE Sans" w:cs="QBE Sans"/>
                <w:sz w:val="20"/>
                <w:szCs w:val="20"/>
              </w:rPr>
              <w:id w:val="1850062489"/>
              <w:lock w:val="sdtContentLocked"/>
              <w:placeholder>
                <w:docPart w:val="48BECBCBFF4A44B5815C841D750D3C9F"/>
              </w:placeholder>
            </w:sdtPr>
            <w:sdtEndPr>
              <w:rPr>
                <w:lang w:val="en-GB"/>
              </w:rPr>
            </w:sdtEndPr>
            <w:sdtContent>
              <w:p w:rsidRPr="00412015" w:rsidR="005B1770" w:rsidP="00171AE9" w:rsidRDefault="005B1770" w14:paraId="5034DB3E" w14:textId="33008CB8">
                <w:pPr>
                  <w:spacing w:after="0" w:line="240" w:lineRule="auto"/>
                  <w:rPr>
                    <w:rFonts w:ascii="QBE Sans" w:hAnsi="QBE Sans" w:cs="QBE Sans"/>
                    <w:sz w:val="20"/>
                    <w:szCs w:val="20"/>
                    <w:lang w:val="en-GB"/>
                  </w:rPr>
                </w:pPr>
                <w:r w:rsidRPr="00412015">
                  <w:rPr>
                    <w:rFonts w:ascii="QBE Sans" w:hAnsi="QBE Sans" w:cs="QBE Sans"/>
                    <w:sz w:val="20"/>
                    <w:szCs w:val="20"/>
                  </w:rPr>
                  <w:t>Smoke detectors - Optional / where permitted (</w:t>
                </w:r>
                <w:r w:rsidRPr="00412015">
                  <w:rPr>
                    <w:rFonts w:ascii="QBE Sans" w:hAnsi="QBE Sans" w:cs="QBE Sans"/>
                    <w:sz w:val="20"/>
                    <w:szCs w:val="20"/>
                    <w:lang w:val="en-GB"/>
                  </w:rPr>
                  <w:t>Test using approved smoke aerosol only. Do not use open flame).</w:t>
                </w:r>
              </w:p>
            </w:sdtContent>
          </w:sdt>
          <w:p w:rsidRPr="00412015" w:rsidR="005B1770" w:rsidRDefault="005B1770" w14:paraId="2EE9694D" w14:textId="16CBB9CF">
            <w:pPr>
              <w:spacing w:after="0" w:line="240" w:lineRule="auto"/>
              <w:rPr>
                <w:rFonts w:ascii="QBE Sans" w:hAnsi="QBE Sans" w:cs="QBE Sans"/>
                <w:sz w:val="20"/>
                <w:szCs w:val="20"/>
              </w:rPr>
            </w:pPr>
          </w:p>
        </w:tc>
        <w:sdt>
          <w:sdtPr>
            <w:rPr>
              <w:rFonts w:ascii="QBE Sans" w:hAnsi="QBE Sans" w:eastAsia="MS Mincho" w:cs="QBE Sans"/>
            </w:rPr>
            <w:id w:val="1746688733"/>
            <w:placeholder>
              <w:docPart w:val="59F4DF87A9F74F049460131BA33E6FA7"/>
            </w:placeholder>
            <w:showingPlcHdr/>
            <w:dropDownList>
              <w:listItem w:value="Choose an item."/>
              <w:listItem w:displayText="Yes" w:value="Yes"/>
              <w:listItem w:displayText="NOT TESTED" w:value="NOT TESTED"/>
              <w:listItem w:displayText="N/A" w:value="N/A"/>
            </w:dropDownList>
          </w:sdtPr>
          <w:sdtEndPr/>
          <w:sdtContent>
            <w:tc>
              <w:tcPr>
                <w:tcW w:w="1630" w:type="dxa"/>
              </w:tcPr>
              <w:p w:rsidRPr="00412015" w:rsidR="005B1770" w:rsidRDefault="005B1770" w14:paraId="4B79860A" w14:textId="12DDE4F1">
                <w:pPr>
                  <w:spacing w:after="0" w:line="240" w:lineRule="auto"/>
                  <w:rPr>
                    <w:rFonts w:ascii="QBE Sans" w:hAnsi="QBE Sans" w:eastAsia="MS Mincho" w:cs="QBE Sans"/>
                  </w:rPr>
                </w:pPr>
                <w:r w:rsidRPr="00932A52">
                  <w:rPr>
                    <w:rStyle w:val="PlaceholderText"/>
                  </w:rPr>
                  <w:t>Choose an item.</w:t>
                </w:r>
              </w:p>
            </w:tc>
          </w:sdtContent>
        </w:sdt>
        <w:tc>
          <w:tcPr>
            <w:tcW w:w="1805" w:type="dxa"/>
          </w:tcPr>
          <w:p w:rsidRPr="00412015" w:rsidR="005B1770" w:rsidRDefault="005B1770" w14:paraId="10180A06" w14:textId="77777777">
            <w:pPr>
              <w:spacing w:after="0" w:line="240" w:lineRule="auto"/>
              <w:rPr>
                <w:rFonts w:ascii="QBE Sans" w:hAnsi="QBE Sans" w:eastAsia="MS Mincho" w:cs="QBE Sans"/>
              </w:rPr>
            </w:pPr>
          </w:p>
        </w:tc>
        <w:tc>
          <w:tcPr>
            <w:tcW w:w="1805" w:type="dxa"/>
          </w:tcPr>
          <w:p w:rsidRPr="00412015" w:rsidR="005B1770" w:rsidRDefault="005B1770" w14:paraId="05453A3C" w14:textId="77777777">
            <w:pPr>
              <w:spacing w:after="0" w:line="240" w:lineRule="auto"/>
              <w:rPr>
                <w:rFonts w:ascii="QBE Sans" w:hAnsi="QBE Sans" w:eastAsia="MS Mincho" w:cs="QBE Sans"/>
              </w:rPr>
            </w:pPr>
          </w:p>
        </w:tc>
        <w:sdt>
          <w:sdtPr>
            <w:rPr>
              <w:rFonts w:ascii="QBE Sans" w:hAnsi="QBE Sans" w:eastAsia="MS Mincho" w:cs="QBE Sans"/>
            </w:rPr>
            <w:id w:val="1235436579"/>
            <w:placeholder>
              <w:docPart w:val="3E836076F2EF41388929DEF3ED71890D"/>
            </w:placeholder>
            <w:showingPlcHdr/>
            <w:dropDownList>
              <w:listItem w:value="Choose an item."/>
              <w:listItem w:displayText="Safety risk " w:value="Safety risk "/>
              <w:listItem w:displayText="Vessel operations " w:value="Vessel operations "/>
              <w:listItem w:displayText="Access restricted " w:value="Access restricted "/>
              <w:listItem w:displayText="Equipment inoperative " w:value="Equipment inoperative "/>
              <w:listItem w:displayText="Crew unavailable " w:value="Crew unavailable "/>
              <w:listItem w:displayText="Time limitation " w:value="Time limitation "/>
              <w:listItem w:displayText="Other (explain)" w:value="Other (explain)"/>
            </w:dropDownList>
          </w:sdtPr>
          <w:sdtEndPr/>
          <w:sdtContent>
            <w:tc>
              <w:tcPr>
                <w:tcW w:w="1806" w:type="dxa"/>
              </w:tcPr>
              <w:p w:rsidRPr="00412015" w:rsidR="005B1770" w:rsidRDefault="005B1770" w14:paraId="4BD7D029" w14:textId="1C697BC7">
                <w:pPr>
                  <w:spacing w:after="0" w:line="240" w:lineRule="auto"/>
                  <w:rPr>
                    <w:rFonts w:ascii="QBE Sans" w:hAnsi="QBE Sans" w:eastAsia="MS Mincho" w:cs="QBE Sans"/>
                  </w:rPr>
                </w:pPr>
                <w:r w:rsidRPr="004C1EA9">
                  <w:rPr>
                    <w:rStyle w:val="PlaceholderText"/>
                  </w:rPr>
                  <w:t>Choose an item.</w:t>
                </w:r>
              </w:p>
            </w:tc>
          </w:sdtContent>
        </w:sdt>
      </w:tr>
    </w:tbl>
    <w:p w:rsidRPr="00412015" w:rsidR="001670E7" w:rsidP="00845C1D" w:rsidRDefault="000069EA" w14:paraId="321962B2" w14:textId="4198121D">
      <w:pPr>
        <w:tabs>
          <w:tab w:val="left" w:pos="3855"/>
        </w:tabs>
        <w:rPr>
          <w:rFonts w:ascii="QBE Sans" w:hAnsi="QBE Sans" w:eastAsia="Times New Roman" w:cs="QBE Sans"/>
          <w:lang w:eastAsia="en-GB"/>
        </w:rPr>
        <w:sectPr w:rsidRPr="00412015" w:rsidR="001670E7">
          <w:headerReference w:type="default" r:id="rId22"/>
          <w:footerReference w:type="default" r:id="rId23"/>
          <w:headerReference w:type="first" r:id="rId24"/>
          <w:footerReference w:type="first" r:id="rId25"/>
          <w:pgSz w:w="11906" w:h="16838" w:orient="portrait"/>
          <w:pgMar w:top="1134" w:right="1440" w:bottom="1134" w:left="1440" w:header="709" w:footer="709" w:gutter="0"/>
          <w:cols w:space="720"/>
          <w:formProt w:val="0"/>
          <w:docGrid w:linePitch="360" w:charSpace="4096"/>
        </w:sectPr>
      </w:pPr>
      <w:r w:rsidRPr="00412015">
        <w:rPr>
          <w:rFonts w:ascii="QBE Sans" w:hAnsi="QBE Sans" w:cs="QBE Sans"/>
          <w:lang w:eastAsia="en-GB"/>
        </w:rPr>
        <w:tab/>
      </w:r>
    </w:p>
    <w:sdt>
      <w:sdtPr>
        <w:id w:val="182023679"/>
        <w:lock w:val="sdtLocked"/>
        <w:placeholder>
          <w:docPart w:val="DefaultPlaceholder_-1854013440"/>
        </w:placeholder>
        <w:rPr>
          <w:rFonts w:ascii="QBE Sans" w:hAnsi="QBE Sans" w:eastAsia="" w:cs="QBE Sans" w:eastAsiaTheme="minorEastAsia"/>
          <w:b w:val="0"/>
          <w:bCs w:val="0"/>
          <w:color w:val="auto"/>
          <w:sz w:val="22"/>
          <w:szCs w:val="22"/>
        </w:rPr>
      </w:sdtPr>
      <w:sdtEndPr>
        <w:rPr>
          <w:rFonts w:ascii="QBE Sans" w:hAnsi="QBE Sans" w:eastAsia="" w:cs="QBE Sans" w:eastAsiaTheme="minorEastAsia"/>
          <w:b w:val="0"/>
          <w:bCs w:val="0"/>
          <w:color w:val="auto"/>
          <w:sz w:val="20"/>
          <w:szCs w:val="20"/>
        </w:rPr>
      </w:sdtEndPr>
      <w:sdtContent>
        <w:p w:rsidRPr="00A05AAE" w:rsidR="001670E7" w:rsidP="00171B5A" w:rsidRDefault="00914A77" w14:paraId="12EC09A7" w14:textId="248B0C8A">
          <w:pPr>
            <w:pStyle w:val="Heading1"/>
            <w:spacing w:before="0" w:line="240" w:lineRule="auto"/>
            <w:rPr>
              <w:rFonts w:ascii="QBE Sans" w:hAnsi="QBE Sans" w:cs="QBE Sans"/>
            </w:rPr>
          </w:pPr>
          <w:r w:rsidRPr="00A05AAE">
            <w:rPr>
              <w:rFonts w:ascii="QBE Sans" w:hAnsi="QBE Sans" w:cs="QBE Sans"/>
            </w:rPr>
            <w:t xml:space="preserve">SECTION 4 – Hazards &amp; Corrective Actions </w:t>
          </w:r>
        </w:p>
        <w:p w:rsidRPr="00171B5A" w:rsidR="00171B5A" w:rsidP="00171B5A" w:rsidRDefault="00171B5A" w14:paraId="1A849C6E" w14:textId="24946F93">
          <w:pPr>
            <w:spacing w:after="0" w:line="240" w:lineRule="auto"/>
            <w:rPr>
              <w:rFonts w:ascii="QBE Sans" w:hAnsi="QBE Sans" w:cs="QBE Sans"/>
              <w:sz w:val="20"/>
              <w:szCs w:val="20"/>
              <w:lang w:val="en-GB" w:eastAsia="en-GB"/>
            </w:rPr>
          </w:pPr>
          <w:r w:rsidRPr="00171B5A">
            <w:rPr>
              <w:rFonts w:ascii="QBE Sans" w:hAnsi="QBE Sans" w:cs="QBE Sans"/>
              <w:sz w:val="20"/>
              <w:szCs w:val="20"/>
              <w:lang w:val="en-GB" w:eastAsia="en-GB"/>
            </w:rPr>
            <w:t xml:space="preserve">Record all material hazards identified during the survey. </w:t>
          </w:r>
          <w:r w:rsidRPr="009C7FF8">
            <w:rPr>
              <w:rFonts w:ascii="QBE Sans" w:hAnsi="QBE Sans" w:cs="QBE Sans"/>
              <w:b/>
              <w:bCs/>
              <w:sz w:val="20"/>
              <w:szCs w:val="20"/>
              <w:lang w:val="en-GB" w:eastAsia="en-GB"/>
            </w:rPr>
            <w:t>Additional rows may be added</w:t>
          </w:r>
          <w:r w:rsidRPr="00171B5A">
            <w:rPr>
              <w:rFonts w:ascii="QBE Sans" w:hAnsi="QBE Sans" w:cs="QBE Sans"/>
              <w:sz w:val="20"/>
              <w:szCs w:val="20"/>
              <w:lang w:val="en-GB" w:eastAsia="en-GB"/>
            </w:rPr>
            <w:t>. If no hazards are recorded, provide a clear justification referencing the vessel’s condition, trade/operation at the time of survey, and any scope limitations that could reasonably affect hazard identification.</w:t>
          </w:r>
        </w:p>
        <w:p w:rsidRPr="00171B5A" w:rsidR="00171B5A" w:rsidP="00171B5A" w:rsidRDefault="00171B5A" w14:paraId="763BF8B1" w14:textId="13992038">
          <w:pPr>
            <w:spacing w:after="0" w:line="240" w:lineRule="auto"/>
            <w:rPr>
              <w:rFonts w:ascii="QBE Sans" w:hAnsi="QBE Sans" w:cs="QBE Sans"/>
              <w:sz w:val="20"/>
              <w:szCs w:val="20"/>
              <w:lang w:val="en-GB" w:eastAsia="en-GB"/>
            </w:rPr>
          </w:pPr>
          <w:r w:rsidRPr="00171B5A">
            <w:rPr>
              <w:rFonts w:ascii="QBE Sans" w:hAnsi="QBE Sans" w:cs="QBE Sans"/>
              <w:sz w:val="20"/>
              <w:szCs w:val="20"/>
              <w:lang w:val="en-GB" w:eastAsia="en-GB"/>
            </w:rPr>
            <w:t>HAZARD WRITING STANDARD (MANDATORY) - Write each hazard in this format:</w:t>
          </w:r>
          <w:r w:rsidR="00695B74">
            <w:rPr>
              <w:rFonts w:ascii="QBE Sans" w:hAnsi="QBE Sans" w:cs="QBE Sans"/>
              <w:sz w:val="20"/>
              <w:szCs w:val="20"/>
              <w:lang w:val="en-GB" w:eastAsia="en-GB"/>
            </w:rPr>
            <w:t xml:space="preserve"> </w:t>
          </w:r>
          <w:r w:rsidRPr="00171B5A">
            <w:rPr>
              <w:rFonts w:ascii="QBE Sans" w:hAnsi="QBE Sans" w:cs="QBE Sans"/>
              <w:sz w:val="20"/>
              <w:szCs w:val="20"/>
              <w:lang w:val="en-GB" w:eastAsia="en-GB"/>
            </w:rPr>
            <w:t>WHAT – WHERE</w:t>
          </w:r>
          <w:r w:rsidR="00B530E8">
            <w:rPr>
              <w:rFonts w:ascii="QBE Sans" w:hAnsi="QBE Sans" w:cs="QBE Sans"/>
              <w:sz w:val="20"/>
              <w:szCs w:val="20"/>
              <w:lang w:val="en-GB" w:eastAsia="en-GB"/>
            </w:rPr>
            <w:t xml:space="preserve"> ( Location)</w:t>
          </w:r>
          <w:r w:rsidRPr="00171B5A">
            <w:rPr>
              <w:rFonts w:ascii="QBE Sans" w:hAnsi="QBE Sans" w:cs="QBE Sans"/>
              <w:sz w:val="20"/>
              <w:szCs w:val="20"/>
              <w:lang w:val="en-GB" w:eastAsia="en-GB"/>
            </w:rPr>
            <w:t xml:space="preserve"> – WHY IT MATTERS – REQUIRED ACTION.</w:t>
          </w:r>
        </w:p>
        <w:p w:rsidRPr="00FB0874" w:rsidR="001670E7" w:rsidP="00171B5A" w:rsidRDefault="00171B5A" w14:paraId="043B0DFC" w14:textId="6AA2C2C7">
          <w:pPr>
            <w:spacing w:after="0" w:line="240" w:lineRule="auto"/>
            <w:rPr>
              <w:rFonts w:ascii="QBE Sans" w:hAnsi="QBE Sans" w:cs="QBE Sans"/>
              <w:sz w:val="20"/>
              <w:szCs w:val="20"/>
              <w:lang w:val="en-GB" w:eastAsia="en-GB"/>
            </w:rPr>
          </w:pPr>
          <w:r w:rsidRPr="00171B5A">
            <w:rPr>
              <w:rFonts w:ascii="QBE Sans" w:hAnsi="QBE Sans" w:cs="QBE Sans"/>
              <w:sz w:val="20"/>
              <w:szCs w:val="20"/>
              <w:lang w:val="en-GB" w:eastAsia="en-GB"/>
            </w:rPr>
            <w:t xml:space="preserve">Example: </w:t>
          </w:r>
          <w:r w:rsidRPr="00E652E1" w:rsidR="00FB0874">
            <w:rPr>
              <w:rFonts w:ascii="QBE Sans" w:hAnsi="QBE Sans" w:cs="QBE Sans"/>
              <w:i/>
              <w:iCs/>
              <w:sz w:val="20"/>
              <w:szCs w:val="20"/>
              <w:lang w:val="en-GB" w:eastAsia="en-GB"/>
            </w:rPr>
            <w:t>Corroded hatch cover sealing rubber</w:t>
          </w:r>
          <w:r w:rsidRPr="00FB0874" w:rsidR="00FB0874">
            <w:rPr>
              <w:rFonts w:ascii="QBE Sans" w:hAnsi="QBE Sans" w:cs="QBE Sans"/>
              <w:i/>
              <w:iCs/>
              <w:sz w:val="20"/>
              <w:szCs w:val="20"/>
              <w:lang w:val="en-GB" w:eastAsia="en-GB"/>
            </w:rPr>
            <w:t xml:space="preserve"> – </w:t>
          </w:r>
          <w:r w:rsidR="00FB0874">
            <w:rPr>
              <w:rFonts w:ascii="QBE Sans" w:hAnsi="QBE Sans" w:cs="QBE Sans"/>
              <w:i/>
              <w:iCs/>
              <w:sz w:val="20"/>
              <w:szCs w:val="20"/>
              <w:lang w:val="en-GB" w:eastAsia="en-GB"/>
            </w:rPr>
            <w:t>No.1</w:t>
          </w:r>
          <w:r w:rsidRPr="00FB0874" w:rsidR="00FB0874">
            <w:rPr>
              <w:rFonts w:ascii="QBE Sans" w:hAnsi="QBE Sans" w:cs="QBE Sans"/>
              <w:i/>
              <w:iCs/>
              <w:sz w:val="20"/>
              <w:szCs w:val="20"/>
              <w:lang w:val="en-GB" w:eastAsia="en-GB"/>
            </w:rPr>
            <w:t xml:space="preserve"> cargo hold  – loss of weathertight integrity leading to water ingress and cargo damage – renew defective sealing rubbers, adjust and test hatch covers for weathertightness, and provide evidence of satisfactory testing</w:t>
          </w:r>
          <w:r w:rsidRPr="00FB0874" w:rsidR="00FB0874">
            <w:rPr>
              <w:rFonts w:ascii="QBE Sans" w:hAnsi="QBE Sans" w:cs="QBE Sans"/>
              <w:sz w:val="20"/>
              <w:szCs w:val="20"/>
              <w:lang w:val="en-GB" w:eastAsia="en-GB"/>
            </w:rPr>
            <w:t>.</w:t>
          </w:r>
        </w:p>
      </w:sdtContent>
    </w:sdt>
    <w:tbl>
      <w:tblPr>
        <w:tblW w:w="15446" w:type="dxa"/>
        <w:tblLayout w:type="fixed"/>
        <w:tblCellMar>
          <w:top w:w="15" w:type="dxa"/>
          <w:left w:w="15" w:type="dxa"/>
          <w:bottom w:w="15" w:type="dxa"/>
          <w:right w:w="15" w:type="dxa"/>
        </w:tblCellMar>
        <w:tblLook w:val="0600" w:firstRow="0" w:lastRow="0" w:firstColumn="0" w:lastColumn="0" w:noHBand="1" w:noVBand="1"/>
      </w:tblPr>
      <w:tblGrid>
        <w:gridCol w:w="376"/>
        <w:gridCol w:w="1320"/>
        <w:gridCol w:w="4111"/>
        <w:gridCol w:w="2836"/>
        <w:gridCol w:w="6803"/>
      </w:tblGrid>
      <w:sdt>
        <w:sdtPr>
          <w:rPr>
            <w:rFonts w:ascii="QBE Sans" w:hAnsi="QBE Sans" w:eastAsia="Times New Roman" w:cs="QBE Sans"/>
            <w:b/>
            <w:bCs/>
            <w:lang w:eastAsia="en-GB"/>
          </w:rPr>
          <w:id w:val="-102032018"/>
          <w:lock w:val="sdtContentLocked"/>
          <w:placeholder>
            <w:docPart w:val="DefaultPlaceholder_-1854013440"/>
          </w:placeholder>
        </w:sdtPr>
        <w:sdtEndPr/>
        <w:sdtContent>
          <w:tr w:rsidRPr="00412015" w:rsidR="00F53B08" w:rsidTr="0033164C" w14:paraId="65232EA9" w14:textId="77777777">
            <w:trPr>
              <w:tblHeader/>
            </w:trPr>
            <w:tc>
              <w:tcPr>
                <w:tcW w:w="376" w:type="dxa"/>
                <w:tcBorders>
                  <w:top w:val="single" w:color="000000" w:sz="4" w:space="0"/>
                  <w:left w:val="single" w:color="000000" w:sz="4" w:space="0"/>
                  <w:bottom w:val="single" w:color="000000" w:sz="6" w:space="0"/>
                  <w:right w:val="single" w:color="000000" w:sz="6" w:space="0"/>
                </w:tcBorders>
                <w:vAlign w:val="center"/>
              </w:tcPr>
              <w:p w:rsidRPr="00412015" w:rsidR="00F53B08" w:rsidRDefault="00F53B08" w14:paraId="68942681" w14:textId="7AC2DC7E">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No.</w:t>
                </w:r>
              </w:p>
            </w:tc>
            <w:tc>
              <w:tcPr>
                <w:tcW w:w="1320" w:type="dxa"/>
                <w:tcBorders>
                  <w:top w:val="single" w:color="000000" w:sz="4" w:space="0"/>
                  <w:left w:val="single" w:color="000000" w:sz="6" w:space="0"/>
                  <w:bottom w:val="single" w:color="000000" w:sz="6" w:space="0"/>
                  <w:right w:val="single" w:color="000000" w:sz="6" w:space="0"/>
                </w:tcBorders>
                <w:vAlign w:val="center"/>
              </w:tcPr>
              <w:p w:rsidRPr="00412015" w:rsidR="00F53B08" w:rsidRDefault="00A273DC" w14:paraId="16961847" w14:textId="76B3525B">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 xml:space="preserve">Refer to </w:t>
                </w:r>
                <w:r w:rsidRPr="00412015" w:rsidR="00F53B08">
                  <w:rPr>
                    <w:rFonts w:ascii="QBE Sans" w:hAnsi="QBE Sans" w:eastAsia="Times New Roman" w:cs="QBE Sans"/>
                    <w:b/>
                    <w:bCs/>
                    <w:lang w:eastAsia="en-GB"/>
                  </w:rPr>
                  <w:t xml:space="preserve">Section 3. Area </w:t>
                </w:r>
              </w:p>
            </w:tc>
            <w:tc>
              <w:tcPr>
                <w:tcW w:w="4111" w:type="dxa"/>
                <w:tcBorders>
                  <w:top w:val="single" w:color="000000" w:sz="4" w:space="0"/>
                  <w:left w:val="single" w:color="000000" w:sz="6" w:space="0"/>
                  <w:bottom w:val="single" w:color="000000" w:sz="6" w:space="0"/>
                  <w:right w:val="single" w:color="000000" w:sz="6" w:space="0"/>
                </w:tcBorders>
                <w:vAlign w:val="center"/>
              </w:tcPr>
              <w:p w:rsidRPr="00412015" w:rsidR="00F53B08" w:rsidRDefault="00F53B08" w14:paraId="172E2779"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Hazard (unsafe condition or practice)</w:t>
                </w:r>
              </w:p>
            </w:tc>
            <w:tc>
              <w:tcPr>
                <w:tcW w:w="2836" w:type="dxa"/>
                <w:tcBorders>
                  <w:top w:val="single" w:color="000000" w:sz="4" w:space="0"/>
                  <w:left w:val="single" w:color="000000" w:sz="6" w:space="0"/>
                  <w:bottom w:val="single" w:color="000000" w:sz="6" w:space="0"/>
                  <w:right w:val="single" w:color="000000" w:sz="6" w:space="0"/>
                </w:tcBorders>
                <w:vAlign w:val="center"/>
              </w:tcPr>
              <w:p w:rsidRPr="00412015" w:rsidR="00F53B08" w:rsidRDefault="00F53B08" w14:paraId="60AD11F7" w14:textId="254FC6DD">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 xml:space="preserve">P&amp;I Risk </w:t>
                </w:r>
                <w:r w:rsidRPr="00E8589A">
                  <w:rPr>
                    <w:rFonts w:ascii="QBE Sans" w:hAnsi="QBE Sans" w:eastAsia="Times New Roman" w:cs="QBE Sans"/>
                    <w:b/>
                    <w:bCs/>
                    <w:sz w:val="18"/>
                    <w:szCs w:val="18"/>
                    <w:lang w:eastAsia="en-GB"/>
                  </w:rPr>
                  <w:t>(e.g.</w:t>
                </w:r>
                <w:r w:rsidR="003810BD">
                  <w:rPr>
                    <w:rFonts w:ascii="QBE Sans" w:hAnsi="QBE Sans" w:eastAsia="Times New Roman" w:cs="QBE Sans"/>
                    <w:b/>
                    <w:bCs/>
                    <w:sz w:val="18"/>
                    <w:szCs w:val="18"/>
                    <w:lang w:eastAsia="en-GB"/>
                  </w:rPr>
                  <w:t>fire, personal injury</w:t>
                </w:r>
                <w:r w:rsidRPr="00E8589A">
                  <w:rPr>
                    <w:rFonts w:ascii="QBE Sans" w:hAnsi="QBE Sans" w:eastAsia="Times New Roman" w:cs="QBE Sans"/>
                    <w:b/>
                    <w:bCs/>
                    <w:sz w:val="18"/>
                    <w:szCs w:val="18"/>
                    <w:lang w:eastAsia="en-GB"/>
                  </w:rPr>
                  <w:t>,</w:t>
                </w:r>
                <w:r w:rsidR="00AF7152">
                  <w:rPr>
                    <w:rFonts w:ascii="QBE Sans" w:hAnsi="QBE Sans" w:eastAsia="Times New Roman" w:cs="QBE Sans"/>
                    <w:b/>
                    <w:bCs/>
                    <w:sz w:val="18"/>
                    <w:szCs w:val="18"/>
                    <w:lang w:eastAsia="en-GB"/>
                  </w:rPr>
                  <w:t xml:space="preserve"> </w:t>
                </w:r>
                <w:r w:rsidR="003810BD">
                  <w:rPr>
                    <w:rFonts w:ascii="QBE Sans" w:hAnsi="QBE Sans" w:eastAsia="Times New Roman" w:cs="QBE Sans"/>
                    <w:b/>
                    <w:bCs/>
                    <w:sz w:val="18"/>
                    <w:szCs w:val="18"/>
                    <w:lang w:eastAsia="en-GB"/>
                  </w:rPr>
                  <w:t>colli</w:t>
                </w:r>
                <w:r w:rsidR="00AF7152">
                  <w:rPr>
                    <w:rFonts w:ascii="QBE Sans" w:hAnsi="QBE Sans" w:eastAsia="Times New Roman" w:cs="QBE Sans"/>
                    <w:b/>
                    <w:bCs/>
                    <w:sz w:val="18"/>
                    <w:szCs w:val="18"/>
                    <w:lang w:eastAsia="en-GB"/>
                  </w:rPr>
                  <w:t>s</w:t>
                </w:r>
                <w:r w:rsidR="003810BD">
                  <w:rPr>
                    <w:rFonts w:ascii="QBE Sans" w:hAnsi="QBE Sans" w:eastAsia="Times New Roman" w:cs="QBE Sans"/>
                    <w:b/>
                    <w:bCs/>
                    <w:sz w:val="18"/>
                    <w:szCs w:val="18"/>
                    <w:lang w:eastAsia="en-GB"/>
                  </w:rPr>
                  <w:t>ion</w:t>
                </w:r>
                <w:r w:rsidR="00AF7152">
                  <w:rPr>
                    <w:rFonts w:ascii="QBE Sans" w:hAnsi="QBE Sans" w:eastAsia="Times New Roman" w:cs="QBE Sans"/>
                    <w:b/>
                    <w:bCs/>
                    <w:sz w:val="18"/>
                    <w:szCs w:val="18"/>
                    <w:lang w:eastAsia="en-GB"/>
                  </w:rPr>
                  <w:t>,</w:t>
                </w:r>
                <w:r w:rsidRPr="00E8589A">
                  <w:rPr>
                    <w:rFonts w:ascii="QBE Sans" w:hAnsi="QBE Sans" w:eastAsia="Times New Roman" w:cs="QBE Sans"/>
                    <w:b/>
                    <w:bCs/>
                    <w:sz w:val="18"/>
                    <w:szCs w:val="18"/>
                    <w:lang w:eastAsia="en-GB"/>
                  </w:rPr>
                  <w:t xml:space="preserve"> cargo</w:t>
                </w:r>
                <w:r w:rsidR="00DF6757">
                  <w:rPr>
                    <w:rFonts w:ascii="QBE Sans" w:hAnsi="QBE Sans" w:eastAsia="Times New Roman" w:cs="QBE Sans"/>
                    <w:b/>
                    <w:bCs/>
                    <w:sz w:val="18"/>
                    <w:szCs w:val="18"/>
                    <w:lang w:eastAsia="en-GB"/>
                  </w:rPr>
                  <w:t xml:space="preserve"> damage</w:t>
                </w:r>
                <w:r w:rsidRPr="00E8589A">
                  <w:rPr>
                    <w:rFonts w:ascii="QBE Sans" w:hAnsi="QBE Sans" w:eastAsia="Times New Roman" w:cs="QBE Sans"/>
                    <w:b/>
                    <w:bCs/>
                    <w:sz w:val="18"/>
                    <w:szCs w:val="18"/>
                    <w:lang w:eastAsia="en-GB"/>
                  </w:rPr>
                  <w:t xml:space="preserve">, pollution, </w:t>
                </w:r>
                <w:r w:rsidR="00AF7152">
                  <w:rPr>
                    <w:rFonts w:ascii="QBE Sans" w:hAnsi="QBE Sans" w:eastAsia="Times New Roman" w:cs="QBE Sans"/>
                    <w:b/>
                    <w:bCs/>
                    <w:sz w:val="18"/>
                    <w:szCs w:val="18"/>
                    <w:lang w:eastAsia="en-GB"/>
                  </w:rPr>
                  <w:t xml:space="preserve">towage, </w:t>
                </w:r>
                <w:r w:rsidRPr="00E8589A">
                  <w:rPr>
                    <w:rFonts w:ascii="QBE Sans" w:hAnsi="QBE Sans" w:eastAsia="Times New Roman" w:cs="QBE Sans"/>
                    <w:b/>
                    <w:bCs/>
                    <w:sz w:val="18"/>
                    <w:szCs w:val="18"/>
                    <w:lang w:eastAsia="en-GB"/>
                  </w:rPr>
                  <w:t>passenger, third-party…)</w:t>
                </w:r>
              </w:p>
            </w:tc>
            <w:tc>
              <w:tcPr>
                <w:tcW w:w="6803" w:type="dxa"/>
                <w:tcBorders>
                  <w:top w:val="single" w:color="000000" w:sz="4" w:space="0"/>
                  <w:left w:val="single" w:color="000000" w:sz="6" w:space="0"/>
                  <w:bottom w:val="single" w:color="000000" w:sz="6" w:space="0"/>
                  <w:right w:val="single" w:color="000000" w:sz="4" w:space="0"/>
                </w:tcBorders>
                <w:vAlign w:val="center"/>
              </w:tcPr>
              <w:p w:rsidRPr="00412015" w:rsidR="00F53B08" w:rsidRDefault="00F53B08" w14:paraId="4129A171" w14:textId="653D466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Recommended Corrective Action</w:t>
                </w:r>
              </w:p>
            </w:tc>
          </w:tr>
        </w:sdtContent>
      </w:sdt>
      <w:tr w:rsidRPr="00412015" w:rsidR="00F53B08" w:rsidTr="0033164C" w14:paraId="09F851BA"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53B08" w:rsidP="004B375F" w:rsidRDefault="00F53B08" w14:paraId="11C207F4" w14:textId="0590857E">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1052512810"/>
            <w:placeholder>
              <w:docPart w:val="BD715E1C576940728013289751EE6F4A"/>
            </w:placeholde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vAlign w:val="center"/>
              </w:tcPr>
              <w:p w:rsidRPr="0033164C" w:rsidR="00F53B08" w:rsidRDefault="00952F78" w14:paraId="5BB7C719" w14:textId="66E88B43">
                <w:pPr>
                  <w:spacing w:after="0" w:line="240" w:lineRule="auto"/>
                  <w:rPr>
                    <w:rFonts w:ascii="QBE Sans" w:hAnsi="QBE Sans" w:eastAsia="Times New Roman" w:cs="QBE Sans"/>
                    <w:sz w:val="20"/>
                    <w:szCs w:val="20"/>
                    <w:lang w:eastAsia="en-GB"/>
                  </w:rPr>
                </w:pPr>
                <w:r>
                  <w:rPr>
                    <w:rFonts w:ascii="QBE Sans" w:hAnsi="QBE Sans" w:eastAsia="Times New Roman" w:cs="QBE Sans"/>
                    <w:sz w:val="20"/>
                    <w:szCs w:val="20"/>
                    <w:lang w:eastAsia="en-GB"/>
                  </w:rPr>
                  <w:t xml:space="preserve">NAVIGATION &amp; BRIDGE </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53B08" w:rsidRDefault="00F53B08" w14:paraId="345DF169" w14:textId="163C9424">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1038119125"/>
            <w:placeholder>
              <w:docPart w:val="1481DB378EC04481B0F7E277BFE8CADF"/>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vAlign w:val="center"/>
              </w:tcPr>
              <w:p w:rsidRPr="00412015" w:rsidR="00F53B08" w:rsidRDefault="00F20DFB" w14:paraId="13030F21" w14:textId="62294EAD">
                <w:pPr>
                  <w:spacing w:after="0" w:line="240" w:lineRule="auto"/>
                  <w:rPr>
                    <w:rFonts w:ascii="QBE Sans" w:hAnsi="QBE Sans" w:eastAsia="Times New Roman" w:cs="QBE Sans"/>
                    <w:lang w:eastAsia="en-GB"/>
                  </w:rPr>
                </w:pPr>
                <w:r w:rsidRPr="00091B34">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53B08" w:rsidRDefault="00F53B08" w14:paraId="733F73B4" w14:textId="51807768">
            <w:pPr>
              <w:spacing w:after="0" w:line="240" w:lineRule="auto"/>
              <w:rPr>
                <w:rFonts w:ascii="QBE Sans" w:hAnsi="QBE Sans" w:eastAsia="Times New Roman" w:cs="QBE Sans"/>
                <w:lang w:eastAsia="en-GB"/>
              </w:rPr>
            </w:pPr>
          </w:p>
        </w:tc>
      </w:tr>
      <w:tr w:rsidRPr="00412015" w:rsidR="0033164C" w:rsidTr="00EB321E" w14:paraId="6F4E46A1"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33164C" w:rsidP="004B375F" w:rsidRDefault="0033164C" w14:paraId="452078BF" w14:textId="77777777">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92289726"/>
            <w:placeholder>
              <w:docPart w:val="DA3DCADF6597455EBE05C677884B0A7D"/>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0033164C" w:rsidP="0033164C" w:rsidRDefault="0033164C" w14:paraId="09C503BE" w14:textId="0CFF62B7">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33164C" w:rsidP="0033164C" w:rsidRDefault="0033164C" w14:paraId="662D4705"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1885128246"/>
            <w:placeholder>
              <w:docPart w:val="101E459D01ED4015A6B0830C84E6074D"/>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vAlign w:val="center"/>
              </w:tcPr>
              <w:p w:rsidRPr="00412015" w:rsidR="0033164C" w:rsidP="0033164C" w:rsidRDefault="00F20DFB" w14:paraId="720A7117" w14:textId="2D0823D0">
                <w:pPr>
                  <w:spacing w:after="0" w:line="240" w:lineRule="auto"/>
                  <w:rPr>
                    <w:rFonts w:ascii="QBE Sans" w:hAnsi="QBE Sans" w:eastAsia="Times New Roman" w:cs="QBE Sans"/>
                    <w:lang w:eastAsia="en-GB"/>
                  </w:rPr>
                </w:pPr>
                <w:r w:rsidRPr="00091B34">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33164C" w:rsidP="0033164C" w:rsidRDefault="0033164C" w14:paraId="15A17D3D" w14:textId="77777777">
            <w:pPr>
              <w:spacing w:after="0" w:line="240" w:lineRule="auto"/>
              <w:rPr>
                <w:rFonts w:ascii="QBE Sans" w:hAnsi="QBE Sans" w:eastAsia="Times New Roman" w:cs="QBE Sans"/>
                <w:lang w:eastAsia="en-GB"/>
              </w:rPr>
            </w:pPr>
          </w:p>
        </w:tc>
      </w:tr>
      <w:tr w:rsidRPr="00412015" w:rsidR="00F20DFB" w:rsidTr="00A615C7" w14:paraId="32D99515"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20DFB" w:rsidP="004B375F" w:rsidRDefault="00F20DFB" w14:paraId="330598C1" w14:textId="77777777">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2003193903"/>
            <w:placeholder>
              <w:docPart w:val="0F187732661C48DF8267D6C8F70CAB34"/>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78C1EC1E" w14:textId="78A206ED">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20DFB" w:rsidP="00F20DFB" w:rsidRDefault="00F20DFB" w14:paraId="428C2A18"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1622063317"/>
            <w:placeholder>
              <w:docPart w:val="BCB1D4E503974740835E19C5DCA033CA"/>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1637A37A" w14:textId="6ABEC500">
                <w:pPr>
                  <w:spacing w:after="0" w:line="240" w:lineRule="auto"/>
                  <w:rPr>
                    <w:rFonts w:ascii="QBE Sans" w:hAnsi="QBE Sans" w:eastAsia="Times New Roman" w:cs="QBE Sans"/>
                    <w:lang w:eastAsia="en-GB"/>
                  </w:rPr>
                </w:pPr>
                <w:r w:rsidRPr="008E3A1B">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20DFB" w:rsidP="00F20DFB" w:rsidRDefault="00F20DFB" w14:paraId="6F87411B" w14:textId="77777777">
            <w:pPr>
              <w:spacing w:after="0" w:line="240" w:lineRule="auto"/>
              <w:rPr>
                <w:rFonts w:ascii="QBE Sans" w:hAnsi="QBE Sans" w:eastAsia="Times New Roman" w:cs="QBE Sans"/>
                <w:lang w:eastAsia="en-GB"/>
              </w:rPr>
            </w:pPr>
          </w:p>
        </w:tc>
      </w:tr>
      <w:tr w:rsidRPr="00412015" w:rsidR="00F20DFB" w:rsidTr="00A615C7" w14:paraId="27FE3F51"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20DFB" w:rsidP="004B375F" w:rsidRDefault="00F20DFB" w14:paraId="166405F8" w14:textId="5EA76C1F">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278453264"/>
            <w:placeholder>
              <w:docPart w:val="6939948EFD414EEDAF8E7517BAC08B2F"/>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1645B3D1" w14:textId="293C850D">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20DFB" w:rsidP="00F20DFB" w:rsidRDefault="00F20DFB" w14:paraId="0B101FA9"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1913925125"/>
            <w:placeholder>
              <w:docPart w:val="8877CA34B1DB43E19CCE2D5EE48345F8"/>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049B5BDB" w14:textId="7C5466DE">
                <w:pPr>
                  <w:spacing w:after="0" w:line="240" w:lineRule="auto"/>
                  <w:rPr>
                    <w:rFonts w:ascii="QBE Sans" w:hAnsi="QBE Sans" w:eastAsia="Times New Roman" w:cs="QBE Sans"/>
                    <w:lang w:eastAsia="en-GB"/>
                  </w:rPr>
                </w:pPr>
                <w:r w:rsidRPr="008E3A1B">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20DFB" w:rsidP="00F20DFB" w:rsidRDefault="00F20DFB" w14:paraId="73AF75B8" w14:textId="77777777">
            <w:pPr>
              <w:spacing w:after="0" w:line="240" w:lineRule="auto"/>
              <w:rPr>
                <w:rFonts w:ascii="QBE Sans" w:hAnsi="QBE Sans" w:eastAsia="Times New Roman" w:cs="QBE Sans"/>
                <w:lang w:eastAsia="en-GB"/>
              </w:rPr>
            </w:pPr>
          </w:p>
        </w:tc>
      </w:tr>
      <w:tr w:rsidRPr="00412015" w:rsidR="00F20DFB" w:rsidTr="00A615C7" w14:paraId="74B51564"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20DFB" w:rsidP="004B375F" w:rsidRDefault="00F20DFB" w14:paraId="797EC6E9" w14:textId="77777777">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1391382617"/>
            <w:placeholder>
              <w:docPart w:val="3A0BAD1FB80B4FDB82FA05DEF211D6C2"/>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0FA1C3DF" w14:textId="036ABD07">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20DFB" w:rsidP="00F20DFB" w:rsidRDefault="00F20DFB" w14:paraId="4BE3F2CA"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617417596"/>
            <w:placeholder>
              <w:docPart w:val="7077EFDF7ABB478AA8D2C26365C9B030"/>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02E612BE" w14:textId="6DAF9A51">
                <w:pPr>
                  <w:spacing w:after="0" w:line="240" w:lineRule="auto"/>
                  <w:rPr>
                    <w:rFonts w:ascii="QBE Sans" w:hAnsi="QBE Sans" w:eastAsia="Times New Roman" w:cs="QBE Sans"/>
                    <w:lang w:eastAsia="en-GB"/>
                  </w:rPr>
                </w:pPr>
                <w:r w:rsidRPr="008E3A1B">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20DFB" w:rsidP="00F20DFB" w:rsidRDefault="00F20DFB" w14:paraId="24B667BF" w14:textId="77777777">
            <w:pPr>
              <w:spacing w:after="0" w:line="240" w:lineRule="auto"/>
              <w:rPr>
                <w:rFonts w:ascii="QBE Sans" w:hAnsi="QBE Sans" w:eastAsia="Times New Roman" w:cs="QBE Sans"/>
                <w:lang w:eastAsia="en-GB"/>
              </w:rPr>
            </w:pPr>
          </w:p>
        </w:tc>
      </w:tr>
      <w:tr w:rsidRPr="00412015" w:rsidR="00F20DFB" w:rsidTr="00A615C7" w14:paraId="2C853199"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20DFB" w:rsidP="004B375F" w:rsidRDefault="00F20DFB" w14:paraId="62028853" w14:textId="77777777">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1573619163"/>
            <w:placeholder>
              <w:docPart w:val="FAAC866915EB4797AE6401258525F7B2"/>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1634C0AE" w14:textId="3B82E512">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20DFB" w:rsidP="00F20DFB" w:rsidRDefault="00F20DFB" w14:paraId="00D0959A"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1482892725"/>
            <w:placeholder>
              <w:docPart w:val="55799F9C67C447768495B9675ECEA268"/>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5D07E5DF" w14:textId="79659D18">
                <w:pPr>
                  <w:spacing w:after="0" w:line="240" w:lineRule="auto"/>
                  <w:rPr>
                    <w:rFonts w:ascii="QBE Sans" w:hAnsi="QBE Sans" w:eastAsia="Times New Roman" w:cs="QBE Sans"/>
                    <w:lang w:eastAsia="en-GB"/>
                  </w:rPr>
                </w:pPr>
                <w:r w:rsidRPr="008E3A1B">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20DFB" w:rsidP="00F20DFB" w:rsidRDefault="00F20DFB" w14:paraId="16DBC0DB" w14:textId="77777777">
            <w:pPr>
              <w:spacing w:after="0" w:line="240" w:lineRule="auto"/>
              <w:rPr>
                <w:rFonts w:ascii="QBE Sans" w:hAnsi="QBE Sans" w:eastAsia="Times New Roman" w:cs="QBE Sans"/>
                <w:lang w:eastAsia="en-GB"/>
              </w:rPr>
            </w:pPr>
          </w:p>
        </w:tc>
      </w:tr>
      <w:tr w:rsidRPr="00412015" w:rsidR="00F20DFB" w:rsidTr="00A615C7" w14:paraId="258A481B" w14:textId="77777777">
        <w:trPr>
          <w:trHeight w:val="737" w:hRule="exact"/>
        </w:trPr>
        <w:tc>
          <w:tcPr>
            <w:tcW w:w="376" w:type="dxa"/>
            <w:tcBorders>
              <w:top w:val="single" w:color="000000" w:sz="6" w:space="0"/>
              <w:left w:val="single" w:color="000000" w:sz="4" w:space="0"/>
              <w:bottom w:val="single" w:color="000000" w:sz="6" w:space="0"/>
              <w:right w:val="single" w:color="000000" w:sz="6" w:space="0"/>
            </w:tcBorders>
            <w:vAlign w:val="center"/>
          </w:tcPr>
          <w:p w:rsidRPr="00412015" w:rsidR="00F20DFB" w:rsidP="004B375F" w:rsidRDefault="00F20DFB" w14:paraId="0CCC7D32" w14:textId="77777777">
            <w:pPr>
              <w:pStyle w:val="ListParagraph"/>
              <w:numPr>
                <w:ilvl w:val="0"/>
                <w:numId w:val="10"/>
              </w:numPr>
              <w:spacing w:after="0" w:line="240" w:lineRule="auto"/>
              <w:rPr>
                <w:rFonts w:ascii="QBE Sans" w:hAnsi="QBE Sans" w:eastAsia="Times New Roman" w:cs="QBE Sans"/>
                <w:lang w:eastAsia="en-GB"/>
              </w:rPr>
            </w:pPr>
          </w:p>
        </w:tc>
        <w:sdt>
          <w:sdtPr>
            <w:rPr>
              <w:rFonts w:ascii="QBE Sans" w:hAnsi="QBE Sans" w:eastAsia="Times New Roman" w:cs="QBE Sans"/>
              <w:sz w:val="20"/>
              <w:szCs w:val="20"/>
              <w:lang w:eastAsia="en-GB"/>
            </w:rPr>
            <w:id w:val="294269485"/>
            <w:placeholder>
              <w:docPart w:val="043A418AF9A140FE99FB78A23278D3CA"/>
            </w:placeholder>
            <w:showingPlcHdr/>
            <w:dropDownList>
              <w:listItem w:value="Choose an item."/>
              <w:listItem w:displayText="NAVIGATION &amp; BRIDGE " w:value="NAVIGATION &amp; BRIDGE "/>
              <w:listItem w:displayText="MANAGEMENT &amp; MANNING " w:value="MANAGEMENT &amp; MANNING "/>
              <w:listItem w:displayText="FIRE SAFETY &amp; EMERGENCY RESPONSE " w:value="FIRE SAFETY &amp; EMERGENCY RESPONSE "/>
              <w:listItem w:displayText="HULL &amp; STRUCTURE " w:value="HULL &amp; STRUCTURE "/>
              <w:listItem w:displayText="MACHINERY" w:value="MACHINERY"/>
              <w:listItem w:displayText="CARGOWORTHINESS / TOWAGE / FISHING OPERATIONS " w:value="CARGOWORTHINESS / TOWAGE / FISHING OPERATIONS "/>
              <w:listItem w:displayText="POLLUTION PREVENTION" w:value="POLLUTION PREVENTION"/>
              <w:listItem w:displayText="PERSONAL SAFETY (CREW / PASSENGERS) " w:value="PERSONAL SAFETY (CREW / PASSENGERS) "/>
              <w:listItem w:displayText="DECK MACHINERY &amp; LIFTING" w:value="DECK MACHINERY &amp; LIFTING"/>
            </w:dropDownList>
          </w:sdtPr>
          <w:sdtEndPr/>
          <w:sdtContent>
            <w:tc>
              <w:tcPr>
                <w:tcW w:w="1320"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1BEBAD00" w14:textId="6EC9A3A4">
                <w:pPr>
                  <w:spacing w:after="0" w:line="240" w:lineRule="auto"/>
                  <w:rPr>
                    <w:rFonts w:ascii="QBE Sans" w:hAnsi="QBE Sans" w:eastAsia="Times New Roman" w:cs="QBE Sans"/>
                    <w:lang w:eastAsia="en-GB"/>
                  </w:rPr>
                </w:pPr>
                <w:r w:rsidRPr="006242A6">
                  <w:rPr>
                    <w:rStyle w:val="PlaceholderText"/>
                  </w:rPr>
                  <w:t>Choose an item.</w:t>
                </w:r>
              </w:p>
            </w:tc>
          </w:sdtContent>
        </w:sdt>
        <w:tc>
          <w:tcPr>
            <w:tcW w:w="4111" w:type="dxa"/>
            <w:tcBorders>
              <w:top w:val="single" w:color="000000" w:sz="6" w:space="0"/>
              <w:left w:val="single" w:color="000000" w:sz="6" w:space="0"/>
              <w:bottom w:val="single" w:color="000000" w:sz="6" w:space="0"/>
              <w:right w:val="single" w:color="000000" w:sz="6" w:space="0"/>
            </w:tcBorders>
            <w:vAlign w:val="center"/>
          </w:tcPr>
          <w:p w:rsidRPr="00412015" w:rsidR="00F20DFB" w:rsidP="00F20DFB" w:rsidRDefault="00F20DFB" w14:paraId="3B589791" w14:textId="77777777">
            <w:pPr>
              <w:spacing w:after="0" w:line="240" w:lineRule="auto"/>
              <w:rPr>
                <w:rFonts w:ascii="QBE Sans" w:hAnsi="QBE Sans" w:eastAsia="Times New Roman" w:cs="QBE Sans"/>
                <w:lang w:eastAsia="en-GB"/>
              </w:rPr>
            </w:pPr>
          </w:p>
        </w:tc>
        <w:sdt>
          <w:sdtPr>
            <w:rPr>
              <w:rFonts w:ascii="QBE Sans" w:hAnsi="QBE Sans" w:eastAsia="Times New Roman" w:cs="QBE Sans"/>
              <w:lang w:eastAsia="en-GB"/>
            </w:rPr>
            <w:alias w:val="P&amp;I Risks"/>
            <w:tag w:val="P&amp;I Risks"/>
            <w:id w:val="274760869"/>
            <w:placeholder>
              <w:docPart w:val="972B5A501DC54DD68B80965B88D71E11"/>
            </w:placeholder>
            <w:showingPlcHdr/>
            <w:dropDownList>
              <w:listItem w:value="Choose an item."/>
              <w:listItem w:displayText="Personal Injury" w:value="Personal Injury"/>
              <w:listItem w:displayText="Third-party damage" w:value="Third-party damage"/>
              <w:listItem w:displayText="Collision" w:value="Collision"/>
              <w:listItem w:displayText="Pollution" w:value="Pollution"/>
              <w:listItem w:displayText="Cargo liability" w:value="Cargo liability"/>
              <w:listItem w:displayText="Towage/Salvage" w:value="Towage/Salvage"/>
              <w:listItem w:displayText="Passenger" w:value="Passenger"/>
              <w:listItem w:displayText="Regulatory fines &amp; penalties" w:value="Regulatory fines &amp; penalties"/>
              <w:listItem w:displayText="General average / salvage awards" w:value="General average / salvage awards"/>
              <w:listItem w:displayText="Charterer / contractual liability" w:value="Charterer / contractual liability"/>
              <w:listItem w:displayText="Detention / delay / quarantine costs" w:value="Detention / delay / quarantine costs"/>
            </w:dropDownList>
          </w:sdtPr>
          <w:sdtEndPr/>
          <w:sdtContent>
            <w:tc>
              <w:tcPr>
                <w:tcW w:w="2836" w:type="dxa"/>
                <w:tcBorders>
                  <w:top w:val="single" w:color="000000" w:sz="6" w:space="0"/>
                  <w:left w:val="single" w:color="000000" w:sz="6" w:space="0"/>
                  <w:bottom w:val="single" w:color="000000" w:sz="6" w:space="0"/>
                  <w:right w:val="single" w:color="000000" w:sz="6" w:space="0"/>
                </w:tcBorders>
              </w:tcPr>
              <w:p w:rsidRPr="00412015" w:rsidR="00F20DFB" w:rsidP="00F20DFB" w:rsidRDefault="00F20DFB" w14:paraId="50BB62DA" w14:textId="0C27F31F">
                <w:pPr>
                  <w:spacing w:after="0" w:line="240" w:lineRule="auto"/>
                  <w:rPr>
                    <w:rFonts w:ascii="QBE Sans" w:hAnsi="QBE Sans" w:eastAsia="Times New Roman" w:cs="QBE Sans"/>
                    <w:lang w:eastAsia="en-GB"/>
                  </w:rPr>
                </w:pPr>
                <w:r w:rsidRPr="008E3A1B">
                  <w:rPr>
                    <w:rStyle w:val="PlaceholderText"/>
                  </w:rPr>
                  <w:t>Choose an item.</w:t>
                </w:r>
              </w:p>
            </w:tc>
          </w:sdtContent>
        </w:sdt>
        <w:tc>
          <w:tcPr>
            <w:tcW w:w="6803" w:type="dxa"/>
            <w:tcBorders>
              <w:top w:val="single" w:color="000000" w:sz="6" w:space="0"/>
              <w:left w:val="single" w:color="000000" w:sz="6" w:space="0"/>
              <w:bottom w:val="single" w:color="000000" w:sz="6" w:space="0"/>
              <w:right w:val="single" w:color="000000" w:sz="4" w:space="0"/>
            </w:tcBorders>
            <w:vAlign w:val="center"/>
          </w:tcPr>
          <w:p w:rsidRPr="00412015" w:rsidR="00F20DFB" w:rsidP="00F20DFB" w:rsidRDefault="00F20DFB" w14:paraId="1553A7FF" w14:textId="77777777">
            <w:pPr>
              <w:spacing w:after="0" w:line="240" w:lineRule="auto"/>
              <w:rPr>
                <w:rFonts w:ascii="QBE Sans" w:hAnsi="QBE Sans" w:eastAsia="Times New Roman" w:cs="QBE Sans"/>
                <w:lang w:eastAsia="en-GB"/>
              </w:rPr>
            </w:pPr>
          </w:p>
        </w:tc>
      </w:tr>
    </w:tbl>
    <w:tbl>
      <w:tblPr>
        <w:tblStyle w:val="TableGrid"/>
        <w:tblW w:w="15446" w:type="dxa"/>
        <w:tblLayout w:type="fixed"/>
        <w:tblLook w:val="04A0" w:firstRow="1" w:lastRow="0" w:firstColumn="1" w:lastColumn="0" w:noHBand="0" w:noVBand="1"/>
      </w:tblPr>
      <w:tblGrid>
        <w:gridCol w:w="1696"/>
        <w:gridCol w:w="1133"/>
        <w:gridCol w:w="3829"/>
        <w:gridCol w:w="1984"/>
        <w:gridCol w:w="1703"/>
        <w:gridCol w:w="5101"/>
      </w:tblGrid>
      <w:tr w:rsidRPr="00412015" w:rsidR="001670E7" w:rsidTr="00B95210" w14:paraId="497C9B67" w14:textId="77777777">
        <w:trPr>
          <w:trHeight w:val="454" w:hRule="exact"/>
        </w:trPr>
        <w:tc>
          <w:tcPr>
            <w:tcW w:w="1696" w:type="dxa"/>
            <w:vAlign w:val="center"/>
          </w:tcPr>
          <w:p w:rsidRPr="00412015" w:rsidR="001670E7" w:rsidRDefault="00914A77" w14:paraId="7FC6CA88" w14:textId="77777777">
            <w:pPr>
              <w:spacing w:beforeAutospacing="1" w:after="0" w:line="240" w:lineRule="auto"/>
              <w:rPr>
                <w:rFonts w:ascii="QBE Sans" w:hAnsi="QBE Sans" w:eastAsia="Times New Roman" w:cs="QBE Sans"/>
                <w:sz w:val="20"/>
                <w:szCs w:val="20"/>
                <w:lang w:eastAsia="en-GB"/>
              </w:rPr>
            </w:pPr>
            <w:r w:rsidRPr="00412015">
              <w:rPr>
                <w:rFonts w:ascii="QBE Sans" w:hAnsi="QBE Sans" w:eastAsia="MS Mincho" w:cs="QBE Sans"/>
                <w:sz w:val="20"/>
                <w:szCs w:val="20"/>
              </w:rPr>
              <w:t>Place of survey:</w:t>
            </w:r>
          </w:p>
        </w:tc>
        <w:tc>
          <w:tcPr>
            <w:tcW w:w="4962" w:type="dxa"/>
            <w:gridSpan w:val="2"/>
          </w:tcPr>
          <w:p w:rsidRPr="00412015" w:rsidR="001670E7" w:rsidRDefault="001670E7" w14:paraId="0854D31F" w14:textId="77777777">
            <w:pPr>
              <w:spacing w:beforeAutospacing="1" w:after="0" w:line="240" w:lineRule="auto"/>
              <w:rPr>
                <w:rFonts w:ascii="QBE Sans" w:hAnsi="QBE Sans" w:eastAsia="Times New Roman" w:cs="QBE Sans"/>
                <w:sz w:val="20"/>
                <w:szCs w:val="20"/>
                <w:lang w:eastAsia="en-GB"/>
              </w:rPr>
            </w:pPr>
          </w:p>
        </w:tc>
        <w:tc>
          <w:tcPr>
            <w:tcW w:w="1984" w:type="dxa"/>
          </w:tcPr>
          <w:p w:rsidRPr="00412015" w:rsidR="001670E7" w:rsidRDefault="00914A77" w14:paraId="39340EB9" w14:textId="77777777">
            <w:p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Date of Survey:</w:t>
            </w:r>
          </w:p>
        </w:tc>
        <w:tc>
          <w:tcPr>
            <w:tcW w:w="6804" w:type="dxa"/>
            <w:gridSpan w:val="2"/>
          </w:tcPr>
          <w:p w:rsidRPr="00412015" w:rsidR="001670E7" w:rsidRDefault="001670E7" w14:paraId="1D25AD78" w14:textId="77777777">
            <w:pPr>
              <w:spacing w:beforeAutospacing="1" w:after="0" w:line="240" w:lineRule="auto"/>
              <w:rPr>
                <w:rFonts w:ascii="QBE Sans" w:hAnsi="QBE Sans" w:eastAsia="Times New Roman" w:cs="QBE Sans"/>
                <w:sz w:val="20"/>
                <w:szCs w:val="20"/>
                <w:lang w:eastAsia="en-GB"/>
              </w:rPr>
            </w:pPr>
          </w:p>
        </w:tc>
      </w:tr>
      <w:tr w:rsidRPr="00412015" w:rsidR="001670E7" w:rsidTr="00B95210" w14:paraId="5EE45345" w14:textId="77777777">
        <w:trPr>
          <w:trHeight w:val="454" w:hRule="exact"/>
        </w:trPr>
        <w:tc>
          <w:tcPr>
            <w:tcW w:w="1696" w:type="dxa"/>
          </w:tcPr>
          <w:p w:rsidRPr="00412015" w:rsidR="001670E7" w:rsidRDefault="00914A77" w14:paraId="4C628AD8" w14:textId="77777777">
            <w:pPr>
              <w:spacing w:beforeAutospacing="1" w:after="0" w:line="240" w:lineRule="auto"/>
              <w:rPr>
                <w:rFonts w:ascii="QBE Sans" w:hAnsi="QBE Sans" w:eastAsia="Times New Roman" w:cs="QBE Sans"/>
                <w:sz w:val="20"/>
                <w:szCs w:val="20"/>
                <w:lang w:eastAsia="en-GB"/>
              </w:rPr>
            </w:pPr>
            <w:r w:rsidRPr="00412015">
              <w:rPr>
                <w:rFonts w:ascii="QBE Sans" w:hAnsi="QBE Sans" w:eastAsia="MS Mincho" w:cs="QBE Sans"/>
                <w:sz w:val="20"/>
                <w:szCs w:val="20"/>
              </w:rPr>
              <w:t>Survey company:</w:t>
            </w:r>
          </w:p>
        </w:tc>
        <w:tc>
          <w:tcPr>
            <w:tcW w:w="4962" w:type="dxa"/>
            <w:gridSpan w:val="2"/>
          </w:tcPr>
          <w:p w:rsidRPr="00412015" w:rsidR="001670E7" w:rsidRDefault="001670E7" w14:paraId="7B7564CB" w14:textId="77777777">
            <w:pPr>
              <w:spacing w:beforeAutospacing="1" w:after="0" w:line="240" w:lineRule="auto"/>
              <w:rPr>
                <w:rFonts w:ascii="QBE Sans" w:hAnsi="QBE Sans" w:eastAsia="Times New Roman" w:cs="QBE Sans"/>
                <w:sz w:val="20"/>
                <w:szCs w:val="20"/>
                <w:lang w:eastAsia="en-GB"/>
              </w:rPr>
            </w:pPr>
          </w:p>
        </w:tc>
        <w:tc>
          <w:tcPr>
            <w:tcW w:w="1984" w:type="dxa"/>
          </w:tcPr>
          <w:p w:rsidRPr="00412015" w:rsidR="001670E7" w:rsidRDefault="00914A77" w14:paraId="61A8C844" w14:textId="77777777">
            <w:pPr>
              <w:spacing w:beforeAutospacing="1" w:after="0" w:line="240" w:lineRule="auto"/>
              <w:rPr>
                <w:rFonts w:ascii="QBE Sans" w:hAnsi="QBE Sans" w:eastAsia="Times New Roman" w:cs="QBE Sans"/>
                <w:sz w:val="20"/>
                <w:szCs w:val="20"/>
                <w:lang w:eastAsia="en-GB"/>
              </w:rPr>
            </w:pPr>
            <w:r w:rsidRPr="00412015">
              <w:rPr>
                <w:rFonts w:ascii="QBE Sans" w:hAnsi="QBE Sans" w:eastAsia="MS Mincho" w:cs="QBE Sans"/>
                <w:sz w:val="20"/>
                <w:szCs w:val="20"/>
              </w:rPr>
              <w:t>Name of surveyor:</w:t>
            </w:r>
          </w:p>
        </w:tc>
        <w:tc>
          <w:tcPr>
            <w:tcW w:w="6804" w:type="dxa"/>
            <w:gridSpan w:val="2"/>
          </w:tcPr>
          <w:p w:rsidRPr="00412015" w:rsidR="001670E7" w:rsidRDefault="001670E7" w14:paraId="2317B0BF" w14:textId="77777777">
            <w:pPr>
              <w:spacing w:beforeAutospacing="1" w:after="0" w:line="240" w:lineRule="auto"/>
              <w:rPr>
                <w:rFonts w:ascii="QBE Sans" w:hAnsi="QBE Sans" w:eastAsia="Times New Roman" w:cs="QBE Sans"/>
                <w:sz w:val="20"/>
                <w:szCs w:val="20"/>
                <w:lang w:eastAsia="en-GB"/>
              </w:rPr>
            </w:pPr>
          </w:p>
        </w:tc>
      </w:tr>
      <w:tr w:rsidRPr="00412015" w:rsidR="001670E7" w:rsidTr="00B95210" w14:paraId="5679641D" w14:textId="77777777">
        <w:trPr>
          <w:trHeight w:val="454" w:hRule="exact"/>
        </w:trPr>
        <w:tc>
          <w:tcPr>
            <w:tcW w:w="2829" w:type="dxa"/>
            <w:gridSpan w:val="2"/>
          </w:tcPr>
          <w:p w:rsidRPr="00412015" w:rsidR="001670E7" w:rsidRDefault="00914A77" w14:paraId="785B6DA2" w14:textId="77777777">
            <w:pPr>
              <w:spacing w:beforeAutospacing="1" w:after="0" w:line="240" w:lineRule="auto"/>
              <w:rPr>
                <w:rFonts w:ascii="QBE Sans" w:hAnsi="QBE Sans" w:eastAsia="Times New Roman" w:cs="QBE Sans"/>
                <w:lang w:eastAsia="en-GB"/>
              </w:rPr>
            </w:pPr>
            <w:r w:rsidRPr="00412015">
              <w:rPr>
                <w:rFonts w:ascii="QBE Sans" w:hAnsi="QBE Sans" w:eastAsia="MS Mincho" w:cs="QBE Sans"/>
                <w:sz w:val="20"/>
                <w:szCs w:val="20"/>
              </w:rPr>
              <w:t>Name of Master/Owners Rep:</w:t>
            </w:r>
          </w:p>
        </w:tc>
        <w:tc>
          <w:tcPr>
            <w:tcW w:w="3829" w:type="dxa"/>
          </w:tcPr>
          <w:p w:rsidRPr="00412015" w:rsidR="001670E7" w:rsidRDefault="001670E7" w14:paraId="6689CB72" w14:textId="77777777">
            <w:pPr>
              <w:spacing w:beforeAutospacing="1" w:after="0" w:line="240" w:lineRule="auto"/>
              <w:rPr>
                <w:rFonts w:ascii="QBE Sans" w:hAnsi="QBE Sans" w:eastAsia="Times New Roman" w:cs="QBE Sans"/>
                <w:lang w:eastAsia="en-GB"/>
              </w:rPr>
            </w:pPr>
          </w:p>
        </w:tc>
        <w:tc>
          <w:tcPr>
            <w:tcW w:w="3687" w:type="dxa"/>
            <w:gridSpan w:val="2"/>
          </w:tcPr>
          <w:p w:rsidRPr="00412015" w:rsidR="001670E7" w:rsidRDefault="00914A77" w14:paraId="4F4ECE52" w14:textId="77777777">
            <w:p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Number of Hazards recorded:</w:t>
            </w:r>
          </w:p>
        </w:tc>
        <w:tc>
          <w:tcPr>
            <w:tcW w:w="5101" w:type="dxa"/>
          </w:tcPr>
          <w:p w:rsidRPr="00412015" w:rsidR="001670E7" w:rsidRDefault="001670E7" w14:paraId="1D4E0DF0" w14:textId="77777777">
            <w:pPr>
              <w:spacing w:beforeAutospacing="1" w:after="0" w:line="240" w:lineRule="auto"/>
              <w:rPr>
                <w:rFonts w:ascii="QBE Sans" w:hAnsi="QBE Sans" w:eastAsia="Times New Roman" w:cs="QBE Sans"/>
                <w:sz w:val="20"/>
                <w:szCs w:val="20"/>
                <w:lang w:eastAsia="en-GB"/>
              </w:rPr>
            </w:pPr>
          </w:p>
        </w:tc>
      </w:tr>
    </w:tbl>
    <w:p w:rsidRPr="00412015" w:rsidR="001670E7" w:rsidRDefault="001670E7" w14:paraId="0A0281A8" w14:textId="77777777">
      <w:pPr>
        <w:spacing w:beforeAutospacing="1" w:afterAutospacing="1" w:line="240" w:lineRule="auto"/>
        <w:rPr>
          <w:rFonts w:ascii="QBE Sans" w:hAnsi="QBE Sans" w:eastAsia="Times New Roman" w:cs="QBE Sans"/>
          <w:lang w:eastAsia="en-GB"/>
        </w:rPr>
      </w:pPr>
    </w:p>
    <w:p w:rsidRPr="00412015" w:rsidR="001670E7" w:rsidRDefault="001670E7" w14:paraId="1D34CAB2" w14:textId="77777777">
      <w:pPr>
        <w:spacing w:beforeAutospacing="1" w:afterAutospacing="1" w:line="240" w:lineRule="auto"/>
        <w:rPr>
          <w:rFonts w:ascii="QBE Sans" w:hAnsi="QBE Sans" w:eastAsia="Times New Roman" w:cs="QBE Sans"/>
          <w:lang w:eastAsia="en-GB"/>
        </w:rPr>
      </w:pPr>
    </w:p>
    <w:tbl>
      <w:tblPr>
        <w:tblStyle w:val="TableGrid"/>
        <w:tblW w:w="15388" w:type="dxa"/>
        <w:tblLayout w:type="fixed"/>
        <w:tblLook w:val="04A0" w:firstRow="1" w:lastRow="0" w:firstColumn="1" w:lastColumn="0" w:noHBand="0" w:noVBand="1"/>
      </w:tblPr>
      <w:tblGrid>
        <w:gridCol w:w="15388"/>
      </w:tblGrid>
      <w:tr w:rsidRPr="00412015" w:rsidR="001670E7" w14:paraId="728D1EB3" w14:textId="77777777">
        <w:tc>
          <w:tcPr>
            <w:tcW w:w="15388" w:type="dxa"/>
          </w:tcPr>
          <w:sdt>
            <w:sdtPr>
              <w:rPr>
                <w:rFonts w:ascii="QBE Sans" w:hAnsi="QBE Sans" w:eastAsia="Times New Roman" w:cs="QBE Sans"/>
                <w:b/>
                <w:bCs/>
                <w:lang w:eastAsia="en-GB"/>
              </w:rPr>
              <w:id w:val="1073076917"/>
              <w:lock w:val="sdtContentLocked"/>
              <w:placeholder>
                <w:docPart w:val="DefaultPlaceholder_-1854013440"/>
              </w:placeholder>
            </w:sdtPr>
            <w:sdtEndPr/>
            <w:sdtContent>
              <w:p w:rsidRPr="00412015" w:rsidR="001670E7" w:rsidRDefault="00914A77" w14:paraId="0D50DF24" w14:textId="1739D059">
                <w:pPr>
                  <w:spacing w:beforeAutospacing="1" w:after="0" w:line="240" w:lineRule="auto"/>
                  <w:rPr>
                    <w:rFonts w:ascii="QBE Sans" w:hAnsi="QBE Sans" w:eastAsia="Times New Roman" w:cs="QBE Sans"/>
                    <w:b/>
                    <w:bCs/>
                    <w:lang w:eastAsia="en-GB"/>
                  </w:rPr>
                </w:pPr>
                <w:r w:rsidRPr="00412015">
                  <w:rPr>
                    <w:rFonts w:ascii="QBE Sans" w:hAnsi="QBE Sans" w:eastAsia="Times New Roman" w:cs="QBE Sans"/>
                    <w:b/>
                    <w:bCs/>
                    <w:lang w:eastAsia="en-GB"/>
                  </w:rPr>
                  <w:t>If No Hazards Are Recorded - If you have recorded no hazards, explain clearly why this is appropriate for this vessel (condition, trade, previous history, survey scope, etc.):</w:t>
                </w:r>
              </w:p>
            </w:sdtContent>
          </w:sdt>
        </w:tc>
      </w:tr>
      <w:tr w:rsidRPr="00412015" w:rsidR="001670E7" w14:paraId="607664C6" w14:textId="77777777">
        <w:trPr>
          <w:trHeight w:val="2845"/>
        </w:trPr>
        <w:tc>
          <w:tcPr>
            <w:tcW w:w="15388" w:type="dxa"/>
          </w:tcPr>
          <w:p w:rsidRPr="00412015" w:rsidR="001670E7" w:rsidRDefault="001670E7" w14:paraId="2ADFA2D4" w14:textId="77777777">
            <w:pPr>
              <w:spacing w:beforeAutospacing="1" w:after="0" w:line="240" w:lineRule="auto"/>
              <w:rPr>
                <w:rFonts w:ascii="QBE Sans" w:hAnsi="QBE Sans" w:eastAsia="Times New Roman" w:cs="QBE Sans"/>
                <w:lang w:eastAsia="en-GB"/>
              </w:rPr>
            </w:pPr>
          </w:p>
        </w:tc>
      </w:tr>
    </w:tbl>
    <w:p w:rsidRPr="00412015" w:rsidR="001670E7" w:rsidRDefault="001670E7" w14:paraId="3904DDE4" w14:textId="77777777">
      <w:pPr>
        <w:spacing w:beforeAutospacing="1" w:afterAutospacing="1" w:line="240" w:lineRule="auto"/>
        <w:rPr>
          <w:rFonts w:ascii="QBE Sans" w:hAnsi="QBE Sans" w:eastAsia="Times New Roman" w:cs="QBE Sans"/>
          <w:lang w:eastAsia="en-GB"/>
        </w:rPr>
      </w:pPr>
    </w:p>
    <w:p w:rsidRPr="00412015" w:rsidR="001670E7" w:rsidRDefault="001670E7" w14:paraId="0AC14521" w14:textId="77777777">
      <w:pPr>
        <w:spacing w:beforeAutospacing="1" w:afterAutospacing="1" w:line="240" w:lineRule="auto"/>
        <w:rPr>
          <w:rFonts w:ascii="QBE Sans" w:hAnsi="QBE Sans" w:eastAsia="Times New Roman" w:cs="QBE Sans"/>
          <w:lang w:eastAsia="en-GB"/>
        </w:rPr>
      </w:pPr>
    </w:p>
    <w:p w:rsidRPr="00412015" w:rsidR="001670E7" w:rsidRDefault="001670E7" w14:paraId="3385B98A" w14:textId="77777777">
      <w:pPr>
        <w:spacing w:beforeAutospacing="1" w:afterAutospacing="1" w:line="240" w:lineRule="auto"/>
        <w:rPr>
          <w:rFonts w:ascii="QBE Sans" w:hAnsi="QBE Sans" w:eastAsia="Times New Roman" w:cs="QBE Sans"/>
          <w:lang w:eastAsia="en-GB"/>
        </w:rPr>
        <w:sectPr w:rsidRPr="00412015" w:rsidR="001670E7">
          <w:headerReference w:type="even" r:id="rId26"/>
          <w:headerReference w:type="default" r:id="rId27"/>
          <w:footerReference w:type="default" r:id="rId28"/>
          <w:headerReference w:type="first" r:id="rId29"/>
          <w:footerReference w:type="first" r:id="rId30"/>
          <w:pgSz w:w="16838" w:h="11906" w:orient="landscape"/>
          <w:pgMar w:top="1134" w:right="720" w:bottom="1134" w:left="720" w:header="708" w:footer="0" w:gutter="0"/>
          <w:cols w:space="720"/>
          <w:formProt w:val="0"/>
          <w:docGrid w:linePitch="360" w:charSpace="4096"/>
        </w:sectPr>
      </w:pPr>
    </w:p>
    <w:p w:rsidRPr="00412015" w:rsidR="001670E7" w:rsidRDefault="00914A77" w14:paraId="2C2B9F9A" w14:textId="77777777">
      <w:pPr>
        <w:pStyle w:val="Heading1"/>
        <w:rPr>
          <w:rFonts w:ascii="QBE Sans" w:hAnsi="QBE Sans" w:cs="QBE Sans"/>
        </w:rPr>
      </w:pPr>
      <w:r w:rsidRPr="00412015">
        <w:rPr>
          <w:rFonts w:ascii="QBE Sans" w:hAnsi="QBE Sans" w:cs="QBE Sans"/>
        </w:rPr>
        <w:t xml:space="preserve">SECTION 5 – Photos (Mandatory) Instruction: </w:t>
      </w:r>
    </w:p>
    <w:p w:rsidRPr="00412015" w:rsidR="0099255B" w:rsidP="000C25E3" w:rsidRDefault="00914A77" w14:paraId="1CADAFC7" w14:textId="7262D1C0">
      <w:pPr>
        <w:spacing w:before="100" w:beforeAutospacing="1" w:after="100" w:afterAutospacing="1" w:line="240" w:lineRule="auto"/>
        <w:rPr>
          <w:rFonts w:ascii="QBE Sans" w:hAnsi="QBE Sans" w:cs="QBE Sans"/>
        </w:rPr>
      </w:pPr>
      <w:r w:rsidRPr="00412015">
        <w:rPr>
          <w:rFonts w:ascii="QBE Sans" w:hAnsi="QBE Sans" w:cs="QBE Sans"/>
        </w:rPr>
        <w:t>Attach a representative set of at least 20 photos</w:t>
      </w:r>
      <w:r w:rsidR="000079CF">
        <w:rPr>
          <w:rFonts w:ascii="QBE Sans" w:hAnsi="QBE Sans" w:cs="QBE Sans"/>
        </w:rPr>
        <w:t>, more if hazards are recorded</w:t>
      </w:r>
      <w:r w:rsidRPr="00412015">
        <w:rPr>
          <w:rFonts w:ascii="QBE Sans" w:hAnsi="QBE Sans" w:cs="QBE Sans"/>
        </w:rPr>
        <w:t xml:space="preserve">. Photos should support the narrative and hazards identified. Reports with significantly fewer photos than this minimum may be queried or rejected by the </w:t>
      </w:r>
      <w:r w:rsidRPr="00412015" w:rsidR="00A4149C">
        <w:rPr>
          <w:rFonts w:ascii="QBE Sans" w:hAnsi="QBE Sans" w:cs="QBE Sans"/>
        </w:rPr>
        <w:t>British Marine</w:t>
      </w:r>
      <w:r w:rsidRPr="00412015">
        <w:rPr>
          <w:rFonts w:ascii="QBE Sans" w:hAnsi="QBE Sans" w:cs="QBE Sans"/>
        </w:rPr>
        <w:t xml:space="preserve">. </w:t>
      </w:r>
    </w:p>
    <w:p w:rsidRPr="00412015" w:rsidR="00E00867" w:rsidP="00E00867" w:rsidRDefault="00B55D55" w14:paraId="1C97342E" w14:textId="2A97962D">
      <w:pPr>
        <w:suppressAutoHyphens w:val="0"/>
        <w:spacing w:after="0" w:line="240" w:lineRule="auto"/>
        <w:rPr>
          <w:rFonts w:ascii="QBE Sans" w:hAnsi="QBE Sans" w:eastAsia="Times New Roman" w:cs="QBE Sans"/>
          <w:b/>
          <w:bCs/>
          <w:sz w:val="21"/>
          <w:szCs w:val="21"/>
          <w:lang w:val="en-GB" w:eastAsia="en-GB"/>
        </w:rPr>
      </w:pPr>
      <w:r w:rsidRPr="00412015">
        <w:rPr>
          <w:rFonts w:ascii="QBE Sans" w:hAnsi="QBE Sans" w:cs="QBE Sans"/>
        </w:rPr>
        <w:t xml:space="preserve">The photo appendix must include </w:t>
      </w:r>
      <w:r w:rsidRPr="00412015">
        <w:rPr>
          <w:rStyle w:val="Strong"/>
          <w:rFonts w:ascii="QBE Sans" w:hAnsi="QBE Sans" w:cs="QBE Sans"/>
        </w:rPr>
        <w:t>general coverage photos and all hazard/defect photos</w:t>
      </w:r>
      <w:r w:rsidRPr="00412015">
        <w:rPr>
          <w:rFonts w:ascii="QBE Sans" w:hAnsi="QBE Sans" w:cs="QBE Sans"/>
        </w:rPr>
        <w:t>. One photo appendix only</w:t>
      </w:r>
      <w:r w:rsidR="00D527DD">
        <w:rPr>
          <w:rFonts w:ascii="QBE Sans" w:hAnsi="QBE Sans" w:cs="QBE Sans"/>
        </w:rPr>
        <w:t xml:space="preserve"> provided to British Marine on a separate document. </w:t>
      </w:r>
    </w:p>
    <w:p w:rsidRPr="00412015" w:rsidR="00E00867" w:rsidP="00E00867" w:rsidRDefault="00E00867" w14:paraId="7D6BE389" w14:textId="77777777">
      <w:pPr>
        <w:suppressAutoHyphens w:val="0"/>
        <w:spacing w:after="0" w:line="240" w:lineRule="auto"/>
        <w:rPr>
          <w:rFonts w:ascii="QBE Sans" w:hAnsi="QBE Sans" w:eastAsia="Times New Roman" w:cs="QBE Sans"/>
          <w:sz w:val="21"/>
          <w:szCs w:val="21"/>
          <w:lang w:val="en-GB" w:eastAsia="en-GB"/>
        </w:rPr>
      </w:pPr>
    </w:p>
    <w:p w:rsidRPr="00412015" w:rsidR="00FD0472" w:rsidP="004B375F" w:rsidRDefault="00FD0472" w14:paraId="690CF991" w14:textId="77777777">
      <w:pPr>
        <w:numPr>
          <w:ilvl w:val="0"/>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b/>
          <w:bCs/>
          <w:lang w:eastAsia="en-GB"/>
        </w:rPr>
        <w:t>Requirements:</w:t>
      </w:r>
    </w:p>
    <w:p w:rsidRPr="00412015" w:rsidR="00FD0472" w:rsidP="004B375F" w:rsidRDefault="00FD0472" w14:paraId="31CF2204"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Minimum 20 clear photographs must be provided.</w:t>
      </w:r>
    </w:p>
    <w:p w:rsidRPr="00412015" w:rsidR="00FD0472" w:rsidP="004B375F" w:rsidRDefault="002F7276" w14:paraId="7258D455" w14:textId="27AA3DCD">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cs="QBE Sans"/>
        </w:rPr>
        <w:t>Photographs must be inserted 4 per page with a caption under each photo.</w:t>
      </w:r>
    </w:p>
    <w:p w:rsidRPr="00412015" w:rsidR="002F1C04" w:rsidP="004B375F" w:rsidRDefault="00FD0472" w14:paraId="4AACA428" w14:textId="25B1D9CB">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 xml:space="preserve">Captions must follow this format: </w:t>
      </w:r>
      <w:r w:rsidRPr="00412015">
        <w:rPr>
          <w:rFonts w:ascii="QBE Sans" w:hAnsi="QBE Sans" w:eastAsia="Times New Roman" w:cs="QBE Sans"/>
          <w:b/>
          <w:bCs/>
          <w:lang w:eastAsia="en-GB"/>
        </w:rPr>
        <w:t>Photo XX: [</w:t>
      </w:r>
      <w:r w:rsidR="00761E51">
        <w:rPr>
          <w:rFonts w:ascii="QBE Sans" w:hAnsi="QBE Sans" w:eastAsia="Times New Roman" w:cs="QBE Sans"/>
          <w:b/>
          <w:bCs/>
          <w:lang w:eastAsia="en-GB"/>
        </w:rPr>
        <w:t>Location</w:t>
      </w:r>
      <w:r w:rsidRPr="00412015">
        <w:rPr>
          <w:rFonts w:ascii="QBE Sans" w:hAnsi="QBE Sans" w:eastAsia="Times New Roman" w:cs="QBE Sans"/>
          <w:b/>
          <w:bCs/>
          <w:lang w:eastAsia="en-GB"/>
        </w:rPr>
        <w:t>] – [What/defect] – [</w:t>
      </w:r>
      <w:r w:rsidR="00AF46C6">
        <w:rPr>
          <w:rFonts w:ascii="QBE Sans" w:hAnsi="QBE Sans" w:eastAsia="Times New Roman" w:cs="QBE Sans"/>
          <w:b/>
          <w:bCs/>
          <w:lang w:eastAsia="en-GB"/>
        </w:rPr>
        <w:t>Risk</w:t>
      </w:r>
      <w:r w:rsidRPr="00412015">
        <w:rPr>
          <w:rFonts w:ascii="QBE Sans" w:hAnsi="QBE Sans" w:eastAsia="Times New Roman" w:cs="QBE Sans"/>
          <w:b/>
          <w:bCs/>
          <w:lang w:eastAsia="en-GB"/>
        </w:rPr>
        <w:t>]</w:t>
      </w:r>
      <w:r w:rsidRPr="00412015">
        <w:rPr>
          <w:rFonts w:ascii="QBE Sans" w:hAnsi="QBE Sans" w:eastAsia="Times New Roman" w:cs="QBE Sans"/>
          <w:lang w:eastAsia="en-GB"/>
        </w:rPr>
        <w:t xml:space="preserve"> </w:t>
      </w:r>
    </w:p>
    <w:p w:rsidRPr="00412015" w:rsidR="00FD0472" w:rsidP="00AD3D73" w:rsidRDefault="00FD0472" w14:paraId="54D6BBC3" w14:textId="0CEF12B0">
      <w:pPr>
        <w:suppressAutoHyphens w:val="0"/>
        <w:spacing w:after="0" w:line="240" w:lineRule="auto"/>
        <w:ind w:left="1440"/>
        <w:rPr>
          <w:rFonts w:ascii="QBE Sans" w:hAnsi="QBE Sans" w:eastAsia="Times New Roman" w:cs="QBE Sans"/>
          <w:lang w:eastAsia="en-GB"/>
        </w:rPr>
      </w:pPr>
      <w:r w:rsidRPr="00412015">
        <w:rPr>
          <w:rFonts w:ascii="QBE Sans" w:hAnsi="QBE Sans" w:eastAsia="Times New Roman" w:cs="QBE Sans"/>
          <w:lang w:eastAsia="en-GB"/>
        </w:rPr>
        <w:t>Examples:</w:t>
      </w:r>
    </w:p>
    <w:p w:rsidRPr="00412015" w:rsidR="00FD0472" w:rsidP="004B375F" w:rsidRDefault="00FD0472" w14:paraId="4CEDFD7B" w14:textId="77777777">
      <w:pPr>
        <w:numPr>
          <w:ilvl w:val="2"/>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Photo 07: Mooring deck – damaged line – snap-back injury risk</w:t>
      </w:r>
    </w:p>
    <w:p w:rsidRPr="00412015" w:rsidR="00FD0472" w:rsidP="004B375F" w:rsidRDefault="00FD0472" w14:paraId="61224920" w14:textId="77777777">
      <w:pPr>
        <w:numPr>
          <w:ilvl w:val="2"/>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Photo 12: Engine room bilge – oily residue – pollution/fire risk</w:t>
      </w:r>
    </w:p>
    <w:p w:rsidRPr="00412015" w:rsidR="002F1C04" w:rsidP="00AD3D73" w:rsidRDefault="002F1C04" w14:paraId="6C2BD113" w14:textId="77777777">
      <w:pPr>
        <w:suppressAutoHyphens w:val="0"/>
        <w:spacing w:after="0" w:line="240" w:lineRule="auto"/>
        <w:ind w:left="2160"/>
        <w:rPr>
          <w:rFonts w:ascii="QBE Sans" w:hAnsi="QBE Sans" w:eastAsia="Times New Roman" w:cs="QBE Sans"/>
          <w:lang w:eastAsia="en-GB"/>
        </w:rPr>
      </w:pPr>
    </w:p>
    <w:p w:rsidRPr="00412015" w:rsidR="00FD0472" w:rsidP="004B375F" w:rsidRDefault="00FD0472" w14:paraId="19DBA8A5" w14:textId="77777777">
      <w:pPr>
        <w:numPr>
          <w:ilvl w:val="0"/>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b/>
          <w:bCs/>
          <w:lang w:eastAsia="en-GB"/>
        </w:rPr>
        <w:t>Referencing rule:</w:t>
      </w:r>
    </w:p>
    <w:p w:rsidR="00A05AAE" w:rsidP="004B375F" w:rsidRDefault="00FD0472" w14:paraId="5E97313F" w14:textId="7AF0113F">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Photo numbers must be referenced in</w:t>
      </w:r>
      <w:r w:rsidR="008205EB">
        <w:rPr>
          <w:rFonts w:ascii="QBE Sans" w:hAnsi="QBE Sans" w:eastAsia="Times New Roman" w:cs="QBE Sans"/>
          <w:lang w:eastAsia="en-GB"/>
        </w:rPr>
        <w:t xml:space="preserve"> Section 4 hazard list as applicable.</w:t>
      </w:r>
      <w:r w:rsidRPr="00412015">
        <w:rPr>
          <w:rFonts w:ascii="QBE Sans" w:hAnsi="QBE Sans" w:eastAsia="Times New Roman" w:cs="QBE Sans"/>
          <w:lang w:eastAsia="en-GB"/>
        </w:rPr>
        <w:t xml:space="preserve"> </w:t>
      </w:r>
    </w:p>
    <w:p w:rsidR="00A05AAE" w:rsidP="004B375F" w:rsidRDefault="00FD0472" w14:paraId="342900A6"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 xml:space="preserve">Section 3 comments (where area rated Poor or </w:t>
      </w:r>
      <w:r w:rsidRPr="00412015" w:rsidR="00832D27">
        <w:rPr>
          <w:rFonts w:ascii="QBE Sans" w:hAnsi="QBE Sans" w:eastAsia="Times New Roman" w:cs="QBE Sans"/>
          <w:lang w:eastAsia="en-GB"/>
        </w:rPr>
        <w:t>Satisfactory)</w:t>
      </w:r>
      <w:r w:rsidRPr="00412015">
        <w:rPr>
          <w:rFonts w:ascii="QBE Sans" w:hAnsi="QBE Sans" w:eastAsia="Times New Roman" w:cs="QBE Sans"/>
          <w:lang w:eastAsia="en-GB"/>
        </w:rPr>
        <w:t xml:space="preserve"> </w:t>
      </w:r>
      <w:r w:rsidRPr="00412015" w:rsidR="00F505A4">
        <w:rPr>
          <w:rFonts w:ascii="QBE Sans" w:hAnsi="QBE Sans" w:eastAsia="Times New Roman" w:cs="QBE Sans"/>
          <w:lang w:eastAsia="en-GB"/>
        </w:rPr>
        <w:t>.</w:t>
      </w:r>
    </w:p>
    <w:p w:rsidRPr="00412015" w:rsidR="002F1C04" w:rsidP="00AD3D73" w:rsidRDefault="002F1C04" w14:paraId="5D07A282" w14:textId="77777777">
      <w:pPr>
        <w:suppressAutoHyphens w:val="0"/>
        <w:spacing w:after="0" w:line="240" w:lineRule="auto"/>
        <w:ind w:left="1440"/>
        <w:rPr>
          <w:rFonts w:ascii="QBE Sans" w:hAnsi="QBE Sans" w:eastAsia="Times New Roman" w:cs="QBE Sans"/>
          <w:lang w:eastAsia="en-GB"/>
        </w:rPr>
      </w:pPr>
    </w:p>
    <w:p w:rsidRPr="00412015" w:rsidR="00FD0472" w:rsidP="004B375F" w:rsidRDefault="00FD0472" w14:paraId="2B4A8997" w14:textId="77777777">
      <w:pPr>
        <w:numPr>
          <w:ilvl w:val="0"/>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b/>
          <w:bCs/>
          <w:lang w:eastAsia="en-GB"/>
        </w:rPr>
        <w:t>Minimum coverage areas</w:t>
      </w:r>
      <w:r w:rsidRPr="00412015">
        <w:rPr>
          <w:rFonts w:ascii="QBE Sans" w:hAnsi="QBE Sans" w:eastAsia="Times New Roman" w:cs="QBE Sans"/>
          <w:lang w:eastAsia="en-GB"/>
        </w:rPr>
        <w:t xml:space="preserve"> (within the 20+ photos – as applicable):</w:t>
      </w:r>
    </w:p>
    <w:p w:rsidRPr="00412015" w:rsidR="001670E7" w:rsidP="004B375F" w:rsidRDefault="00914A77" w14:paraId="4DA49C3D"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External hull (both sides where practicable)</w:t>
      </w:r>
    </w:p>
    <w:p w:rsidRPr="00412015" w:rsidR="001670E7" w:rsidP="004B375F" w:rsidRDefault="00914A77" w14:paraId="3F0AA4FB"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Main deck areas</w:t>
      </w:r>
    </w:p>
    <w:p w:rsidRPr="00412015" w:rsidR="001670E7" w:rsidP="004B375F" w:rsidRDefault="00914A77" w14:paraId="1667FC57"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Bridge console / navigation equipment</w:t>
      </w:r>
    </w:p>
    <w:p w:rsidRPr="00412015" w:rsidR="001670E7" w:rsidP="004B375F" w:rsidRDefault="00914A77" w14:paraId="2E485033"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Machinery spaces (general views + any concerns)</w:t>
      </w:r>
    </w:p>
    <w:p w:rsidRPr="00412015" w:rsidR="001670E7" w:rsidP="004B375F" w:rsidRDefault="00914A77" w14:paraId="27399004"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Fire safety equipment and escape routes.</w:t>
      </w:r>
    </w:p>
    <w:p w:rsidRPr="00412015" w:rsidR="001670E7" w:rsidP="004B375F" w:rsidRDefault="00914A77" w14:paraId="6656BAF9"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Lifesaving appliances</w:t>
      </w:r>
    </w:p>
    <w:p w:rsidRPr="00412015" w:rsidR="001670E7" w:rsidP="004B375F" w:rsidRDefault="00914A77" w14:paraId="284FD446"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Cargo holds / tanks / decks / tow or fishing gear (as applicable)</w:t>
      </w:r>
    </w:p>
    <w:p w:rsidRPr="00412015" w:rsidR="001670E7" w:rsidP="004B375F" w:rsidRDefault="00914A77" w14:paraId="198F57E6" w14:textId="1CDE5A51">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Any hazards recorded in Section 4</w:t>
      </w:r>
      <w:r w:rsidR="008A60C6">
        <w:rPr>
          <w:rFonts w:ascii="QBE Sans" w:hAnsi="QBE Sans" w:eastAsia="Times New Roman" w:cs="QBE Sans"/>
          <w:lang w:eastAsia="en-GB"/>
        </w:rPr>
        <w:t xml:space="preserve"> ( </w:t>
      </w:r>
      <w:r w:rsidRPr="00A35C07" w:rsidR="008A60C6">
        <w:rPr>
          <w:rFonts w:ascii="QBE Sans" w:hAnsi="QBE Sans" w:eastAsia="Times New Roman" w:cs="QBE Sans"/>
          <w:lang w:eastAsia="en-GB"/>
        </w:rPr>
        <w:t>at least 1 photo per hazard</w:t>
      </w:r>
      <w:r w:rsidR="008A60C6">
        <w:rPr>
          <w:rFonts w:ascii="QBE Sans" w:hAnsi="QBE Sans" w:eastAsia="Times New Roman" w:cs="QBE Sans"/>
          <w:lang w:eastAsia="en-GB"/>
        </w:rPr>
        <w:t>)</w:t>
      </w:r>
    </w:p>
    <w:p w:rsidRPr="00412015" w:rsidR="001670E7" w:rsidP="004B375F" w:rsidRDefault="00914A77" w14:paraId="2B2BDD8F"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Accommodation overview</w:t>
      </w:r>
    </w:p>
    <w:p w:rsidRPr="00412015" w:rsidR="001670E7" w:rsidP="004B375F" w:rsidRDefault="00914A77" w14:paraId="4CDF89F8" w14:textId="77777777">
      <w:pPr>
        <w:numPr>
          <w:ilvl w:val="1"/>
          <w:numId w:val="9"/>
        </w:numPr>
        <w:suppressAutoHyphens w:val="0"/>
        <w:spacing w:after="0" w:line="240" w:lineRule="auto"/>
        <w:rPr>
          <w:rFonts w:ascii="QBE Sans" w:hAnsi="QBE Sans" w:eastAsia="Times New Roman" w:cs="QBE Sans"/>
          <w:lang w:eastAsia="en-GB"/>
        </w:rPr>
      </w:pPr>
      <w:r w:rsidRPr="00412015">
        <w:rPr>
          <w:rFonts w:ascii="QBE Sans" w:hAnsi="QBE Sans" w:eastAsia="Times New Roman" w:cs="QBE Sans"/>
          <w:lang w:eastAsia="en-GB"/>
        </w:rPr>
        <w:t>Pollution prevention gear (e.g., OWS, bilges)</w:t>
      </w:r>
    </w:p>
    <w:p w:rsidR="001670E7" w:rsidP="00A35C07" w:rsidRDefault="001670E7" w14:paraId="27FE78EF" w14:textId="77777777">
      <w:pPr>
        <w:spacing w:after="0" w:line="240" w:lineRule="auto"/>
        <w:rPr>
          <w:rFonts w:ascii="QBE Sans" w:hAnsi="QBE Sans" w:cs="QBE Sans"/>
        </w:rPr>
      </w:pPr>
    </w:p>
    <w:p w:rsidRPr="00A35C07" w:rsidR="00A35C07" w:rsidP="004B375F" w:rsidRDefault="00A35C07" w14:paraId="65C60B17" w14:textId="77777777">
      <w:pPr>
        <w:numPr>
          <w:ilvl w:val="0"/>
          <w:numId w:val="9"/>
        </w:numPr>
        <w:suppressAutoHyphens w:val="0"/>
        <w:spacing w:after="0" w:line="240" w:lineRule="auto"/>
        <w:rPr>
          <w:rFonts w:ascii="QBE Sans" w:hAnsi="QBE Sans" w:cs="QBE Sans"/>
          <w:lang w:val="en-GB"/>
        </w:rPr>
      </w:pPr>
      <w:r w:rsidRPr="00A35C07">
        <w:rPr>
          <w:rFonts w:ascii="QBE Sans" w:hAnsi="QBE Sans" w:cs="QBE Sans"/>
          <w:b/>
          <w:bCs/>
          <w:lang w:val="en-GB"/>
        </w:rPr>
        <w:t>Category minimums</w:t>
      </w:r>
      <w:r w:rsidRPr="00A35C07">
        <w:rPr>
          <w:rFonts w:ascii="QBE Sans" w:hAnsi="QBE Sans" w:cs="QBE Sans"/>
          <w:lang w:val="en-GB"/>
        </w:rPr>
        <w:t xml:space="preserve"> (within the total set – as applicable):</w:t>
      </w:r>
    </w:p>
    <w:p w:rsidRPr="00A35C07" w:rsidR="00A35C07" w:rsidP="004B375F" w:rsidRDefault="00A35C07" w14:paraId="79A460D8" w14:textId="23BA590A">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Bridge &amp; navigation: 2</w:t>
      </w:r>
    </w:p>
    <w:p w:rsidRPr="00A35C07" w:rsidR="00A35C07" w:rsidP="004B375F" w:rsidRDefault="00A35C07" w14:paraId="32244976" w14:textId="77CC3AA8">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Engine room (general): </w:t>
      </w:r>
      <w:r w:rsidR="00626621">
        <w:rPr>
          <w:rFonts w:ascii="QBE Sans" w:hAnsi="QBE Sans" w:eastAsia="Times New Roman" w:cs="QBE Sans"/>
          <w:lang w:eastAsia="en-GB"/>
        </w:rPr>
        <w:t>4</w:t>
      </w:r>
    </w:p>
    <w:p w:rsidRPr="00A35C07" w:rsidR="00A35C07" w:rsidP="004B375F" w:rsidRDefault="00A35C07" w14:paraId="35230B9C" w14:textId="147F9873">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Bilges / OWS / pollution control: 2</w:t>
      </w:r>
    </w:p>
    <w:p w:rsidRPr="00A35C07" w:rsidR="00A35C07" w:rsidP="004B375F" w:rsidRDefault="00A35C07" w14:paraId="1C812E0D" w14:textId="7E082274">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Mooring &amp; deck operations: 3</w:t>
      </w:r>
    </w:p>
    <w:p w:rsidRPr="00A35C07" w:rsidR="00A35C07" w:rsidP="004B375F" w:rsidRDefault="00A35C07" w14:paraId="22D05C0D" w14:textId="3D04A708">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w:t>
      </w:r>
      <w:r w:rsidRPr="00A35C07" w:rsidR="00626621">
        <w:rPr>
          <w:rFonts w:ascii="QBE Sans" w:hAnsi="QBE Sans" w:eastAsia="Times New Roman" w:cs="QBE Sans"/>
          <w:lang w:eastAsia="en-GB"/>
        </w:rPr>
        <w:t>Firefighting</w:t>
      </w:r>
      <w:r w:rsidRPr="00A35C07">
        <w:rPr>
          <w:rFonts w:ascii="QBE Sans" w:hAnsi="QBE Sans" w:eastAsia="Times New Roman" w:cs="QBE Sans"/>
          <w:lang w:eastAsia="en-GB"/>
        </w:rPr>
        <w:t xml:space="preserve"> &amp; life</w:t>
      </w:r>
      <w:r w:rsidRPr="00A35C07">
        <w:rPr>
          <w:rFonts w:ascii="QBE Sans" w:hAnsi="QBE Sans" w:eastAsia="Times New Roman" w:cs="QBE Sans"/>
          <w:lang w:eastAsia="en-GB"/>
        </w:rPr>
        <w:noBreakHyphen/>
      </w:r>
      <w:r w:rsidRPr="00A35C07">
        <w:rPr>
          <w:rFonts w:ascii="QBE Sans" w:hAnsi="QBE Sans" w:eastAsia="Times New Roman" w:cs="QBE Sans"/>
          <w:lang w:eastAsia="en-GB"/>
        </w:rPr>
        <w:t>saving equipment: 4</w:t>
      </w:r>
    </w:p>
    <w:p w:rsidRPr="00A35C07" w:rsidR="00A35C07" w:rsidP="004B375F" w:rsidRDefault="00A35C07" w14:paraId="2E682276" w14:textId="4C1AE30E">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Accommodation / access / escape routes: 2</w:t>
      </w:r>
    </w:p>
    <w:p w:rsidRPr="00A35C07" w:rsidR="00A35C07" w:rsidP="004B375F" w:rsidRDefault="00A35C07" w14:paraId="6BFEC422" w14:textId="3E857AA2">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Cargo / tow / fishing / specialist gear (if applicable): 3</w:t>
      </w:r>
    </w:p>
    <w:p w:rsidRPr="00A35C07" w:rsidR="00A35C07" w:rsidP="004B375F" w:rsidRDefault="00A35C07" w14:paraId="27B74031" w14:textId="21BE7DEF">
      <w:pPr>
        <w:numPr>
          <w:ilvl w:val="1"/>
          <w:numId w:val="9"/>
        </w:numPr>
        <w:suppressAutoHyphens w:val="0"/>
        <w:spacing w:after="0" w:line="240" w:lineRule="auto"/>
        <w:rPr>
          <w:rFonts w:ascii="QBE Sans" w:hAnsi="QBE Sans" w:eastAsia="Times New Roman" w:cs="QBE Sans"/>
          <w:lang w:eastAsia="en-GB"/>
        </w:rPr>
      </w:pPr>
      <w:r w:rsidRPr="00A35C07">
        <w:rPr>
          <w:rFonts w:ascii="QBE Sans" w:hAnsi="QBE Sans" w:eastAsia="Times New Roman" w:cs="QBE Sans"/>
          <w:lang w:eastAsia="en-GB"/>
        </w:rPr>
        <w:t xml:space="preserve"> Hazard items: at least 1 photo per hazard</w:t>
      </w:r>
    </w:p>
    <w:p w:rsidRPr="00412015" w:rsidR="0092649F" w:rsidRDefault="0092649F" w14:paraId="7AAAD45F" w14:textId="77777777">
      <w:pPr>
        <w:rPr>
          <w:rFonts w:ascii="QBE Sans" w:hAnsi="QBE Sans" w:cs="QBE Sans"/>
        </w:rPr>
        <w:sectPr w:rsidRPr="00412015" w:rsidR="0092649F" w:rsidSect="00B857F0">
          <w:headerReference w:type="even" r:id="rId31"/>
          <w:headerReference w:type="default" r:id="rId32"/>
          <w:footerReference w:type="default" r:id="rId33"/>
          <w:headerReference w:type="first" r:id="rId34"/>
          <w:footerReference w:type="first" r:id="rId35"/>
          <w:pgSz w:w="11906" w:h="16838" w:orient="portrait"/>
          <w:pgMar w:top="1134" w:right="1440" w:bottom="1134" w:left="1440" w:header="709" w:footer="709" w:gutter="0"/>
          <w:cols w:space="720"/>
          <w:formProt w:val="0"/>
          <w:docGrid w:linePitch="360" w:charSpace="4096"/>
        </w:sectPr>
      </w:pPr>
    </w:p>
    <w:p w:rsidRPr="00412015" w:rsidR="001670E7" w:rsidRDefault="00914A77" w14:paraId="06A23853" w14:textId="49961E0C">
      <w:pPr>
        <w:pStyle w:val="Heading1"/>
        <w:rPr>
          <w:rFonts w:ascii="QBE Sans" w:hAnsi="QBE Sans" w:cs="QBE Sans"/>
          <w:lang w:eastAsia="en-GB"/>
        </w:rPr>
      </w:pPr>
      <w:r w:rsidRPr="00412015">
        <w:rPr>
          <w:rFonts w:ascii="QBE Sans" w:hAnsi="QBE Sans" w:cs="QBE Sans"/>
          <w:lang w:eastAsia="en-GB"/>
        </w:rPr>
        <w:t xml:space="preserve">SECTION 6 – Surveyor Declaration &amp; Additional Comments </w:t>
      </w:r>
      <w:r w:rsidR="007B326C">
        <w:rPr>
          <w:rFonts w:ascii="QBE Sans" w:hAnsi="QBE Sans" w:cs="QBE Sans"/>
          <w:lang w:eastAsia="en-GB"/>
        </w:rPr>
        <w:t>(CONFIDENT</w:t>
      </w:r>
      <w:r w:rsidR="00F9573B">
        <w:rPr>
          <w:rFonts w:ascii="QBE Sans" w:hAnsi="QBE Sans" w:cs="QBE Sans"/>
          <w:lang w:eastAsia="en-GB"/>
        </w:rPr>
        <w:t>IAL</w:t>
      </w:r>
      <w:r w:rsidR="002535D6">
        <w:rPr>
          <w:rFonts w:ascii="QBE Sans" w:hAnsi="QBE Sans" w:cs="QBE Sans"/>
          <w:lang w:eastAsia="en-GB"/>
        </w:rPr>
        <w:t xml:space="preserve"> </w:t>
      </w:r>
      <w:r w:rsidR="00F9573B">
        <w:rPr>
          <w:rFonts w:ascii="QBE Sans" w:hAnsi="QBE Sans" w:cs="QBE Sans"/>
          <w:lang w:eastAsia="en-GB"/>
        </w:rPr>
        <w:t>to British Marine)</w:t>
      </w:r>
    </w:p>
    <w:p w:rsidRPr="00B40DEB" w:rsidR="00004BF6" w:rsidP="00004BF6" w:rsidRDefault="00004BF6" w14:paraId="4A049467" w14:textId="77777777">
      <w:pPr>
        <w:rPr>
          <w:rFonts w:ascii="QBE Sans" w:hAnsi="QBE Sans" w:cs="QBE Sans"/>
          <w:sz w:val="18"/>
          <w:szCs w:val="18"/>
          <w:lang w:val="en-GB" w:eastAsia="en-GB"/>
        </w:rPr>
      </w:pPr>
      <w:r w:rsidRPr="00B40DEB">
        <w:rPr>
          <w:rFonts w:ascii="QBE Sans" w:hAnsi="QBE Sans" w:cs="QBE Sans"/>
          <w:sz w:val="18"/>
          <w:szCs w:val="18"/>
          <w:lang w:val="en-GB" w:eastAsia="en-GB"/>
        </w:rPr>
        <w:t>If at any point you experienced pressure to withhold observations, please report this confidentially to British Marine.</w:t>
      </w:r>
    </w:p>
    <w:tbl>
      <w:tblPr>
        <w:tblW w:w="9893" w:type="dxa"/>
        <w:tblInd w:w="-482" w:type="dxa"/>
        <w:tblLayout w:type="fixed"/>
        <w:tblLook w:val="0000" w:firstRow="0" w:lastRow="0" w:firstColumn="0" w:lastColumn="0" w:noHBand="0" w:noVBand="0"/>
      </w:tblPr>
      <w:tblGrid>
        <w:gridCol w:w="9893"/>
      </w:tblGrid>
      <w:tr w:rsidRPr="00412015" w:rsidR="001670E7" w14:paraId="219FCA5B" w14:textId="77777777">
        <w:trPr>
          <w:trHeight w:val="290"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914A77" w14:paraId="18578CB7" w14:textId="4138D580">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6.1 Additional Observations (Optional)</w:t>
            </w:r>
          </w:p>
          <w:p w:rsidRPr="00412015" w:rsidR="001670E7" w:rsidRDefault="001670E7" w14:paraId="71BE03AC" w14:textId="77777777">
            <w:pPr>
              <w:pStyle w:val="Heading2"/>
              <w:ind w:left="720"/>
              <w:rPr>
                <w:rFonts w:ascii="QBE Sans" w:hAnsi="QBE Sans" w:cs="QBE Sans"/>
                <w:lang w:eastAsia="en-GB"/>
              </w:rPr>
            </w:pPr>
          </w:p>
        </w:tc>
      </w:tr>
      <w:tr w:rsidRPr="00412015" w:rsidR="001670E7" w14:paraId="7660B423" w14:textId="77777777">
        <w:trPr>
          <w:trHeight w:val="2324"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E745B1" w:rsidRDefault="001670E7" w14:paraId="0A22DC0E" w14:textId="77777777">
            <w:pPr>
              <w:pStyle w:val="Heading2"/>
              <w:rPr>
                <w:rFonts w:ascii="QBE Sans" w:hAnsi="QBE Sans" w:cs="QBE Sans"/>
                <w:sz w:val="20"/>
                <w:szCs w:val="20"/>
                <w:lang w:eastAsia="en-GB"/>
              </w:rPr>
            </w:pPr>
          </w:p>
        </w:tc>
      </w:tr>
      <w:tr w:rsidRPr="00412015" w:rsidR="001670E7" w:rsidTr="0077293A" w14:paraId="525DBA65" w14:textId="77777777">
        <w:trPr>
          <w:trHeight w:val="1144"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P="0077293A" w:rsidRDefault="00914A77" w14:paraId="493D5E76" w14:textId="7B208903">
            <w:pPr>
              <w:spacing w:beforeAutospacing="1" w:afterAutospacing="1" w:line="240" w:lineRule="auto"/>
              <w:rPr>
                <w:rFonts w:ascii="QBE Sans" w:hAnsi="QBE Sans" w:cs="QBE Sans"/>
                <w:lang w:eastAsia="en-GB"/>
              </w:rPr>
            </w:pPr>
            <w:r w:rsidRPr="00412015">
              <w:rPr>
                <w:rFonts w:ascii="QBE Sans" w:hAnsi="QBE Sans" w:eastAsia="Times New Roman" w:cs="QBE Sans"/>
                <w:lang w:eastAsia="en-GB"/>
              </w:rPr>
              <w:t>6.2 Limitations</w:t>
            </w:r>
            <w:r w:rsidR="00DB2D7C">
              <w:rPr>
                <w:rFonts w:ascii="QBE Sans" w:hAnsi="QBE Sans" w:eastAsia="Times New Roman" w:cs="QBE Sans"/>
                <w:lang w:eastAsia="en-GB"/>
              </w:rPr>
              <w:t>:</w:t>
            </w:r>
            <w:r w:rsidRPr="00412015">
              <w:rPr>
                <w:rFonts w:ascii="QBE Sans" w:hAnsi="QBE Sans" w:eastAsia="Times New Roman" w:cs="QBE Sans"/>
                <w:lang w:eastAsia="en-GB"/>
              </w:rPr>
              <w:t xml:space="preserve"> Describe any limitations to the survey (access restrictions, time constraints, weather, incomplete documentation, language issues, etc.):</w:t>
            </w:r>
            <w:r w:rsidRPr="0077293A" w:rsidR="0077293A">
              <w:rPr>
                <w:rFonts w:ascii="Times New Roman" w:hAnsi="Times New Roman" w:eastAsia="Times New Roman" w:cs="Times New Roman"/>
                <w:sz w:val="24"/>
                <w:szCs w:val="24"/>
                <w:lang w:val="en-GB" w:eastAsia="en-GB"/>
              </w:rPr>
              <w:t xml:space="preserve"> </w:t>
            </w:r>
            <w:r w:rsidRPr="0077293A" w:rsidR="0077293A">
              <w:rPr>
                <w:rFonts w:ascii="QBE Sans" w:hAnsi="QBE Sans" w:eastAsia="Times New Roman" w:cs="QBE Sans"/>
                <w:lang w:val="en-GB" w:eastAsia="en-GB"/>
              </w:rPr>
              <w:t>For each limitation stated, indicate whether it materially affects confidence in the findings:</w:t>
            </w:r>
            <w:r w:rsidR="0077293A">
              <w:rPr>
                <w:rFonts w:ascii="QBE Sans" w:hAnsi="QBE Sans" w:eastAsia="Times New Roman" w:cs="QBE Sans"/>
                <w:lang w:val="en-GB" w:eastAsia="en-GB"/>
              </w:rPr>
              <w:t xml:space="preserve"> </w:t>
            </w:r>
            <w:r w:rsidRPr="0077293A" w:rsidR="0077293A">
              <w:rPr>
                <w:rFonts w:ascii="QBE Sans" w:hAnsi="QBE Sans" w:eastAsia="Times New Roman" w:cs="QBE Sans"/>
                <w:lang w:val="en-GB" w:eastAsia="en-GB"/>
              </w:rPr>
              <w:t xml:space="preserve">Material impact on confidence? </w:t>
            </w:r>
            <w:r w:rsidR="00CB25AF">
              <w:rPr>
                <w:rFonts w:hint="eastAsia" w:ascii="MS Gothic" w:hAnsi="MS Gothic" w:eastAsia="MS Gothic" w:cs="QBE Sans"/>
                <w:lang w:val="en-GB" w:eastAsia="en-GB"/>
              </w:rPr>
              <w:t>☐</w:t>
            </w:r>
            <w:r w:rsidRPr="0077293A" w:rsidR="0077293A">
              <w:rPr>
                <w:rFonts w:ascii="QBE Sans" w:hAnsi="QBE Sans" w:eastAsia="Times New Roman" w:cs="QBE Sans"/>
                <w:lang w:val="en-GB" w:eastAsia="en-GB"/>
              </w:rPr>
              <w:t xml:space="preserve"> Yes </w:t>
            </w:r>
            <w:r w:rsidR="00CB25AF">
              <w:rPr>
                <w:rFonts w:hint="eastAsia" w:ascii="MS Gothic" w:hAnsi="MS Gothic" w:eastAsia="MS Gothic" w:cs="QBE Sans"/>
                <w:lang w:val="en-GB" w:eastAsia="en-GB"/>
              </w:rPr>
              <w:t>☐</w:t>
            </w:r>
            <w:r w:rsidRPr="0077293A" w:rsidR="0077293A">
              <w:rPr>
                <w:rFonts w:ascii="QBE Sans" w:hAnsi="QBE Sans" w:eastAsia="Times New Roman" w:cs="QBE Sans"/>
                <w:lang w:val="en-GB" w:eastAsia="en-GB"/>
              </w:rPr>
              <w:t xml:space="preserve"> No (If Yes, briefly explain.)</w:t>
            </w:r>
          </w:p>
        </w:tc>
      </w:tr>
      <w:tr w:rsidRPr="00412015" w:rsidR="001670E7" w14:paraId="4051E0EE" w14:textId="77777777">
        <w:trPr>
          <w:trHeight w:val="2324"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1670E7" w14:paraId="70C49340" w14:textId="77777777">
            <w:pPr>
              <w:rPr>
                <w:rFonts w:ascii="QBE Sans" w:hAnsi="QBE Sans" w:cs="QBE Sans"/>
                <w:sz w:val="20"/>
                <w:szCs w:val="20"/>
                <w:lang w:eastAsia="en-GB"/>
              </w:rPr>
            </w:pPr>
          </w:p>
        </w:tc>
      </w:tr>
      <w:tr w:rsidRPr="00412015" w:rsidR="001670E7" w14:paraId="2B00CDDE" w14:textId="77777777">
        <w:trPr>
          <w:trHeight w:val="523"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914A77" w14:paraId="202EECD8" w14:textId="34AD957D">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 xml:space="preserve">6.3 Surveyor Self-Assessment Did you report objectively and without undue influence from the owner/manager or crew? </w:t>
            </w:r>
            <w:r w:rsidR="00CA2398">
              <w:rPr>
                <w:rFonts w:hint="eastAsia" w:ascii="MS Gothic" w:hAnsi="MS Gothic" w:eastAsia="MS Gothic" w:cs="QBE Sans"/>
                <w:lang w:eastAsia="en-GB"/>
              </w:rPr>
              <w:t>☐</w:t>
            </w:r>
            <w:r w:rsidRPr="00412015">
              <w:rPr>
                <w:rFonts w:ascii="QBE Sans" w:hAnsi="QBE Sans" w:eastAsia="Times New Roman" w:cs="QBE Sans"/>
                <w:lang w:eastAsia="en-GB"/>
              </w:rPr>
              <w:t xml:space="preserve"> Yes </w:t>
            </w:r>
            <w:sdt>
              <w:sdtPr>
                <w:rPr>
                  <w:rFonts w:ascii="QBE Sans" w:hAnsi="QBE Sans" w:eastAsia="Times New Roman" w:cs="QBE Sans"/>
                  <w:lang w:eastAsia="en-GB"/>
                </w:rPr>
                <w:id w:val="-2122454188"/>
                <w14:checkbox>
                  <w14:checked w14:val="0"/>
                  <w14:checkedState w14:val="2612" w14:font="MS Gothic"/>
                  <w14:uncheckedState w14:val="2610" w14:font="MS Gothic"/>
                </w14:checkbox>
              </w:sdtPr>
              <w:sdtEndPr/>
              <w:sdtContent>
                <w:r w:rsidR="000013E7">
                  <w:rPr>
                    <w:rFonts w:hint="eastAsia" w:ascii="MS Gothic" w:hAnsi="MS Gothic" w:eastAsia="MS Gothic" w:cs="QBE Sans"/>
                    <w:lang w:eastAsia="en-GB"/>
                  </w:rPr>
                  <w:t>☐</w:t>
                </w:r>
              </w:sdtContent>
            </w:sdt>
            <w:r w:rsidRPr="00412015">
              <w:rPr>
                <w:rFonts w:ascii="QBE Sans" w:hAnsi="QBE Sans" w:eastAsia="Times New Roman" w:cs="QBE Sans"/>
                <w:lang w:eastAsia="en-GB"/>
              </w:rPr>
              <w:t xml:space="preserve"> No (explain below)</w:t>
            </w:r>
          </w:p>
          <w:p w:rsidRPr="00412015" w:rsidR="001670E7" w:rsidRDefault="001670E7" w14:paraId="4340E0E7" w14:textId="77777777">
            <w:pPr>
              <w:spacing w:beforeAutospacing="1" w:after="0" w:line="240" w:lineRule="auto"/>
              <w:rPr>
                <w:rFonts w:ascii="QBE Sans" w:hAnsi="QBE Sans" w:cs="QBE Sans"/>
                <w:lang w:eastAsia="en-GB"/>
              </w:rPr>
            </w:pPr>
          </w:p>
        </w:tc>
      </w:tr>
      <w:tr w:rsidRPr="00412015" w:rsidR="001670E7" w14:paraId="203794A1" w14:textId="77777777">
        <w:trPr>
          <w:trHeight w:val="2324"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1670E7" w14:paraId="58E69038" w14:textId="77777777">
            <w:pPr>
              <w:rPr>
                <w:rFonts w:ascii="QBE Sans" w:hAnsi="QBE Sans" w:cs="QBE Sans"/>
                <w:sz w:val="20"/>
                <w:szCs w:val="20"/>
                <w:lang w:eastAsia="en-GB"/>
              </w:rPr>
            </w:pPr>
          </w:p>
        </w:tc>
      </w:tr>
      <w:tr w:rsidRPr="00412015" w:rsidR="001670E7" w14:paraId="62819478" w14:textId="77777777">
        <w:trPr>
          <w:trHeight w:val="2324" w:hRule="exact"/>
        </w:trPr>
        <w:tc>
          <w:tcPr>
            <w:tcW w:w="9893" w:type="dxa"/>
            <w:tcBorders>
              <w:top w:val="single" w:color="000000" w:sz="4" w:space="0"/>
              <w:left w:val="single" w:color="000000" w:sz="4" w:space="0"/>
              <w:bottom w:val="single" w:color="000000" w:sz="4" w:space="0"/>
              <w:right w:val="single" w:color="000000" w:sz="4" w:space="0"/>
            </w:tcBorders>
          </w:tcPr>
          <w:p w:rsidRPr="00412015" w:rsidR="001670E7" w:rsidRDefault="00914A77" w14:paraId="0F4DA7A1" w14:textId="45F3DE21">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 xml:space="preserve">6.4 Declaration I confirm that this report is based on my observations and professional judgement at the time of survey and that all material P&amp;I-relevant hazards identified have been recorded in Section 4. </w:t>
            </w:r>
          </w:p>
          <w:p w:rsidRPr="00412015" w:rsidR="001670E7" w:rsidRDefault="00914A77" w14:paraId="5EB7ABF4" w14:textId="77777777">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 xml:space="preserve">Surveyor Name: ____________________________ Signature: _______________________   </w:t>
            </w:r>
          </w:p>
          <w:p w:rsidR="001670E7" w:rsidRDefault="00914A77" w14:paraId="62D38564" w14:textId="77777777">
            <w:pPr>
              <w:spacing w:beforeAutospacing="1" w:after="0" w:line="240" w:lineRule="auto"/>
              <w:rPr>
                <w:rFonts w:ascii="QBE Sans" w:hAnsi="QBE Sans" w:eastAsia="Times New Roman" w:cs="QBE Sans"/>
                <w:lang w:eastAsia="en-GB"/>
              </w:rPr>
            </w:pPr>
            <w:r w:rsidRPr="00412015">
              <w:rPr>
                <w:rFonts w:ascii="QBE Sans" w:hAnsi="QBE Sans" w:eastAsia="Times New Roman" w:cs="QBE Sans"/>
                <w:lang w:eastAsia="en-GB"/>
              </w:rPr>
              <w:t>Date: ____ / ____ / ______</w:t>
            </w:r>
          </w:p>
          <w:p w:rsidRPr="0007517A" w:rsidR="0007517A" w:rsidP="0007517A" w:rsidRDefault="0007517A" w14:paraId="1346A224" w14:textId="77777777">
            <w:pPr>
              <w:rPr>
                <w:rFonts w:ascii="QBE Sans" w:hAnsi="QBE Sans" w:cs="QBE Sans"/>
                <w:sz w:val="20"/>
                <w:szCs w:val="20"/>
                <w:lang w:eastAsia="en-GB"/>
              </w:rPr>
            </w:pPr>
          </w:p>
          <w:p w:rsidRPr="0007517A" w:rsidR="0007517A" w:rsidP="0007517A" w:rsidRDefault="0007517A" w14:paraId="474CA5CD" w14:textId="17C6EE5C">
            <w:pPr>
              <w:tabs>
                <w:tab w:val="left" w:pos="2894"/>
              </w:tabs>
              <w:rPr>
                <w:rFonts w:ascii="QBE Sans" w:hAnsi="QBE Sans" w:cs="QBE Sans"/>
                <w:sz w:val="20"/>
                <w:szCs w:val="20"/>
                <w:lang w:eastAsia="en-GB"/>
              </w:rPr>
            </w:pPr>
            <w:r>
              <w:rPr>
                <w:rFonts w:ascii="QBE Sans" w:hAnsi="QBE Sans" w:cs="QBE Sans"/>
                <w:sz w:val="20"/>
                <w:szCs w:val="20"/>
                <w:lang w:eastAsia="en-GB"/>
              </w:rPr>
              <w:tab/>
            </w:r>
          </w:p>
        </w:tc>
      </w:tr>
    </w:tbl>
    <w:p w:rsidRPr="00412015" w:rsidR="001670E7" w:rsidRDefault="00914A77" w14:paraId="5F7F0A98" w14:textId="77777777">
      <w:pPr>
        <w:pStyle w:val="Heading1"/>
        <w:rPr>
          <w:rFonts w:ascii="QBE Sans" w:hAnsi="QBE Sans" w:cs="QBE Sans"/>
          <w:lang w:eastAsia="en-GB"/>
        </w:rPr>
      </w:pPr>
      <w:r w:rsidRPr="00412015">
        <w:rPr>
          <w:rFonts w:ascii="QBE Sans" w:hAnsi="QBE Sans" w:cs="QBE Sans"/>
          <w:lang w:eastAsia="en-GB"/>
        </w:rPr>
        <w:t>GUIDANCE &amp; CHECKLIST APPENDIX (LAYER 2)</w:t>
      </w:r>
    </w:p>
    <w:p w:rsidRPr="00412015" w:rsidR="001670E7" w:rsidRDefault="00914A77" w14:paraId="7DD36B7A" w14:textId="77777777">
      <w:pPr>
        <w:rPr>
          <w:rFonts w:ascii="QBE Sans" w:hAnsi="QBE Sans" w:cs="QBE Sans"/>
        </w:rPr>
      </w:pPr>
      <w:r w:rsidRPr="00412015">
        <w:rPr>
          <w:rFonts w:ascii="QBE Sans" w:hAnsi="QBE Sans" w:cs="QBE Sans"/>
          <w:b/>
        </w:rPr>
        <w:t>Poor Triggers (Rating Anchors – 1 page)</w:t>
      </w:r>
    </w:p>
    <w:p w:rsidRPr="00412015" w:rsidR="001670E7" w:rsidRDefault="00914A77" w14:paraId="32CF2FEA" w14:textId="1B3DF04A">
      <w:pPr>
        <w:rPr>
          <w:rFonts w:ascii="QBE Sans" w:hAnsi="QBE Sans" w:cs="QBE Sans"/>
          <w:sz w:val="20"/>
          <w:szCs w:val="20"/>
        </w:rPr>
      </w:pPr>
      <w:r w:rsidRPr="00412015">
        <w:rPr>
          <w:rFonts w:ascii="QBE Sans" w:hAnsi="QBE Sans" w:cs="QBE Sans"/>
          <w:sz w:val="20"/>
          <w:szCs w:val="20"/>
        </w:rPr>
        <w:t>Use as a consistency guide. Poor = a serious defect or severe deterioration that is unsafe, non-compliant, or likely to cause an incident, damage, or loss within 12 months if not corrected.</w:t>
      </w:r>
      <w:r w:rsidRPr="00412015" w:rsidR="009A52D3">
        <w:rPr>
          <w:rFonts w:ascii="QBE Sans" w:hAnsi="QBE Sans" w:cs="QBE Sans"/>
          <w:sz w:val="20"/>
          <w:szCs w:val="20"/>
        </w:rPr>
        <w:t xml:space="preserve"> The examples</w:t>
      </w:r>
      <w:r w:rsidRPr="00412015" w:rsidR="005E49CB">
        <w:rPr>
          <w:rFonts w:ascii="QBE Sans" w:hAnsi="QBE Sans" w:cs="QBE Sans"/>
          <w:sz w:val="20"/>
          <w:szCs w:val="20"/>
        </w:rPr>
        <w:t xml:space="preserve"> are not limited to :</w:t>
      </w:r>
    </w:p>
    <w:tbl>
      <w:tblPr>
        <w:tblStyle w:val="TableGrid"/>
        <w:tblW w:w="9026" w:type="dxa"/>
        <w:tblLayout w:type="fixed"/>
        <w:tblLook w:val="04A0" w:firstRow="1" w:lastRow="0" w:firstColumn="1" w:lastColumn="0" w:noHBand="0" w:noVBand="1"/>
      </w:tblPr>
      <w:tblGrid>
        <w:gridCol w:w="4514"/>
        <w:gridCol w:w="4512"/>
      </w:tblGrid>
      <w:tr w:rsidRPr="00412015" w:rsidR="001670E7" w:rsidTr="00C41B83" w14:paraId="663531D1" w14:textId="77777777">
        <w:tc>
          <w:tcPr>
            <w:tcW w:w="4514" w:type="dxa"/>
          </w:tcPr>
          <w:p w:rsidRPr="00412015" w:rsidR="001670E7" w:rsidRDefault="00914A77" w14:paraId="516E02F1" w14:textId="109C46C6">
            <w:pPr>
              <w:spacing w:after="0" w:line="240" w:lineRule="auto"/>
              <w:rPr>
                <w:rFonts w:ascii="QBE Sans" w:hAnsi="QBE Sans" w:eastAsia="MS Mincho" w:cs="QBE Sans"/>
              </w:rPr>
            </w:pPr>
            <w:r w:rsidRPr="00412015">
              <w:rPr>
                <w:rFonts w:ascii="QBE Sans" w:hAnsi="QBE Sans" w:eastAsia="MS Mincho" w:cs="QBE Sans"/>
                <w:b/>
              </w:rPr>
              <w:t>Area</w:t>
            </w:r>
          </w:p>
        </w:tc>
        <w:tc>
          <w:tcPr>
            <w:tcW w:w="4512" w:type="dxa"/>
          </w:tcPr>
          <w:p w:rsidRPr="00412015" w:rsidR="001670E7" w:rsidRDefault="00914A77" w14:paraId="0473B6B7" w14:textId="77777777">
            <w:pPr>
              <w:spacing w:after="0" w:line="240" w:lineRule="auto"/>
              <w:rPr>
                <w:rFonts w:ascii="QBE Sans" w:hAnsi="QBE Sans" w:eastAsia="MS Mincho" w:cs="QBE Sans"/>
              </w:rPr>
            </w:pPr>
            <w:r w:rsidRPr="00412015">
              <w:rPr>
                <w:rFonts w:ascii="QBE Sans" w:hAnsi="QBE Sans" w:eastAsia="MS Mincho" w:cs="QBE Sans"/>
                <w:b/>
              </w:rPr>
              <w:t>Typical “Poor” triggers (examples)</w:t>
            </w:r>
          </w:p>
        </w:tc>
      </w:tr>
      <w:tr w:rsidRPr="00412015" w:rsidR="001670E7" w:rsidTr="00C41B83" w14:paraId="64431889" w14:textId="77777777">
        <w:tc>
          <w:tcPr>
            <w:tcW w:w="4514" w:type="dxa"/>
          </w:tcPr>
          <w:p w:rsidRPr="00412015" w:rsidR="001670E7" w:rsidRDefault="00914A77" w14:paraId="21C506A1" w14:textId="77777777">
            <w:pPr>
              <w:spacing w:after="0" w:line="240" w:lineRule="auto"/>
              <w:rPr>
                <w:rFonts w:ascii="QBE Sans" w:hAnsi="QBE Sans" w:eastAsia="MS Mincho" w:cs="QBE Sans"/>
              </w:rPr>
            </w:pPr>
            <w:r w:rsidRPr="00412015">
              <w:rPr>
                <w:rFonts w:ascii="QBE Sans" w:hAnsi="QBE Sans" w:eastAsia="MS Mincho" w:cs="QBE Sans"/>
              </w:rPr>
              <w:t>Navigation / Bridge</w:t>
            </w:r>
          </w:p>
        </w:tc>
        <w:tc>
          <w:tcPr>
            <w:tcW w:w="4512" w:type="dxa"/>
          </w:tcPr>
          <w:p w:rsidRPr="00412015" w:rsidR="001670E7" w:rsidRDefault="00914A77" w14:paraId="1E9C10F4" w14:textId="77777777">
            <w:pPr>
              <w:spacing w:after="0" w:line="240" w:lineRule="auto"/>
              <w:rPr>
                <w:rFonts w:ascii="QBE Sans" w:hAnsi="QBE Sans" w:eastAsia="MS Mincho" w:cs="QBE Sans"/>
              </w:rPr>
            </w:pPr>
            <w:r w:rsidRPr="00412015">
              <w:rPr>
                <w:rFonts w:ascii="QBE Sans" w:hAnsi="QBE Sans" w:eastAsia="MS Mincho" w:cs="QBE Sans"/>
              </w:rPr>
              <w:t>Unsafe watchkeeping or critical nav equipment not working / not demonstrable</w:t>
            </w:r>
          </w:p>
        </w:tc>
      </w:tr>
      <w:tr w:rsidRPr="00412015" w:rsidR="001670E7" w:rsidTr="00C41B83" w14:paraId="72848C26" w14:textId="77777777">
        <w:tc>
          <w:tcPr>
            <w:tcW w:w="4514" w:type="dxa"/>
          </w:tcPr>
          <w:p w:rsidRPr="00412015" w:rsidR="001670E7" w:rsidRDefault="004A76E2" w14:paraId="7D112CF0" w14:textId="15E39768">
            <w:pPr>
              <w:spacing w:after="0" w:line="240" w:lineRule="auto"/>
              <w:rPr>
                <w:rFonts w:ascii="QBE Sans" w:hAnsi="QBE Sans" w:eastAsia="MS Mincho" w:cs="QBE Sans"/>
              </w:rPr>
            </w:pPr>
            <w:r w:rsidRPr="00412015">
              <w:rPr>
                <w:rFonts w:ascii="QBE Sans" w:hAnsi="QBE Sans" w:eastAsia="MS Mincho" w:cs="QBE Sans"/>
              </w:rPr>
              <w:t>Management &amp; Manning</w:t>
            </w:r>
          </w:p>
        </w:tc>
        <w:tc>
          <w:tcPr>
            <w:tcW w:w="4512" w:type="dxa"/>
          </w:tcPr>
          <w:p w:rsidRPr="00412015" w:rsidR="001670E7" w:rsidRDefault="00C71892" w14:paraId="16F5E5FB" w14:textId="487EB2BD">
            <w:pPr>
              <w:spacing w:after="0" w:line="240" w:lineRule="auto"/>
              <w:rPr>
                <w:rFonts w:ascii="QBE Sans" w:hAnsi="QBE Sans" w:eastAsia="MS Mincho" w:cs="QBE Sans"/>
                <w:lang w:val="en-GB"/>
              </w:rPr>
            </w:pPr>
            <w:r w:rsidRPr="00412015">
              <w:rPr>
                <w:rFonts w:ascii="QBE Sans" w:hAnsi="QBE Sans" w:eastAsia="MS Mincho" w:cs="QBE Sans"/>
                <w:lang w:val="en-GB"/>
              </w:rPr>
              <w:t>Minimum safe manning not met,</w:t>
            </w:r>
            <w:r w:rsidRPr="00412015">
              <w:rPr>
                <w:rFonts w:ascii="QBE Sans" w:hAnsi="QBE Sans" w:eastAsia="Times New Roman" w:cs="QBE Sans"/>
                <w:sz w:val="21"/>
                <w:szCs w:val="21"/>
                <w:lang w:val="en-GB" w:eastAsia="en-GB"/>
              </w:rPr>
              <w:t xml:space="preserve"> </w:t>
            </w:r>
            <w:r w:rsidRPr="00412015">
              <w:rPr>
                <w:rFonts w:ascii="QBE Sans" w:hAnsi="QBE Sans" w:eastAsia="MS Mincho" w:cs="QBE Sans"/>
                <w:lang w:val="en-GB"/>
              </w:rPr>
              <w:t>Officer competence concerns,</w:t>
            </w:r>
            <w:r w:rsidRPr="00412015" w:rsidR="00AE764B">
              <w:rPr>
                <w:rFonts w:ascii="QBE Sans" w:hAnsi="QBE Sans" w:eastAsia="Times New Roman" w:cs="QBE Sans"/>
                <w:sz w:val="21"/>
                <w:szCs w:val="21"/>
                <w:lang w:val="en-GB" w:eastAsia="en-GB"/>
              </w:rPr>
              <w:t xml:space="preserve"> </w:t>
            </w:r>
            <w:r w:rsidRPr="00412015" w:rsidR="00AE764B">
              <w:rPr>
                <w:rFonts w:ascii="QBE Sans" w:hAnsi="QBE Sans" w:eastAsia="MS Mincho" w:cs="QBE Sans"/>
                <w:lang w:val="en-GB"/>
              </w:rPr>
              <w:t>Training gaps, procedures routinely ignored or work carried out informally.</w:t>
            </w:r>
            <w:r w:rsidRPr="00412015" w:rsidR="00AB2078">
              <w:rPr>
                <w:rFonts w:ascii="QBE Sans" w:hAnsi="QBE Sans" w:eastAsia="Times New Roman" w:cs="QBE Sans"/>
                <w:sz w:val="21"/>
                <w:szCs w:val="21"/>
                <w:lang w:val="en-GB" w:eastAsia="en-GB"/>
              </w:rPr>
              <w:t xml:space="preserve"> </w:t>
            </w:r>
            <w:r w:rsidRPr="00412015" w:rsidR="00AB2078">
              <w:rPr>
                <w:rFonts w:ascii="QBE Sans" w:hAnsi="QBE Sans" w:eastAsia="MS Mincho" w:cs="QBE Sans"/>
                <w:lang w:val="en-GB"/>
              </w:rPr>
              <w:t xml:space="preserve">Fatigue risk unmanaged </w:t>
            </w:r>
          </w:p>
        </w:tc>
      </w:tr>
      <w:tr w:rsidRPr="00412015" w:rsidR="00C41B83" w:rsidTr="00C41B83" w14:paraId="25A7427F" w14:textId="77777777">
        <w:tc>
          <w:tcPr>
            <w:tcW w:w="4514" w:type="dxa"/>
          </w:tcPr>
          <w:p w:rsidRPr="00412015" w:rsidR="00C41B83" w:rsidP="00C41B83" w:rsidRDefault="00C41B83" w14:paraId="3F90EFF9" w14:textId="6484E626">
            <w:pPr>
              <w:spacing w:after="0" w:line="240" w:lineRule="auto"/>
              <w:rPr>
                <w:rFonts w:ascii="QBE Sans" w:hAnsi="QBE Sans" w:eastAsia="MS Mincho" w:cs="QBE Sans"/>
              </w:rPr>
            </w:pPr>
            <w:r w:rsidRPr="00412015">
              <w:rPr>
                <w:rFonts w:ascii="QBE Sans" w:hAnsi="QBE Sans" w:eastAsia="MS Mincho" w:cs="QBE Sans"/>
              </w:rPr>
              <w:t>Fire Safety</w:t>
            </w:r>
          </w:p>
        </w:tc>
        <w:tc>
          <w:tcPr>
            <w:tcW w:w="4512" w:type="dxa"/>
          </w:tcPr>
          <w:p w:rsidRPr="00412015" w:rsidR="00C41B83" w:rsidP="00C41B83" w:rsidRDefault="00C41B83" w14:paraId="3652E851" w14:textId="597E2BDA">
            <w:pPr>
              <w:spacing w:after="0" w:line="240" w:lineRule="auto"/>
              <w:rPr>
                <w:rFonts w:ascii="QBE Sans" w:hAnsi="QBE Sans" w:eastAsia="MS Mincho" w:cs="QBE Sans"/>
              </w:rPr>
            </w:pPr>
            <w:r w:rsidRPr="00412015">
              <w:rPr>
                <w:rFonts w:ascii="QBE Sans" w:hAnsi="QBE Sans" w:eastAsia="MS Mincho" w:cs="QBE Sans"/>
              </w:rPr>
              <w:t>Fire detection/alarm impaired; emergency fire pump not working; major fire integrity issues</w:t>
            </w:r>
          </w:p>
        </w:tc>
      </w:tr>
      <w:tr w:rsidRPr="00412015" w:rsidR="001C4CE4" w:rsidTr="00C41B83" w14:paraId="0253CE6A" w14:textId="77777777">
        <w:tc>
          <w:tcPr>
            <w:tcW w:w="4514" w:type="dxa"/>
          </w:tcPr>
          <w:p w:rsidRPr="00412015" w:rsidR="001C4CE4" w:rsidP="001C4CE4" w:rsidRDefault="001C4CE4" w14:paraId="76335292" w14:textId="22C24F9C">
            <w:pPr>
              <w:spacing w:after="0" w:line="240" w:lineRule="auto"/>
              <w:rPr>
                <w:rFonts w:ascii="QBE Sans" w:hAnsi="QBE Sans" w:eastAsia="MS Mincho" w:cs="QBE Sans"/>
              </w:rPr>
            </w:pPr>
            <w:r w:rsidRPr="00412015">
              <w:rPr>
                <w:rFonts w:ascii="QBE Sans" w:hAnsi="QBE Sans" w:eastAsia="MS Mincho" w:cs="QBE Sans"/>
              </w:rPr>
              <w:t>Hull &amp; Structure</w:t>
            </w:r>
          </w:p>
        </w:tc>
        <w:tc>
          <w:tcPr>
            <w:tcW w:w="4512" w:type="dxa"/>
          </w:tcPr>
          <w:p w:rsidRPr="00412015" w:rsidR="001C4CE4" w:rsidP="001C4CE4" w:rsidRDefault="001C4CE4" w14:paraId="29F3A027" w14:textId="1374D649">
            <w:pPr>
              <w:spacing w:after="0" w:line="240" w:lineRule="auto"/>
              <w:rPr>
                <w:rFonts w:ascii="QBE Sans" w:hAnsi="QBE Sans" w:eastAsia="MS Mincho" w:cs="QBE Sans"/>
              </w:rPr>
            </w:pPr>
            <w:r w:rsidRPr="00412015">
              <w:rPr>
                <w:rFonts w:ascii="QBE Sans" w:hAnsi="QBE Sans" w:eastAsia="MS Mincho" w:cs="QBE Sans"/>
              </w:rPr>
              <w:t>Watertight/weathertight integrity compromised; significant corrosion/cracking/wastage</w:t>
            </w:r>
          </w:p>
        </w:tc>
      </w:tr>
      <w:tr w:rsidRPr="00412015" w:rsidR="00B75F11" w:rsidTr="00C41B83" w14:paraId="301C6808" w14:textId="77777777">
        <w:tc>
          <w:tcPr>
            <w:tcW w:w="4514" w:type="dxa"/>
          </w:tcPr>
          <w:p w:rsidRPr="00412015" w:rsidR="00B75F11" w:rsidP="00B75F11" w:rsidRDefault="00B75F11" w14:paraId="62016FF6" w14:textId="03DE2444">
            <w:pPr>
              <w:spacing w:after="0" w:line="240" w:lineRule="auto"/>
              <w:rPr>
                <w:rFonts w:ascii="QBE Sans" w:hAnsi="QBE Sans" w:eastAsia="MS Mincho" w:cs="QBE Sans"/>
              </w:rPr>
            </w:pPr>
            <w:r w:rsidRPr="00412015">
              <w:rPr>
                <w:rFonts w:ascii="QBE Sans" w:hAnsi="QBE Sans" w:eastAsia="MS Mincho" w:cs="QBE Sans"/>
              </w:rPr>
              <w:t>Machinery</w:t>
            </w:r>
          </w:p>
        </w:tc>
        <w:tc>
          <w:tcPr>
            <w:tcW w:w="4512" w:type="dxa"/>
          </w:tcPr>
          <w:p w:rsidRPr="00412015" w:rsidR="00B75F11" w:rsidP="00B75F11" w:rsidRDefault="00B75F11" w14:paraId="6C310868" w14:textId="7C22025E">
            <w:pPr>
              <w:spacing w:after="0" w:line="240" w:lineRule="auto"/>
              <w:rPr>
                <w:rFonts w:ascii="QBE Sans" w:hAnsi="QBE Sans" w:eastAsia="MS Mincho" w:cs="QBE Sans"/>
              </w:rPr>
            </w:pPr>
            <w:r w:rsidRPr="00412015">
              <w:rPr>
                <w:rFonts w:ascii="QBE Sans" w:hAnsi="QBE Sans" w:eastAsia="MS Mincho" w:cs="QBE Sans"/>
              </w:rPr>
              <w:t>Unsafe ER conditions; critical systems unreliable; unmanaged leaks/bilge/fire risk</w:t>
            </w:r>
          </w:p>
        </w:tc>
      </w:tr>
      <w:tr w:rsidRPr="00412015" w:rsidR="00B75F11" w:rsidTr="00C41B83" w14:paraId="461199E5" w14:textId="77777777">
        <w:tc>
          <w:tcPr>
            <w:tcW w:w="4514" w:type="dxa"/>
          </w:tcPr>
          <w:p w:rsidRPr="00412015" w:rsidR="00B75F11" w:rsidP="00B75F11" w:rsidRDefault="00B75F11" w14:paraId="4CCFC443" w14:textId="627F2747">
            <w:pPr>
              <w:spacing w:after="0" w:line="240" w:lineRule="auto"/>
              <w:rPr>
                <w:rFonts w:ascii="QBE Sans" w:hAnsi="QBE Sans" w:eastAsia="MS Mincho" w:cs="QBE Sans"/>
              </w:rPr>
            </w:pPr>
            <w:r w:rsidRPr="00412015">
              <w:rPr>
                <w:rFonts w:ascii="QBE Sans" w:hAnsi="QBE Sans" w:eastAsia="MS Mincho" w:cs="QBE Sans"/>
              </w:rPr>
              <w:t>Pollution Prevention</w:t>
            </w:r>
          </w:p>
        </w:tc>
        <w:tc>
          <w:tcPr>
            <w:tcW w:w="4512" w:type="dxa"/>
          </w:tcPr>
          <w:p w:rsidRPr="00412015" w:rsidR="00B75F11" w:rsidP="00B75F11" w:rsidRDefault="00B75F11" w14:paraId="59A91182" w14:textId="4312A7BC">
            <w:pPr>
              <w:spacing w:after="0" w:line="240" w:lineRule="auto"/>
              <w:rPr>
                <w:rFonts w:ascii="QBE Sans" w:hAnsi="QBE Sans" w:eastAsia="MS Mincho" w:cs="QBE Sans"/>
              </w:rPr>
            </w:pPr>
            <w:r w:rsidRPr="00412015">
              <w:rPr>
                <w:rFonts w:ascii="QBE Sans" w:hAnsi="QBE Sans" w:eastAsia="MS Mincho" w:cs="QBE Sans"/>
              </w:rPr>
              <w:t>OWS/alarm not working or bypass suspected; spill controls ineffective</w:t>
            </w:r>
          </w:p>
        </w:tc>
      </w:tr>
      <w:tr w:rsidRPr="00412015" w:rsidR="00B86933" w:rsidTr="00C41B83" w14:paraId="7AF0AE69" w14:textId="77777777">
        <w:tc>
          <w:tcPr>
            <w:tcW w:w="4514" w:type="dxa"/>
          </w:tcPr>
          <w:p w:rsidRPr="00412015" w:rsidR="00B86933" w:rsidP="00B86933" w:rsidRDefault="00B86933" w14:paraId="2C49AEB9" w14:textId="5FC5961C">
            <w:pPr>
              <w:spacing w:after="0" w:line="240" w:lineRule="auto"/>
              <w:rPr>
                <w:rFonts w:ascii="QBE Sans" w:hAnsi="QBE Sans" w:eastAsia="MS Mincho" w:cs="QBE Sans"/>
              </w:rPr>
            </w:pPr>
            <w:r w:rsidRPr="00412015">
              <w:rPr>
                <w:rFonts w:ascii="QBE Sans" w:hAnsi="QBE Sans" w:eastAsia="MS Mincho" w:cs="QBE Sans"/>
              </w:rPr>
              <w:t>Personal Safety</w:t>
            </w:r>
          </w:p>
        </w:tc>
        <w:tc>
          <w:tcPr>
            <w:tcW w:w="4512" w:type="dxa"/>
          </w:tcPr>
          <w:p w:rsidRPr="00412015" w:rsidR="00B86933" w:rsidP="00B86933" w:rsidRDefault="00B86933" w14:paraId="21C0C274" w14:textId="3A1C99F9">
            <w:pPr>
              <w:spacing w:after="0" w:line="240" w:lineRule="auto"/>
              <w:rPr>
                <w:rFonts w:ascii="QBE Sans" w:hAnsi="QBE Sans" w:eastAsia="MS Mincho" w:cs="QBE Sans"/>
              </w:rPr>
            </w:pPr>
            <w:r w:rsidRPr="00412015">
              <w:rPr>
                <w:rFonts w:ascii="QBE Sans" w:hAnsi="QBE Sans" w:eastAsia="MS Mincho" w:cs="QBE Sans"/>
              </w:rPr>
              <w:t>Repeated unsafe practices; poor PTW/enclosed space controls; high injury pathway</w:t>
            </w:r>
          </w:p>
        </w:tc>
      </w:tr>
      <w:tr w:rsidRPr="00412015" w:rsidR="00B86933" w:rsidTr="00C41B83" w14:paraId="3FD51CF8" w14:textId="77777777">
        <w:tc>
          <w:tcPr>
            <w:tcW w:w="4514" w:type="dxa"/>
          </w:tcPr>
          <w:p w:rsidRPr="00412015" w:rsidR="00B86933" w:rsidP="00B86933" w:rsidRDefault="00B86933" w14:paraId="7E5FDCEA" w14:textId="77777777">
            <w:pPr>
              <w:spacing w:after="0" w:line="240" w:lineRule="auto"/>
              <w:rPr>
                <w:rFonts w:ascii="QBE Sans" w:hAnsi="QBE Sans" w:eastAsia="MS Mincho" w:cs="QBE Sans"/>
              </w:rPr>
            </w:pPr>
            <w:r w:rsidRPr="00412015">
              <w:rPr>
                <w:rFonts w:ascii="QBE Sans" w:hAnsi="QBE Sans" w:eastAsia="MS Mincho" w:cs="QBE Sans"/>
              </w:rPr>
              <w:t>Mooring / Deck Ops</w:t>
            </w:r>
          </w:p>
        </w:tc>
        <w:tc>
          <w:tcPr>
            <w:tcW w:w="4512" w:type="dxa"/>
          </w:tcPr>
          <w:p w:rsidRPr="00412015" w:rsidR="00B86933" w:rsidP="00B86933" w:rsidRDefault="00B86933" w14:paraId="3EAAF711" w14:textId="77777777">
            <w:pPr>
              <w:spacing w:after="0" w:line="240" w:lineRule="auto"/>
              <w:rPr>
                <w:rFonts w:ascii="QBE Sans" w:hAnsi="QBE Sans" w:eastAsia="MS Mincho" w:cs="QBE Sans"/>
              </w:rPr>
            </w:pPr>
            <w:r w:rsidRPr="00412015">
              <w:rPr>
                <w:rFonts w:ascii="QBE Sans" w:hAnsi="QBE Sans" w:eastAsia="MS Mincho" w:cs="QBE Sans"/>
              </w:rPr>
              <w:t>Unsafe mooring arrangement/practice; defective winches/brakes/lines; snap-back risk unmanaged</w:t>
            </w:r>
          </w:p>
        </w:tc>
      </w:tr>
      <w:tr w:rsidRPr="00412015" w:rsidR="00B86933" w:rsidTr="00C41B83" w14:paraId="4B5515CE" w14:textId="77777777">
        <w:tc>
          <w:tcPr>
            <w:tcW w:w="4514" w:type="dxa"/>
          </w:tcPr>
          <w:p w:rsidRPr="00412015" w:rsidR="00B86933" w:rsidP="00B86933" w:rsidRDefault="005A758F" w14:paraId="6DC52F1B" w14:textId="7A662B3B">
            <w:pPr>
              <w:spacing w:after="0" w:line="240" w:lineRule="auto"/>
              <w:rPr>
                <w:rFonts w:ascii="QBE Sans" w:hAnsi="QBE Sans" w:eastAsia="MS Mincho" w:cs="QBE Sans"/>
              </w:rPr>
            </w:pPr>
            <w:r w:rsidRPr="00412015">
              <w:rPr>
                <w:rFonts w:ascii="QBE Sans" w:hAnsi="QBE Sans" w:eastAsia="MS Mincho" w:cs="QBE Sans"/>
              </w:rPr>
              <w:t>Deck Mach</w:t>
            </w:r>
            <w:r w:rsidRPr="00412015" w:rsidR="00353257">
              <w:rPr>
                <w:rFonts w:ascii="QBE Sans" w:hAnsi="QBE Sans" w:eastAsia="MS Mincho" w:cs="QBE Sans"/>
              </w:rPr>
              <w:t>i</w:t>
            </w:r>
            <w:r w:rsidRPr="00412015">
              <w:rPr>
                <w:rFonts w:ascii="QBE Sans" w:hAnsi="QBE Sans" w:eastAsia="MS Mincho" w:cs="QBE Sans"/>
              </w:rPr>
              <w:t>nery &amp; Lifting</w:t>
            </w:r>
          </w:p>
        </w:tc>
        <w:tc>
          <w:tcPr>
            <w:tcW w:w="4512" w:type="dxa"/>
          </w:tcPr>
          <w:p w:rsidRPr="00412015" w:rsidR="00353257" w:rsidP="00353257" w:rsidRDefault="00353257" w14:paraId="49211638" w14:textId="5D9870E0">
            <w:pPr>
              <w:spacing w:after="0" w:line="240" w:lineRule="auto"/>
              <w:rPr>
                <w:rFonts w:ascii="QBE Sans" w:hAnsi="QBE Sans" w:eastAsia="MS Mincho" w:cs="QBE Sans"/>
                <w:lang w:val="en-GB"/>
              </w:rPr>
            </w:pPr>
            <w:r w:rsidRPr="00412015">
              <w:rPr>
                <w:rFonts w:ascii="QBE Sans" w:hAnsi="QBE Sans" w:eastAsia="MS Mincho" w:cs="QBE Sans"/>
                <w:lang w:val="en-GB"/>
              </w:rPr>
              <w:t xml:space="preserve">Critical deck machinery not operational. </w:t>
            </w:r>
          </w:p>
          <w:p w:rsidRPr="00412015" w:rsidR="00353257" w:rsidP="00353257" w:rsidRDefault="00353257" w14:paraId="155E4780" w14:textId="04134E8A">
            <w:pPr>
              <w:spacing w:after="0" w:line="240" w:lineRule="auto"/>
              <w:rPr>
                <w:rFonts w:ascii="QBE Sans" w:hAnsi="QBE Sans" w:eastAsia="MS Mincho" w:cs="QBE Sans"/>
                <w:lang w:val="en-GB"/>
              </w:rPr>
            </w:pPr>
            <w:r w:rsidRPr="00412015">
              <w:rPr>
                <w:rFonts w:ascii="QBE Sans" w:hAnsi="QBE Sans" w:eastAsia="MS Mincho" w:cs="QBE Sans"/>
                <w:lang w:val="en-GB"/>
              </w:rPr>
              <w:t xml:space="preserve">Brakes on mooring winches not holding </w:t>
            </w:r>
          </w:p>
          <w:p w:rsidRPr="00412015" w:rsidR="00353257" w:rsidP="00353257" w:rsidRDefault="00353257" w14:paraId="20C96F23" w14:textId="45B2B481">
            <w:pPr>
              <w:spacing w:after="0" w:line="240" w:lineRule="auto"/>
              <w:rPr>
                <w:rFonts w:ascii="QBE Sans" w:hAnsi="QBE Sans" w:eastAsia="MS Mincho" w:cs="QBE Sans"/>
                <w:lang w:val="en-GB"/>
              </w:rPr>
            </w:pPr>
            <w:r w:rsidRPr="00412015">
              <w:rPr>
                <w:rFonts w:ascii="QBE Sans" w:hAnsi="QBE Sans" w:eastAsia="MS Mincho" w:cs="QBE Sans"/>
                <w:lang w:val="en-GB"/>
              </w:rPr>
              <w:t>Lifting appliances unsafe cracked sheaves, damaged wire ropes, failed load</w:t>
            </w:r>
            <w:r w:rsidRPr="00412015">
              <w:rPr>
                <w:rFonts w:ascii="QBE Sans" w:hAnsi="QBE Sans" w:eastAsia="MS Mincho" w:cs="QBE Sans"/>
                <w:lang w:val="en-GB"/>
              </w:rPr>
              <w:noBreakHyphen/>
            </w:r>
            <w:r w:rsidRPr="00412015">
              <w:rPr>
                <w:rFonts w:ascii="QBE Sans" w:hAnsi="QBE Sans" w:eastAsia="MS Mincho" w:cs="QBE Sans"/>
                <w:lang w:val="en-GB"/>
              </w:rPr>
              <w:t>test markings, missing SWL identification.</w:t>
            </w:r>
            <w:r w:rsidRPr="00412015" w:rsidR="007900B0">
              <w:rPr>
                <w:rFonts w:ascii="QBE Sans" w:hAnsi="QBE Sans" w:eastAsia="MS Mincho" w:cs="QBE Sans"/>
                <w:lang w:val="en-GB"/>
              </w:rPr>
              <w:t xml:space="preserve"> </w:t>
            </w:r>
            <w:r w:rsidRPr="00412015">
              <w:rPr>
                <w:rFonts w:ascii="QBE Sans" w:hAnsi="QBE Sans" w:eastAsia="MS Mincho" w:cs="QBE Sans"/>
                <w:lang w:val="en-GB"/>
              </w:rPr>
              <w:t xml:space="preserve">Unmanaged hydraulic leaks, excessive vibration, or overheating posing fire or failure risks. Anchor system compromised: windlass brake or clutch defective; anchor cannot be deployed or weighed safely. </w:t>
            </w:r>
          </w:p>
          <w:p w:rsidRPr="00412015" w:rsidR="00353257" w:rsidP="00353257" w:rsidRDefault="00353257" w14:paraId="6AB962C9" w14:textId="7B52077B">
            <w:pPr>
              <w:spacing w:after="0" w:line="240" w:lineRule="auto"/>
              <w:rPr>
                <w:rFonts w:ascii="QBE Sans" w:hAnsi="QBE Sans" w:eastAsia="MS Mincho" w:cs="QBE Sans"/>
                <w:lang w:val="en-GB"/>
              </w:rPr>
            </w:pPr>
            <w:r w:rsidRPr="00412015">
              <w:rPr>
                <w:rFonts w:ascii="QBE Sans" w:hAnsi="QBE Sans" w:eastAsia="MS Mincho" w:cs="QBE Sans"/>
                <w:lang w:val="en-GB"/>
              </w:rPr>
              <w:t>Poor lifting practices: unstable loads, suspended loads left unattended, or uncertified lifting gear in use.</w:t>
            </w:r>
          </w:p>
          <w:p w:rsidRPr="00412015" w:rsidR="00B86933" w:rsidP="00B86933" w:rsidRDefault="00B86933" w14:paraId="40AD16EB" w14:textId="5EE84B44">
            <w:pPr>
              <w:spacing w:after="0" w:line="240" w:lineRule="auto"/>
              <w:rPr>
                <w:rFonts w:ascii="QBE Sans" w:hAnsi="QBE Sans" w:eastAsia="MS Mincho" w:cs="QBE Sans"/>
              </w:rPr>
            </w:pPr>
          </w:p>
        </w:tc>
      </w:tr>
    </w:tbl>
    <w:p w:rsidRPr="00412015" w:rsidR="001670E7" w:rsidP="005E49CB" w:rsidRDefault="00914A77" w14:paraId="1756C2A7" w14:textId="28775DC2">
      <w:pPr>
        <w:rPr>
          <w:rFonts w:ascii="QBE Sans" w:hAnsi="QBE Sans" w:eastAsia="Times New Roman" w:cs="QBE Sans"/>
          <w:sz w:val="20"/>
          <w:szCs w:val="20"/>
          <w:lang w:eastAsia="en-GB"/>
        </w:rPr>
      </w:pPr>
      <w:r w:rsidRPr="00412015">
        <w:rPr>
          <w:rFonts w:ascii="QBE Sans" w:hAnsi="QBE Sans" w:cs="QBE Sans"/>
        </w:rPr>
        <w:br/>
      </w:r>
      <w:r w:rsidRPr="00412015">
        <w:rPr>
          <w:rFonts w:ascii="QBE Sans" w:hAnsi="QBE Sans" w:eastAsia="Times New Roman" w:cs="QBE Sans"/>
          <w:sz w:val="20"/>
          <w:szCs w:val="20"/>
          <w:lang w:eastAsia="en-GB"/>
        </w:rPr>
        <w:t>This appendix provides optional guidance and detailed lists for surveyors who require additional structure or reference material. It serves as a support tool.</w:t>
      </w:r>
    </w:p>
    <w:p w:rsidRPr="00412015" w:rsidR="001670E7" w:rsidRDefault="00914A77" w14:paraId="7676497F" w14:textId="66516CA5">
      <w:pPr>
        <w:rPr>
          <w:rFonts w:ascii="QBE Sans" w:hAnsi="QBE Sans" w:cs="QBE Sans"/>
          <w:sz w:val="20"/>
          <w:szCs w:val="20"/>
          <w:lang w:val="en-GB" w:eastAsia="en-GB"/>
        </w:rPr>
      </w:pPr>
      <w:r w:rsidRPr="00412015">
        <w:rPr>
          <w:rFonts w:ascii="QBE Sans" w:hAnsi="QBE Sans" w:cs="QBE Sans"/>
        </w:rPr>
        <w:t xml:space="preserve">Minimum functional tests are expected where </w:t>
      </w:r>
      <w:r w:rsidRPr="00412015" w:rsidR="00AF5703">
        <w:rPr>
          <w:rFonts w:ascii="QBE Sans" w:hAnsi="QBE Sans" w:cs="QBE Sans"/>
        </w:rPr>
        <w:t xml:space="preserve">it is </w:t>
      </w:r>
      <w:r w:rsidRPr="00412015">
        <w:rPr>
          <w:rFonts w:ascii="QBE Sans" w:hAnsi="QBE Sans" w:cs="QBE Sans"/>
        </w:rPr>
        <w:t>safe and practicable. Record results in Section 3.1</w:t>
      </w:r>
      <w:r w:rsidRPr="00412015" w:rsidR="00B55D55">
        <w:rPr>
          <w:rFonts w:ascii="QBE Sans" w:hAnsi="QBE Sans" w:cs="QBE Sans"/>
        </w:rPr>
        <w:t>0</w:t>
      </w:r>
      <w:r w:rsidRPr="00412015">
        <w:rPr>
          <w:rFonts w:ascii="QBE Sans" w:hAnsi="QBE Sans" w:cs="QBE Sans"/>
        </w:rPr>
        <w:t>. If not tested, state reason.</w:t>
      </w:r>
    </w:p>
    <w:p w:rsidRPr="00412015" w:rsidR="001670E7" w:rsidP="004B375F" w:rsidRDefault="00914A77" w14:paraId="32EE7C42" w14:textId="77777777">
      <w:pPr>
        <w:pStyle w:val="Heading2"/>
        <w:numPr>
          <w:ilvl w:val="0"/>
          <w:numId w:val="8"/>
        </w:numPr>
        <w:rPr>
          <w:rFonts w:ascii="QBE Sans" w:hAnsi="QBE Sans" w:cs="QBE Sans"/>
          <w:lang w:eastAsia="en-GB"/>
        </w:rPr>
      </w:pPr>
      <w:r w:rsidRPr="00412015">
        <w:rPr>
          <w:rFonts w:ascii="QBE Sans" w:hAnsi="QBE Sans" w:cs="QBE Sans"/>
          <w:lang w:eastAsia="en-GB"/>
        </w:rPr>
        <w:t>Navigation Guidance</w:t>
      </w:r>
    </w:p>
    <w:p w:rsidRPr="00412015" w:rsidR="001670E7" w:rsidRDefault="00914A77" w14:paraId="0221B1D8"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Passage plan requirements</w:t>
      </w:r>
    </w:p>
    <w:p w:rsidRPr="00412015" w:rsidR="001670E7" w:rsidRDefault="00914A77" w14:paraId="61B051F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ECDIS and paper chart maintenance</w:t>
      </w:r>
    </w:p>
    <w:p w:rsidRPr="00412015" w:rsidR="001670E7" w:rsidRDefault="00914A77" w14:paraId="4445F1F6"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Bridge equipment operational checks</w:t>
      </w:r>
    </w:p>
    <w:p w:rsidRPr="00412015" w:rsidR="001670E7" w:rsidRDefault="00914A77" w14:paraId="4A604ACD"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BNWAS functionality</w:t>
      </w:r>
    </w:p>
    <w:p w:rsidRPr="00412015" w:rsidR="001670E7" w:rsidRDefault="00914A77" w14:paraId="6B226B8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Towage planning for barges.</w:t>
      </w:r>
    </w:p>
    <w:p w:rsidRPr="00412015" w:rsidR="001670E7" w:rsidRDefault="00914A77" w14:paraId="2284A1DE"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Fishing vessel lookout/fatigue considerations</w:t>
      </w:r>
    </w:p>
    <w:p w:rsidRPr="00412015" w:rsidR="001670E7" w:rsidP="004B375F" w:rsidRDefault="00914A77" w14:paraId="55428A8D" w14:textId="77777777">
      <w:pPr>
        <w:pStyle w:val="Heading2"/>
        <w:numPr>
          <w:ilvl w:val="0"/>
          <w:numId w:val="8"/>
        </w:numPr>
        <w:rPr>
          <w:rFonts w:ascii="QBE Sans" w:hAnsi="QBE Sans" w:cs="QBE Sans"/>
          <w:lang w:eastAsia="en-GB"/>
        </w:rPr>
      </w:pPr>
      <w:r w:rsidRPr="00412015">
        <w:rPr>
          <w:rFonts w:ascii="QBE Sans" w:hAnsi="QBE Sans" w:cs="QBE Sans"/>
          <w:lang w:eastAsia="en-GB"/>
        </w:rPr>
        <w:t>Management &amp; Manning Guidance</w:t>
      </w:r>
    </w:p>
    <w:p w:rsidRPr="00412015" w:rsidR="001670E7" w:rsidRDefault="00914A77" w14:paraId="74CA394F"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Safe manning compliance indicators</w:t>
      </w:r>
    </w:p>
    <w:p w:rsidRPr="00412015" w:rsidR="001670E7" w:rsidRDefault="00914A77" w14:paraId="0D056FB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Crew certifications and medical validity.</w:t>
      </w:r>
    </w:p>
    <w:p w:rsidRPr="00412015" w:rsidR="001670E7" w:rsidRDefault="00914A77" w14:paraId="249C1F4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Language proficiency</w:t>
      </w:r>
    </w:p>
    <w:p w:rsidRPr="00412015" w:rsidR="001670E7" w:rsidRDefault="00914A77" w14:paraId="1469493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Rest hours compliance.</w:t>
      </w:r>
    </w:p>
    <w:p w:rsidRPr="00412015" w:rsidR="001670E7" w:rsidRDefault="00914A77" w14:paraId="262B0CC4"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Drug/alcohol policy implementation</w:t>
      </w:r>
    </w:p>
    <w:p w:rsidRPr="00412015" w:rsidR="001670E7" w:rsidP="004B375F" w:rsidRDefault="00914A77" w14:paraId="5C9574BF" w14:textId="77777777">
      <w:pPr>
        <w:pStyle w:val="Heading2"/>
        <w:numPr>
          <w:ilvl w:val="0"/>
          <w:numId w:val="8"/>
        </w:numPr>
        <w:rPr>
          <w:rFonts w:ascii="QBE Sans" w:hAnsi="QBE Sans" w:cs="QBE Sans"/>
          <w:lang w:eastAsia="en-GB"/>
        </w:rPr>
      </w:pPr>
      <w:r w:rsidRPr="00412015">
        <w:rPr>
          <w:rFonts w:ascii="QBE Sans" w:hAnsi="QBE Sans" w:cs="QBE Sans"/>
          <w:lang w:eastAsia="en-GB"/>
        </w:rPr>
        <w:t>Fire Safety Guidance</w:t>
      </w:r>
    </w:p>
    <w:p w:rsidRPr="00412015" w:rsidR="001670E7" w:rsidRDefault="00914A77" w14:paraId="6CACB068"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Fire detection system checks.</w:t>
      </w:r>
    </w:p>
    <w:p w:rsidRPr="00412015" w:rsidR="001670E7" w:rsidRDefault="00914A77" w14:paraId="37F86AA3"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Fire pump test procedures.</w:t>
      </w:r>
    </w:p>
    <w:p w:rsidRPr="00412015" w:rsidR="001670E7" w:rsidRDefault="00914A77" w14:paraId="501FB592"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SCBA inspection guidelines</w:t>
      </w:r>
    </w:p>
    <w:p w:rsidRPr="00412015" w:rsidR="001670E7" w:rsidRDefault="00914A77" w14:paraId="6B859161"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Escape route clearance.</w:t>
      </w:r>
    </w:p>
    <w:p w:rsidRPr="00412015" w:rsidR="001670E7" w:rsidRDefault="00914A77" w14:paraId="7E27334A"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Portable extinguisher placement</w:t>
      </w:r>
    </w:p>
    <w:p w:rsidRPr="00412015" w:rsidR="001670E7" w:rsidP="004B375F" w:rsidRDefault="00914A77" w14:paraId="40E7A43B" w14:textId="77777777">
      <w:pPr>
        <w:pStyle w:val="Heading2"/>
        <w:numPr>
          <w:ilvl w:val="0"/>
          <w:numId w:val="8"/>
        </w:numPr>
        <w:rPr>
          <w:rFonts w:ascii="QBE Sans" w:hAnsi="QBE Sans" w:cs="QBE Sans"/>
          <w:lang w:eastAsia="en-GB"/>
        </w:rPr>
      </w:pPr>
      <w:r w:rsidRPr="00412015">
        <w:rPr>
          <w:rFonts w:ascii="QBE Sans" w:hAnsi="QBE Sans" w:cs="QBE Sans"/>
          <w:lang w:eastAsia="en-GB"/>
        </w:rPr>
        <w:t>Hull &amp; Structure Guidance</w:t>
      </w:r>
    </w:p>
    <w:p w:rsidRPr="00412015" w:rsidR="001670E7" w:rsidRDefault="00914A77" w14:paraId="11943923"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Corrosion/indentation indicators</w:t>
      </w:r>
    </w:p>
    <w:p w:rsidRPr="00412015" w:rsidR="001670E7" w:rsidRDefault="00914A77" w14:paraId="7E60B50D"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Weathertight door inspections</w:t>
      </w:r>
    </w:p>
    <w:p w:rsidRPr="00412015" w:rsidR="001670E7" w:rsidRDefault="00914A77" w14:paraId="5F0E9C8C"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Vent/hatch condition checks.</w:t>
      </w:r>
    </w:p>
    <w:p w:rsidRPr="00412015" w:rsidR="001670E7" w:rsidRDefault="00914A77" w14:paraId="4E988532" w14:textId="77777777">
      <w:pPr>
        <w:numPr>
          <w:ilvl w:val="0"/>
          <w:numId w:val="2"/>
        </w:numPr>
        <w:spacing w:after="0" w:line="240" w:lineRule="auto"/>
        <w:rPr>
          <w:rFonts w:ascii="QBE Sans" w:hAnsi="QBE Sans" w:cs="QBE Sans"/>
          <w:sz w:val="20"/>
          <w:szCs w:val="20"/>
        </w:rPr>
      </w:pPr>
      <w:r w:rsidRPr="00412015">
        <w:rPr>
          <w:rFonts w:ascii="QBE Sans" w:hAnsi="QBE Sans" w:eastAsia="Times New Roman" w:cs="QBE Sans"/>
          <w:sz w:val="20"/>
          <w:szCs w:val="20"/>
          <w:lang w:eastAsia="en-GB"/>
        </w:rPr>
        <w:t>Freeboard/safe access guidance</w:t>
      </w:r>
    </w:p>
    <w:p w:rsidRPr="00412015" w:rsidR="001670E7" w:rsidRDefault="00914A77" w14:paraId="4C3A9CF0" w14:textId="77777777">
      <w:pPr>
        <w:numPr>
          <w:ilvl w:val="0"/>
          <w:numId w:val="2"/>
        </w:numPr>
        <w:spacing w:afterAutospacing="1" w:line="240" w:lineRule="auto"/>
        <w:rPr>
          <w:rFonts w:ascii="QBE Sans" w:hAnsi="QBE Sans" w:cs="QBE Sans"/>
          <w:sz w:val="20"/>
          <w:szCs w:val="20"/>
        </w:rPr>
      </w:pPr>
      <w:r w:rsidRPr="00412015">
        <w:rPr>
          <w:rFonts w:ascii="QBE Sans" w:hAnsi="QBE Sans" w:eastAsia="Times New Roman" w:cs="QBE Sans"/>
          <w:sz w:val="20"/>
          <w:szCs w:val="20"/>
          <w:lang w:eastAsia="en-GB"/>
        </w:rPr>
        <w:t xml:space="preserve">Testing </w:t>
      </w:r>
      <w:r w:rsidRPr="00412015">
        <w:rPr>
          <w:rFonts w:ascii="QBE Sans" w:hAnsi="QBE Sans" w:cs="QBE Sans"/>
          <w:sz w:val="20"/>
          <w:szCs w:val="20"/>
        </w:rPr>
        <w:t>ballast tanks/cargo hold bilges.</w:t>
      </w:r>
    </w:p>
    <w:p w:rsidRPr="00412015" w:rsidR="001670E7" w:rsidP="004B375F" w:rsidRDefault="00914A77" w14:paraId="7FA391DA" w14:textId="77777777">
      <w:pPr>
        <w:pStyle w:val="Heading2"/>
        <w:numPr>
          <w:ilvl w:val="0"/>
          <w:numId w:val="8"/>
        </w:numPr>
        <w:rPr>
          <w:rFonts w:ascii="QBE Sans" w:hAnsi="QBE Sans" w:cs="QBE Sans"/>
          <w:lang w:eastAsia="en-GB"/>
        </w:rPr>
      </w:pPr>
      <w:r w:rsidRPr="00412015">
        <w:rPr>
          <w:rFonts w:ascii="QBE Sans" w:hAnsi="QBE Sans" w:cs="QBE Sans"/>
          <w:lang w:eastAsia="en-GB"/>
        </w:rPr>
        <w:t>Machinery &amp; Pollution Prevention Guidance</w:t>
      </w:r>
    </w:p>
    <w:p w:rsidRPr="00412015" w:rsidR="001670E7" w:rsidRDefault="00914A77" w14:paraId="411F6343"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Bilge alarm functionality</w:t>
      </w:r>
    </w:p>
    <w:p w:rsidRPr="00412015" w:rsidR="001670E7" w:rsidRDefault="00914A77" w14:paraId="6C2FDFF9"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OWS operation verification</w:t>
      </w:r>
    </w:p>
    <w:p w:rsidRPr="00412015" w:rsidR="001670E7" w:rsidRDefault="00914A77" w14:paraId="03B03D1C"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Oil Record Book integrity.</w:t>
      </w:r>
    </w:p>
    <w:p w:rsidRPr="00412015" w:rsidR="001670E7" w:rsidRDefault="00914A77" w14:paraId="1B251325"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SOPEP equipment checklist</w:t>
      </w:r>
    </w:p>
    <w:p w:rsidRPr="00412015" w:rsidR="001670E7" w:rsidRDefault="00914A77" w14:paraId="785C4037"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Engine room housekeeping standards.</w:t>
      </w:r>
    </w:p>
    <w:p w:rsidRPr="00412015" w:rsidR="000A29FF" w:rsidP="000A29FF" w:rsidRDefault="000A29FF" w14:paraId="317179CB" w14:textId="77777777">
      <w:pPr>
        <w:spacing w:afterAutospacing="1" w:line="240" w:lineRule="auto"/>
        <w:rPr>
          <w:rFonts w:ascii="QBE Sans" w:hAnsi="QBE Sans" w:eastAsia="Times New Roman" w:cs="QBE Sans"/>
          <w:sz w:val="20"/>
          <w:szCs w:val="20"/>
          <w:lang w:eastAsia="en-GB"/>
        </w:rPr>
      </w:pPr>
    </w:p>
    <w:p w:rsidRPr="00412015" w:rsidR="001670E7" w:rsidP="004B375F" w:rsidRDefault="00914A77" w14:paraId="06186CA7" w14:textId="77777777">
      <w:pPr>
        <w:pStyle w:val="Heading2"/>
        <w:numPr>
          <w:ilvl w:val="0"/>
          <w:numId w:val="8"/>
        </w:numPr>
        <w:rPr>
          <w:rFonts w:ascii="QBE Sans" w:hAnsi="QBE Sans" w:cs="QBE Sans"/>
          <w:lang w:eastAsia="en-GB"/>
        </w:rPr>
      </w:pPr>
      <w:r w:rsidRPr="00412015">
        <w:rPr>
          <w:rFonts w:ascii="QBE Sans" w:hAnsi="QBE Sans" w:cs="QBE Sans"/>
          <w:lang w:eastAsia="en-GB"/>
        </w:rPr>
        <w:t>Cargo worthiness Guidance</w:t>
      </w:r>
    </w:p>
    <w:p w:rsidRPr="00412015" w:rsidR="001670E7" w:rsidRDefault="00914A77" w14:paraId="720D0115"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Hold/tank cleanliness standards.</w:t>
      </w:r>
    </w:p>
    <w:p w:rsidRPr="00412015" w:rsidR="001670E7" w:rsidRDefault="00914A77" w14:paraId="77EF683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Hatch cover weathertightness</w:t>
      </w:r>
    </w:p>
    <w:p w:rsidRPr="00412015" w:rsidR="001670E7" w:rsidRDefault="00914A77" w14:paraId="367E84F6"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Cargo securing equipment condition.</w:t>
      </w:r>
    </w:p>
    <w:p w:rsidRPr="00412015" w:rsidR="001670E7" w:rsidRDefault="00914A77" w14:paraId="2EBFB001"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Pre-loading inspection elements</w:t>
      </w:r>
    </w:p>
    <w:p w:rsidRPr="00412015" w:rsidR="00040DAA" w:rsidP="004B375F" w:rsidRDefault="00621498" w14:paraId="2434884D" w14:textId="1A6216E4">
      <w:pPr>
        <w:pStyle w:val="Heading2"/>
        <w:numPr>
          <w:ilvl w:val="0"/>
          <w:numId w:val="8"/>
        </w:numPr>
        <w:rPr>
          <w:rFonts w:ascii="QBE Sans" w:hAnsi="QBE Sans" w:eastAsia="Times New Roman" w:cs="QBE Sans"/>
          <w:lang w:eastAsia="en-GB"/>
        </w:rPr>
      </w:pPr>
      <w:r w:rsidRPr="00412015">
        <w:rPr>
          <w:rFonts w:ascii="QBE Sans" w:hAnsi="QBE Sans" w:eastAsia="Times New Roman" w:cs="QBE Sans"/>
          <w:lang w:eastAsia="en-GB"/>
        </w:rPr>
        <w:t>Pollution Prevention</w:t>
      </w:r>
    </w:p>
    <w:p w:rsidRPr="00412015" w:rsidR="00C556E2" w:rsidP="00C556E2" w:rsidRDefault="00C556E2" w14:paraId="7283C4B0" w14:textId="246E4FEB">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 xml:space="preserve">Bilge management systems and maintenance of piping, valves, alarms, and segregation practices. </w:t>
      </w:r>
    </w:p>
    <w:p w:rsidRPr="00412015" w:rsidR="00C556E2" w:rsidP="00C556E2" w:rsidRDefault="00C556E2" w14:paraId="441D92B7" w14:textId="6ED718CD">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Bunker handling procedures, including transfer checklists, containment measures, and drip</w:t>
      </w:r>
      <w:r w:rsidRPr="00412015">
        <w:rPr>
          <w:rFonts w:ascii="QBE Sans" w:hAnsi="QBE Sans" w:eastAsia="Times New Roman" w:cs="QBE Sans"/>
          <w:sz w:val="20"/>
          <w:szCs w:val="20"/>
          <w:lang w:eastAsia="en-GB"/>
        </w:rPr>
        <w:noBreakHyphen/>
      </w:r>
      <w:r w:rsidRPr="00412015">
        <w:rPr>
          <w:rFonts w:ascii="QBE Sans" w:hAnsi="QBE Sans" w:eastAsia="Times New Roman" w:cs="QBE Sans"/>
          <w:sz w:val="20"/>
          <w:szCs w:val="20"/>
          <w:lang w:eastAsia="en-GB"/>
        </w:rPr>
        <w:t xml:space="preserve">tray housekeeping. </w:t>
      </w:r>
    </w:p>
    <w:p w:rsidRPr="00412015" w:rsidR="00C556E2" w:rsidP="00C556E2" w:rsidRDefault="00C556E2" w14:paraId="3D925D35" w14:textId="5B37BE40">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 xml:space="preserve">OWS / SOPEP arrangements, including equipment condition, placarding, crew familiarisation, and availability of consumables. </w:t>
      </w:r>
    </w:p>
    <w:p w:rsidRPr="00412015" w:rsidR="00C556E2" w:rsidP="00C556E2" w:rsidRDefault="00C556E2" w14:paraId="330E9538" w14:textId="7393EF56">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Garbage management, MARPOL Annex V controls, segregation, and record</w:t>
      </w:r>
      <w:r w:rsidRPr="00412015">
        <w:rPr>
          <w:rFonts w:ascii="QBE Sans" w:hAnsi="QBE Sans" w:eastAsia="Times New Roman" w:cs="QBE Sans"/>
          <w:sz w:val="20"/>
          <w:szCs w:val="20"/>
          <w:lang w:eastAsia="en-GB"/>
        </w:rPr>
        <w:noBreakHyphen/>
      </w:r>
      <w:r w:rsidRPr="00412015">
        <w:rPr>
          <w:rFonts w:ascii="QBE Sans" w:hAnsi="QBE Sans" w:eastAsia="Times New Roman" w:cs="QBE Sans"/>
          <w:sz w:val="20"/>
          <w:szCs w:val="20"/>
          <w:lang w:eastAsia="en-GB"/>
        </w:rPr>
        <w:t xml:space="preserve">keeping. </w:t>
      </w:r>
    </w:p>
    <w:p w:rsidRPr="00412015" w:rsidR="00C556E2" w:rsidP="00C556E2" w:rsidRDefault="00C556E2" w14:paraId="517F4C73" w14:textId="50DF1919">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 xml:space="preserve">Cargo residues and wash water handling, including deck drainage controls where applicable. </w:t>
      </w:r>
    </w:p>
    <w:p w:rsidRPr="00412015" w:rsidR="00C556E2" w:rsidP="00C556E2" w:rsidRDefault="00C556E2" w14:paraId="1BA4C014" w14:textId="1A6C1945">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 xml:space="preserve"> Sewage </w:t>
      </w:r>
      <w:r w:rsidRPr="00412015" w:rsidR="009B35FE">
        <w:rPr>
          <w:rFonts w:ascii="QBE Sans" w:hAnsi="QBE Sans" w:eastAsia="Times New Roman" w:cs="QBE Sans"/>
          <w:sz w:val="20"/>
          <w:szCs w:val="20"/>
          <w:lang w:eastAsia="en-GB"/>
        </w:rPr>
        <w:t>Treatment</w:t>
      </w:r>
      <w:r w:rsidRPr="00412015">
        <w:rPr>
          <w:rFonts w:ascii="QBE Sans" w:hAnsi="QBE Sans" w:eastAsia="Times New Roman" w:cs="QBE Sans"/>
          <w:sz w:val="20"/>
          <w:szCs w:val="20"/>
          <w:lang w:eastAsia="en-GB"/>
        </w:rPr>
        <w:t xml:space="preserve"> plant operation, maintenance, and MARPOL Annex IV discharge compliance.</w:t>
      </w:r>
    </w:p>
    <w:p w:rsidRPr="00412015" w:rsidR="00621498" w:rsidP="00040DAA" w:rsidRDefault="00621498" w14:paraId="7ACD6B16" w14:textId="77777777">
      <w:pPr>
        <w:spacing w:afterAutospacing="1" w:line="240" w:lineRule="auto"/>
        <w:rPr>
          <w:rFonts w:ascii="QBE Sans" w:hAnsi="QBE Sans" w:eastAsia="Times New Roman" w:cs="QBE Sans"/>
          <w:sz w:val="20"/>
          <w:szCs w:val="20"/>
          <w:lang w:eastAsia="en-GB"/>
        </w:rPr>
      </w:pPr>
    </w:p>
    <w:p w:rsidRPr="00412015" w:rsidR="001670E7" w:rsidP="004B375F" w:rsidRDefault="00914A77" w14:paraId="0ACFD9A7" w14:textId="77777777">
      <w:pPr>
        <w:pStyle w:val="Heading2"/>
        <w:numPr>
          <w:ilvl w:val="0"/>
          <w:numId w:val="8"/>
        </w:numPr>
        <w:rPr>
          <w:rFonts w:ascii="QBE Sans" w:hAnsi="QBE Sans" w:cs="QBE Sans"/>
          <w:lang w:eastAsia="en-GB"/>
        </w:rPr>
      </w:pPr>
      <w:r w:rsidRPr="00412015">
        <w:rPr>
          <w:rFonts w:ascii="QBE Sans" w:hAnsi="QBE Sans" w:cs="QBE Sans"/>
          <w:lang w:eastAsia="en-GB"/>
        </w:rPr>
        <w:t>Personal Safety Guidance</w:t>
      </w:r>
    </w:p>
    <w:p w:rsidRPr="00412015" w:rsidR="001670E7" w:rsidRDefault="00914A77" w14:paraId="62DD937D"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PPE adequacy</w:t>
      </w:r>
    </w:p>
    <w:p w:rsidRPr="00412015" w:rsidR="001670E7" w:rsidRDefault="00914A77" w14:paraId="6970089C"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Enclosed space entry procedures</w:t>
      </w:r>
    </w:p>
    <w:p w:rsidRPr="00412015" w:rsidR="001670E7" w:rsidRDefault="00914A77" w14:paraId="0A073F96"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LSA servicing intervals</w:t>
      </w:r>
    </w:p>
    <w:p w:rsidRPr="00412015" w:rsidR="001670E7" w:rsidRDefault="00914A77" w14:paraId="531F1B15"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Emergency drill expectations</w:t>
      </w:r>
    </w:p>
    <w:p w:rsidRPr="00412015" w:rsidR="001670E7" w:rsidP="004B375F" w:rsidRDefault="00914A77" w14:paraId="6B5EDA4E" w14:textId="77777777">
      <w:pPr>
        <w:pStyle w:val="Heading2"/>
        <w:numPr>
          <w:ilvl w:val="0"/>
          <w:numId w:val="8"/>
        </w:numPr>
        <w:rPr>
          <w:rFonts w:ascii="QBE Sans" w:hAnsi="QBE Sans" w:cs="QBE Sans"/>
          <w:lang w:eastAsia="en-GB"/>
        </w:rPr>
      </w:pPr>
      <w:r w:rsidRPr="00412015">
        <w:rPr>
          <w:rFonts w:ascii="QBE Sans" w:hAnsi="QBE Sans" w:cs="QBE Sans"/>
          <w:lang w:eastAsia="en-GB"/>
        </w:rPr>
        <w:t>Deck Machinery &amp; Lifting Guidance</w:t>
      </w:r>
    </w:p>
    <w:p w:rsidRPr="00412015" w:rsidR="001670E7" w:rsidRDefault="00914A77" w14:paraId="30E9CED5" w14:textId="77777777">
      <w:pPr>
        <w:numPr>
          <w:ilvl w:val="0"/>
          <w:numId w:val="2"/>
        </w:numPr>
        <w:spacing w:beforeAutospacing="1"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Mooring equipment inspection</w:t>
      </w:r>
    </w:p>
    <w:p w:rsidRPr="00412015" w:rsidR="001670E7" w:rsidRDefault="00914A77" w14:paraId="14B09BD2"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Winch brake testing.</w:t>
      </w:r>
    </w:p>
    <w:p w:rsidRPr="00412015" w:rsidR="001670E7" w:rsidRDefault="00914A77" w14:paraId="565683FB" w14:textId="77777777">
      <w:pPr>
        <w:numPr>
          <w:ilvl w:val="0"/>
          <w:numId w:val="2"/>
        </w:numPr>
        <w:spacing w:after="0"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Lifting appliance certification checks</w:t>
      </w:r>
    </w:p>
    <w:p w:rsidRPr="00412015" w:rsidR="001670E7" w:rsidRDefault="00914A77" w14:paraId="501212F8" w14:textId="77777777">
      <w:pPr>
        <w:numPr>
          <w:ilvl w:val="0"/>
          <w:numId w:val="2"/>
        </w:numPr>
        <w:spacing w:afterAutospacing="1" w:line="240" w:lineRule="auto"/>
        <w:rPr>
          <w:rFonts w:ascii="QBE Sans" w:hAnsi="QBE Sans" w:eastAsia="Times New Roman" w:cs="QBE Sans"/>
          <w:sz w:val="20"/>
          <w:szCs w:val="20"/>
          <w:lang w:eastAsia="en-GB"/>
        </w:rPr>
      </w:pPr>
      <w:r w:rsidRPr="00412015">
        <w:rPr>
          <w:rFonts w:ascii="QBE Sans" w:hAnsi="QBE Sans" w:eastAsia="Times New Roman" w:cs="QBE Sans"/>
          <w:sz w:val="20"/>
          <w:szCs w:val="20"/>
          <w:lang w:eastAsia="en-GB"/>
        </w:rPr>
        <w:t>Towing gear inspection</w:t>
      </w:r>
    </w:p>
    <w:p w:rsidRPr="00412015" w:rsidR="00576BD7" w:rsidP="00576BD7" w:rsidRDefault="00576BD7" w14:paraId="6DD65D7D" w14:textId="77777777">
      <w:pPr>
        <w:spacing w:after="100" w:afterAutospacing="1" w:line="240" w:lineRule="auto"/>
        <w:rPr>
          <w:rFonts w:ascii="QBE Sans" w:hAnsi="QBE Sans" w:eastAsia="Times New Roman" w:cs="QBE Sans"/>
          <w:sz w:val="20"/>
          <w:szCs w:val="20"/>
          <w:lang w:eastAsia="en-GB"/>
        </w:rPr>
        <w:sectPr w:rsidRPr="00412015" w:rsidR="00576BD7">
          <w:headerReference w:type="default" r:id="rId36"/>
          <w:footerReference w:type="even" r:id="rId37"/>
          <w:footerReference w:type="default" r:id="rId38"/>
          <w:headerReference w:type="first" r:id="rId39"/>
          <w:footerReference w:type="first" r:id="rId40"/>
          <w:pgSz w:w="11906" w:h="16838" w:orient="portrait"/>
          <w:pgMar w:top="1134" w:right="1440" w:bottom="1134" w:left="1440" w:header="708" w:footer="708" w:gutter="0"/>
          <w:cols w:space="720"/>
          <w:formProt w:val="0"/>
          <w:docGrid w:linePitch="360" w:charSpace="4096"/>
        </w:sectPr>
      </w:pPr>
    </w:p>
    <w:p w:rsidRPr="00412015" w:rsidR="001670E7" w:rsidRDefault="00914A77" w14:paraId="7572D106" w14:textId="77777777">
      <w:pPr>
        <w:pStyle w:val="Heading1"/>
        <w:rPr>
          <w:rFonts w:ascii="QBE Sans" w:hAnsi="QBE Sans" w:cs="QBE Sans"/>
          <w:lang w:eastAsia="en-GB"/>
        </w:rPr>
      </w:pPr>
      <w:r w:rsidRPr="00412015">
        <w:rPr>
          <w:rFonts w:ascii="QBE Sans" w:hAnsi="QBE Sans" w:cs="QBE Sans"/>
          <w:lang w:eastAsia="en-GB"/>
        </w:rPr>
        <w:t>VESSEL-TYPE SUPPLEMENTS</w:t>
      </w:r>
    </w:p>
    <w:p w:rsidRPr="00B905AB" w:rsidR="001670E7" w:rsidRDefault="00914A77" w14:paraId="50C9C2E6" w14:textId="77777777">
      <w:pPr>
        <w:pStyle w:val="NormalWeb"/>
        <w:spacing w:before="280" w:after="280"/>
        <w:rPr>
          <w:rFonts w:ascii="QBE Sans" w:hAnsi="QBE Sans" w:cs="QBE Sans"/>
          <w:sz w:val="22"/>
          <w:szCs w:val="22"/>
        </w:rPr>
      </w:pPr>
      <w:r w:rsidRPr="00B905AB">
        <w:rPr>
          <w:rFonts w:ascii="QBE Sans" w:hAnsi="QBE Sans" w:cs="QBE Sans"/>
          <w:sz w:val="22"/>
          <w:szCs w:val="22"/>
        </w:rPr>
        <w:t xml:space="preserve">For the vessel type recorded in Section 1, the corresponding supplement(s) below are </w:t>
      </w:r>
      <w:r w:rsidRPr="00B905AB">
        <w:rPr>
          <w:rFonts w:ascii="QBE Sans" w:hAnsi="QBE Sans" w:cs="QBE Sans"/>
          <w:b/>
          <w:bCs/>
          <w:sz w:val="22"/>
          <w:szCs w:val="22"/>
        </w:rPr>
        <w:t>mandatory</w:t>
      </w:r>
      <w:r w:rsidRPr="00B905AB">
        <w:rPr>
          <w:rFonts w:ascii="QBE Sans" w:hAnsi="QBE Sans" w:cs="QBE Sans"/>
          <w:sz w:val="22"/>
          <w:szCs w:val="22"/>
        </w:rPr>
        <w:t>. Use the same rating system (Excellent/Good/Satisfactory/Poor); comments and photo references are mandatory where items are rated Satisfactory or Poor.</w:t>
      </w:r>
    </w:p>
    <w:p w:rsidRPr="00412015" w:rsidR="001670E7" w:rsidRDefault="00914A77" w14:paraId="20F8BEBF" w14:textId="77777777">
      <w:pPr>
        <w:pStyle w:val="Heading2"/>
        <w:rPr>
          <w:rFonts w:ascii="QBE Sans" w:hAnsi="QBE Sans" w:cs="QBE Sans"/>
          <w:lang w:eastAsia="en-GB"/>
        </w:rPr>
      </w:pPr>
      <w:r w:rsidRPr="00412015">
        <w:rPr>
          <w:rFonts w:ascii="QBE Sans" w:hAnsi="QBE Sans" w:cs="QBE Sans"/>
          <w:lang w:eastAsia="en-GB"/>
        </w:rPr>
        <w:t xml:space="preserve">Supplement A – General Cargo / Multipurpose Vessels </w:t>
      </w:r>
    </w:p>
    <w:p w:rsidRPr="00412015" w:rsidR="001670E7" w:rsidRDefault="00914A77" w14:paraId="01BA69CD" w14:textId="7F366F1B">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Cargo damage, water ingress, crew injury, pollution. Mandatory Photos: Holds overview, securing gear, hatches.</w:t>
      </w:r>
    </w:p>
    <w:tbl>
      <w:tblPr>
        <w:tblW w:w="9498" w:type="dxa"/>
        <w:tblInd w:w="-289" w:type="dxa"/>
        <w:tblLayout w:type="fixed"/>
        <w:tblCellMar>
          <w:top w:w="15" w:type="dxa"/>
          <w:left w:w="15" w:type="dxa"/>
          <w:bottom w:w="15" w:type="dxa"/>
          <w:right w:w="15" w:type="dxa"/>
        </w:tblCellMar>
        <w:tblLook w:val="04A0" w:firstRow="1" w:lastRow="0" w:firstColumn="1" w:lastColumn="0" w:noHBand="0" w:noVBand="1"/>
      </w:tblPr>
      <w:tblGrid>
        <w:gridCol w:w="2409"/>
        <w:gridCol w:w="1355"/>
        <w:gridCol w:w="1355"/>
        <w:gridCol w:w="1355"/>
        <w:gridCol w:w="3024"/>
      </w:tblGrid>
      <w:sdt>
        <w:sdtPr>
          <w:rPr>
            <w:rFonts w:ascii="QBE Sans" w:hAnsi="QBE Sans" w:eastAsia="Times New Roman" w:cs="QBE Sans"/>
            <w:b/>
            <w:bCs/>
            <w:lang w:eastAsia="en-GB"/>
          </w:rPr>
          <w:id w:val="1396307688"/>
          <w:lock w:val="sdtContentLocked"/>
          <w:placeholder>
            <w:docPart w:val="E57EDE7A2B1B4A8D943DA4A9C72889DC"/>
          </w:placeholder>
        </w:sdtPr>
        <w:sdtEndPr/>
        <w:sdtContent>
          <w:tr w:rsidRPr="00412015" w:rsidR="004444F5" w:rsidTr="004444F5" w14:paraId="09DE9997" w14:textId="77777777">
            <w:trPr>
              <w:trHeight w:val="840"/>
              <w:tblHeader/>
            </w:trPr>
            <w:tc>
              <w:tcPr>
                <w:tcW w:w="2269"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67798ABA" w14:textId="1A116D59">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7C384BE"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22C85FD1"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C1092E3"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22E016FC" w14:textId="0507DF62">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 xml:space="preserve">Comments + Photo Ref </w:t>
                </w:r>
              </w:p>
            </w:tc>
          </w:tr>
        </w:sdtContent>
      </w:sdt>
      <w:tr w:rsidRPr="00412015" w:rsidR="004444F5" w:rsidTr="004444F5" w14:paraId="5E2E4372"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257207720"/>
              <w:lock w:val="sdtContentLocked"/>
              <w:placeholder>
                <w:docPart w:val="E57EDE7A2B1B4A8D943DA4A9C72889DC"/>
              </w:placeholder>
            </w:sdtPr>
            <w:sdtEndPr/>
            <w:sdtContent>
              <w:p w:rsidRPr="00412015" w:rsidR="004444F5" w:rsidRDefault="004444F5" w14:paraId="3BB6F9BE" w14:textId="17B6CAA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Cargo holds cleanliness &amp; ventilation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585D17A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0661CEA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1423DE6"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54DA136" w14:textId="77777777">
            <w:pPr>
              <w:spacing w:after="0" w:line="240" w:lineRule="auto"/>
              <w:rPr>
                <w:rFonts w:ascii="QBE Sans" w:hAnsi="QBE Sans" w:eastAsia="Times New Roman" w:cs="QBE Sans"/>
                <w:lang w:eastAsia="en-GB"/>
              </w:rPr>
            </w:pPr>
          </w:p>
        </w:tc>
      </w:tr>
      <w:tr w:rsidRPr="00412015" w:rsidR="004444F5" w:rsidTr="004444F5" w14:paraId="2B6E26A5"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354227156"/>
              <w:lock w:val="sdtContentLocked"/>
              <w:placeholder>
                <w:docPart w:val="E57EDE7A2B1B4A8D943DA4A9C72889DC"/>
              </w:placeholder>
            </w:sdtPr>
            <w:sdtEndPr/>
            <w:sdtContent>
              <w:p w:rsidRPr="00412015" w:rsidR="004444F5" w:rsidRDefault="004444F5" w14:paraId="2FDE5A69" w14:textId="37789795">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Mixed cargo segregation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4B3F78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572AA96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AB22D65"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4084383C" w14:textId="77777777">
            <w:pPr>
              <w:spacing w:after="0" w:line="240" w:lineRule="auto"/>
              <w:rPr>
                <w:rFonts w:ascii="QBE Sans" w:hAnsi="QBE Sans" w:eastAsia="Times New Roman" w:cs="QBE Sans"/>
                <w:lang w:eastAsia="en-GB"/>
              </w:rPr>
            </w:pPr>
          </w:p>
        </w:tc>
      </w:tr>
      <w:tr w:rsidRPr="00412015" w:rsidR="004444F5" w:rsidTr="004444F5" w14:paraId="27D45402"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96439403"/>
              <w:lock w:val="sdtContentLocked"/>
              <w:placeholder>
                <w:docPart w:val="E57EDE7A2B1B4A8D943DA4A9C72889DC"/>
              </w:placeholder>
            </w:sdtPr>
            <w:sdtEndPr/>
            <w:sdtContent>
              <w:p w:rsidRPr="00412015" w:rsidR="004444F5" w:rsidRDefault="004444F5" w14:paraId="3BCD6168" w14:textId="0D0AD8E7">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Lashing &amp; securing points condition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201EE97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5CEED37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51346622"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623F0CA0" w14:textId="77777777">
            <w:pPr>
              <w:spacing w:after="0" w:line="240" w:lineRule="auto"/>
              <w:rPr>
                <w:rFonts w:ascii="QBE Sans" w:hAnsi="QBE Sans" w:eastAsia="Times New Roman" w:cs="QBE Sans"/>
                <w:lang w:eastAsia="en-GB"/>
              </w:rPr>
            </w:pPr>
          </w:p>
        </w:tc>
      </w:tr>
      <w:tr w:rsidRPr="00412015" w:rsidR="004444F5" w:rsidTr="004444F5" w14:paraId="2C193DAF"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97897706"/>
              <w:lock w:val="sdtContentLocked"/>
              <w:placeholder>
                <w:docPart w:val="E57EDE7A2B1B4A8D943DA4A9C72889DC"/>
              </w:placeholder>
            </w:sdtPr>
            <w:sdtEndPr/>
            <w:sdtContent>
              <w:p w:rsidRPr="00412015" w:rsidR="004444F5" w:rsidRDefault="004444F5" w14:paraId="17A78A33" w14:textId="2768A23E">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Hatch covers &amp; seals weathertightness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31C2D4F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A7080D7"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690B76AB"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7D471A8" w14:textId="77777777">
            <w:pPr>
              <w:spacing w:after="0" w:line="240" w:lineRule="auto"/>
              <w:rPr>
                <w:rFonts w:ascii="QBE Sans" w:hAnsi="QBE Sans" w:eastAsia="Times New Roman" w:cs="QBE Sans"/>
                <w:lang w:eastAsia="en-GB"/>
              </w:rPr>
            </w:pPr>
          </w:p>
        </w:tc>
      </w:tr>
      <w:tr w:rsidRPr="00412015" w:rsidR="004444F5" w:rsidTr="004444F5" w14:paraId="72E05672"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97092394"/>
              <w:lock w:val="sdtContentLocked"/>
              <w:placeholder>
                <w:docPart w:val="E57EDE7A2B1B4A8D943DA4A9C72889DC"/>
              </w:placeholder>
            </w:sdtPr>
            <w:sdtEndPr/>
            <w:sdtContent>
              <w:p w:rsidRPr="00412015" w:rsidR="004444F5" w:rsidRDefault="004444F5" w14:paraId="5F601B98" w14:textId="7DDE336A">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Deck cargo stowage arrangements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3D9B11F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010E00D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143CB9F"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0E7421D" w14:textId="77777777">
            <w:pPr>
              <w:spacing w:after="0" w:line="240" w:lineRule="auto"/>
              <w:rPr>
                <w:rFonts w:ascii="QBE Sans" w:hAnsi="QBE Sans" w:eastAsia="Times New Roman" w:cs="QBE Sans"/>
                <w:lang w:eastAsia="en-GB"/>
              </w:rPr>
            </w:pPr>
          </w:p>
        </w:tc>
      </w:tr>
      <w:tr w:rsidRPr="00412015" w:rsidR="004444F5" w:rsidTr="004444F5" w14:paraId="563306A2"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93889371"/>
              <w:lock w:val="sdtContentLocked"/>
              <w:placeholder>
                <w:docPart w:val="E57EDE7A2B1B4A8D943DA4A9C72889DC"/>
              </w:placeholder>
            </w:sdtPr>
            <w:sdtEndPr/>
            <w:sdtContent>
              <w:p w:rsidRPr="00412015" w:rsidR="004444F5" w:rsidRDefault="004444F5" w14:paraId="2361380B" w14:textId="3C65FBF9">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Reefer points &amp; monitoring (if applicable)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6BA7820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4346CF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3A44DD2E"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EE5EFF2" w14:textId="77777777">
            <w:pPr>
              <w:spacing w:after="0" w:line="240" w:lineRule="auto"/>
              <w:rPr>
                <w:rFonts w:ascii="QBE Sans" w:hAnsi="QBE Sans" w:eastAsia="Times New Roman" w:cs="QBE Sans"/>
                <w:lang w:eastAsia="en-GB"/>
              </w:rPr>
            </w:pPr>
          </w:p>
        </w:tc>
      </w:tr>
      <w:tr w:rsidRPr="00412015" w:rsidR="004444F5" w:rsidTr="004444F5" w14:paraId="70ADFC75"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sz w:val="24"/>
                <w:szCs w:val="24"/>
                <w:lang w:val="en-GB" w:eastAsia="en-GB"/>
              </w:rPr>
              <w:id w:val="2128889677"/>
              <w:lock w:val="sdtContentLocked"/>
              <w:placeholder>
                <w:docPart w:val="E57EDE7A2B1B4A8D943DA4A9C72889DC"/>
              </w:placeholder>
            </w:sdtPr>
            <w:sdtEndPr/>
            <w:sdtContent>
              <w:p w:rsidRPr="00412015" w:rsidR="004444F5" w:rsidRDefault="004444F5" w14:paraId="7E924818" w14:textId="561D5C80">
                <w:pPr>
                  <w:spacing w:after="0" w:line="240" w:lineRule="auto"/>
                  <w:rPr>
                    <w:rFonts w:ascii="QBE Sans" w:hAnsi="QBE Sans" w:eastAsia="Times New Roman" w:cs="QBE Sans"/>
                    <w:sz w:val="24"/>
                    <w:szCs w:val="24"/>
                    <w:lang w:val="en-GB" w:eastAsia="en-GB"/>
                  </w:rPr>
                </w:pPr>
                <w:r w:rsidRPr="00412015">
                  <w:rPr>
                    <w:rFonts w:ascii="QBE Sans" w:hAnsi="QBE Sans" w:eastAsia="Times New Roman" w:cs="QBE Sans"/>
                    <w:sz w:val="24"/>
                    <w:szCs w:val="24"/>
                    <w:lang w:val="en-GB" w:eastAsia="en-GB"/>
                  </w:rPr>
                  <w:t>Cargo hold bilge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DA79C9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22303AF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2F528FAA"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0D5E2B40" w14:textId="77777777">
            <w:pPr>
              <w:pStyle w:val="NormalWeb"/>
              <w:spacing w:after="0"/>
              <w:rPr>
                <w:rFonts w:ascii="QBE Sans" w:hAnsi="QBE Sans" w:cs="QBE Sans"/>
                <w:sz w:val="16"/>
                <w:szCs w:val="16"/>
              </w:rPr>
            </w:pPr>
          </w:p>
        </w:tc>
      </w:tr>
      <w:tr w:rsidRPr="00412015" w:rsidR="004444F5" w:rsidTr="004444F5" w14:paraId="25EA0855" w14:textId="77777777">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sz w:val="24"/>
                <w:szCs w:val="24"/>
                <w:lang w:val="en-GB" w:eastAsia="en-GB"/>
              </w:rPr>
              <w:id w:val="-261301480"/>
              <w:lock w:val="sdtContentLocked"/>
              <w:placeholder>
                <w:docPart w:val="E57EDE7A2B1B4A8D943DA4A9C72889DC"/>
              </w:placeholder>
            </w:sdtPr>
            <w:sdtEndPr/>
            <w:sdtContent>
              <w:p w:rsidRPr="00412015" w:rsidR="004444F5" w:rsidRDefault="004444F5" w14:paraId="5DBAF5E9" w14:textId="07EBB2CC">
                <w:pPr>
                  <w:spacing w:after="0" w:line="240" w:lineRule="auto"/>
                  <w:rPr>
                    <w:rFonts w:ascii="QBE Sans" w:hAnsi="QBE Sans" w:eastAsia="Times New Roman" w:cs="QBE Sans"/>
                    <w:sz w:val="24"/>
                    <w:szCs w:val="24"/>
                    <w:lang w:val="en-GB" w:eastAsia="en-GB"/>
                  </w:rPr>
                </w:pPr>
                <w:r w:rsidRPr="00412015">
                  <w:rPr>
                    <w:rFonts w:ascii="QBE Sans" w:hAnsi="QBE Sans" w:eastAsia="Times New Roman" w:cs="QBE Sans"/>
                    <w:sz w:val="24"/>
                    <w:szCs w:val="24"/>
                    <w:lang w:val="en-GB" w:eastAsia="en-GB"/>
                  </w:rPr>
                  <w:t>Ballast tank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D006EE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4AC47C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304B44E3"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529E81E5" w14:textId="77777777">
            <w:pPr>
              <w:pStyle w:val="NormalWeb"/>
              <w:spacing w:after="0"/>
              <w:rPr>
                <w:rFonts w:ascii="QBE Sans" w:hAnsi="QBE Sans" w:cs="QBE Sans"/>
                <w:sz w:val="16"/>
                <w:szCs w:val="16"/>
              </w:rPr>
            </w:pPr>
          </w:p>
        </w:tc>
      </w:tr>
      <w:tr w:rsidRPr="00412015" w:rsidR="004444F5" w:rsidTr="004444F5" w14:paraId="648E38AA" w14:textId="77777777">
        <w:trPr>
          <w:trHeight w:val="723"/>
        </w:trPr>
        <w:tc>
          <w:tcPr>
            <w:tcW w:w="226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sz w:val="24"/>
                <w:szCs w:val="24"/>
                <w:lang w:val="en-GB" w:eastAsia="en-GB"/>
              </w:rPr>
              <w:id w:val="-2132851027"/>
              <w:lock w:val="sdtContentLocked"/>
              <w:placeholder>
                <w:docPart w:val="E57EDE7A2B1B4A8D943DA4A9C72889DC"/>
              </w:placeholder>
            </w:sdtPr>
            <w:sdtEndPr>
              <w:rPr>
                <w:rFonts w:eastAsiaTheme="minorEastAsia"/>
                <w:bCs/>
                <w:sz w:val="20"/>
                <w:szCs w:val="20"/>
                <w:lang w:val="en-US" w:eastAsia="en-US"/>
              </w:rPr>
            </w:sdtEndPr>
            <w:sdtContent>
              <w:p w:rsidRPr="00412015" w:rsidR="004444F5" w:rsidP="007351BB" w:rsidRDefault="004444F5" w14:paraId="47684832" w14:textId="57231DEC">
                <w:pPr>
                  <w:spacing w:after="0" w:line="240" w:lineRule="auto"/>
                  <w:rPr>
                    <w:rFonts w:ascii="QBE Sans" w:hAnsi="QBE Sans" w:cs="QBE Sans"/>
                    <w:sz w:val="20"/>
                    <w:szCs w:val="20"/>
                    <w:lang w:val="en-GB"/>
                  </w:rPr>
                </w:pPr>
                <w:r w:rsidRPr="00412015">
                  <w:rPr>
                    <w:rFonts w:ascii="QBE Sans" w:hAnsi="QBE Sans" w:eastAsia="Times New Roman" w:cs="QBE Sans"/>
                    <w:sz w:val="24"/>
                    <w:szCs w:val="24"/>
                    <w:lang w:val="en-GB" w:eastAsia="en-GB"/>
                  </w:rPr>
                  <w:t>Hatch cover weathertightness test performed? (</w:t>
                </w:r>
                <w:r w:rsidRPr="00412015">
                  <w:rPr>
                    <w:rFonts w:ascii="QBE Sans" w:hAnsi="QBE Sans" w:cs="QBE Sans"/>
                    <w:bCs/>
                    <w:sz w:val="20"/>
                    <w:szCs w:val="20"/>
                  </w:rPr>
                  <w:t>Leak test of hatch covers – Diagrams</w:t>
                </w:r>
                <w:r>
                  <w:rPr>
                    <w:rFonts w:ascii="QBE Sans" w:hAnsi="QBE Sans" w:cs="QBE Sans"/>
                    <w:bCs/>
                    <w:sz w:val="20"/>
                    <w:szCs w:val="20"/>
                  </w:rPr>
                  <w:t>. Photos of sealing arrangement</w:t>
                </w:r>
                <w:r w:rsidRPr="00412015">
                  <w:rPr>
                    <w:rFonts w:ascii="QBE Sans" w:hAnsi="QBE Sans" w:cs="QBE Sans"/>
                    <w:bCs/>
                    <w:sz w:val="20"/>
                    <w:szCs w:val="20"/>
                  </w:rPr>
                  <w:t>)</w:t>
                </w:r>
              </w:p>
            </w:sdtContent>
          </w:sdt>
          <w:p w:rsidRPr="00412015" w:rsidR="004444F5" w:rsidRDefault="004444F5" w14:paraId="1E4E6C10" w14:textId="1261428B">
            <w:pPr>
              <w:spacing w:after="0" w:line="240" w:lineRule="auto"/>
              <w:rPr>
                <w:rFonts w:ascii="QBE Sans" w:hAnsi="QBE Sans" w:eastAsia="Times New Roman" w:cs="QBE Sans"/>
                <w:sz w:val="24"/>
                <w:szCs w:val="24"/>
                <w:lang w:val="en-GB" w:eastAsia="en-GB"/>
              </w:rPr>
            </w:pPr>
            <w:r w:rsidRPr="00412015">
              <w:rPr>
                <w:rFonts w:ascii="QBE Sans" w:hAnsi="QBE Sans" w:eastAsia="Times New Roman" w:cs="QBE Sans"/>
                <w:sz w:val="24"/>
                <w:szCs w:val="24"/>
                <w:lang w:val="en-GB" w:eastAsia="en-GB"/>
              </w:rPr>
              <w:t xml:space="preserve"> </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5CEE491"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1D2372B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4444F5" w:rsidRDefault="004444F5" w14:paraId="73F4501C" w14:textId="77777777">
            <w:pPr>
              <w:spacing w:after="0" w:line="240" w:lineRule="auto"/>
              <w:rPr>
                <w:rFonts w:ascii="QBE Sans" w:hAnsi="QBE Sans" w:eastAsia="Times New Roman" w:cs="QBE Sans"/>
                <w:lang w:eastAsia="en-GB"/>
              </w:rPr>
            </w:pPr>
          </w:p>
        </w:tc>
        <w:tc>
          <w:tcPr>
            <w:tcW w:w="2848" w:type="dxa"/>
            <w:tcBorders>
              <w:top w:val="single" w:color="000000" w:sz="4" w:space="0"/>
              <w:left w:val="single" w:color="000000" w:sz="4" w:space="0"/>
              <w:bottom w:val="single" w:color="000000" w:sz="4" w:space="0"/>
              <w:right w:val="single" w:color="000000" w:sz="4" w:space="0"/>
            </w:tcBorders>
            <w:vAlign w:val="center"/>
          </w:tcPr>
          <w:p w:rsidR="00FE1810" w:rsidP="005E4890" w:rsidRDefault="004444F5" w14:paraId="7032A1DC" w14:textId="77777777">
            <w:pPr>
              <w:pStyle w:val="NormalWeb"/>
              <w:spacing w:before="100" w:after="840" w:afterAutospacing="0"/>
              <w:rPr>
                <w:rFonts w:ascii="QBE Sans" w:hAnsi="QBE Sans" w:cs="QBE Sans"/>
                <w:sz w:val="16"/>
                <w:szCs w:val="16"/>
              </w:rPr>
            </w:pPr>
            <w:r w:rsidRPr="00412015">
              <w:rPr>
                <w:rFonts w:ascii="Segoe UI Symbol" w:hAnsi="Segoe UI Symbol" w:eastAsia="MS Gothic" w:cs="Segoe UI Symbol"/>
                <w:sz w:val="16"/>
                <w:szCs w:val="16"/>
              </w:rPr>
              <w:t>☐</w:t>
            </w:r>
            <w:r w:rsidRPr="00412015">
              <w:rPr>
                <w:rFonts w:ascii="QBE Sans" w:hAnsi="QBE Sans" w:cs="QBE Sans"/>
                <w:sz w:val="16"/>
                <w:szCs w:val="16"/>
              </w:rPr>
              <w:t xml:space="preserve"> Ultrasonic </w:t>
            </w:r>
            <w:r w:rsidRPr="00412015">
              <w:rPr>
                <w:rFonts w:ascii="Segoe UI Symbol" w:hAnsi="Segoe UI Symbol" w:eastAsia="MS Gothic" w:cs="Segoe UI Symbol"/>
                <w:sz w:val="16"/>
                <w:szCs w:val="16"/>
              </w:rPr>
              <w:t>☐</w:t>
            </w:r>
            <w:r w:rsidRPr="00412015">
              <w:rPr>
                <w:rFonts w:ascii="QBE Sans" w:hAnsi="QBE Sans" w:cs="QBE Sans"/>
                <w:sz w:val="16"/>
                <w:szCs w:val="16"/>
              </w:rPr>
              <w:t xml:space="preserve"> Hose  </w:t>
            </w:r>
            <w:r w:rsidRPr="00412015">
              <w:rPr>
                <w:rFonts w:ascii="Segoe UI Symbol" w:hAnsi="Segoe UI Symbol" w:eastAsia="MS Gothic" w:cs="Segoe UI Symbol"/>
                <w:sz w:val="16"/>
                <w:szCs w:val="16"/>
              </w:rPr>
              <w:t>☐</w:t>
            </w:r>
            <w:r w:rsidRPr="00412015">
              <w:rPr>
                <w:rFonts w:ascii="QBE Sans" w:hAnsi="QBE Sans" w:cs="QBE Sans"/>
                <w:sz w:val="16"/>
                <w:szCs w:val="16"/>
              </w:rPr>
              <w:t xml:space="preserve">None </w:t>
            </w:r>
          </w:p>
          <w:p w:rsidR="00FE1810" w:rsidP="00FE1810" w:rsidRDefault="004444F5" w14:paraId="651DFF33" w14:textId="5E542AB1">
            <w:pPr>
              <w:pStyle w:val="NormalWeb"/>
              <w:spacing w:before="100" w:after="0" w:afterAutospacing="0"/>
              <w:rPr>
                <w:rFonts w:ascii="QBE Sans" w:hAnsi="QBE Sans" w:cs="QBE Sans"/>
                <w:sz w:val="16"/>
                <w:szCs w:val="16"/>
              </w:rPr>
            </w:pPr>
            <w:r w:rsidRPr="00412015">
              <w:rPr>
                <w:rFonts w:ascii="QBE Sans" w:hAnsi="QBE Sans" w:cs="QBE Sans"/>
                <w:sz w:val="16"/>
                <w:szCs w:val="16"/>
              </w:rPr>
              <w:t>Result</w:t>
            </w:r>
            <w:r w:rsidR="00FE1810">
              <w:rPr>
                <w:rFonts w:ascii="QBE Sans" w:hAnsi="QBE Sans" w:cs="QBE Sans"/>
                <w:sz w:val="16"/>
                <w:szCs w:val="16"/>
              </w:rPr>
              <w:t>/Findings</w:t>
            </w:r>
            <w:r w:rsidRPr="00412015">
              <w:rPr>
                <w:rFonts w:ascii="QBE Sans" w:hAnsi="QBE Sans" w:cs="QBE Sans"/>
                <w:sz w:val="16"/>
                <w:szCs w:val="16"/>
              </w:rPr>
              <w:t>_______</w:t>
            </w:r>
            <w:r w:rsidRPr="00412015" w:rsidR="001B0FAE">
              <w:rPr>
                <w:rFonts w:ascii="QBE Sans" w:hAnsi="QBE Sans" w:cs="QBE Sans"/>
                <w:sz w:val="16"/>
                <w:szCs w:val="16"/>
              </w:rPr>
              <w:t>_______</w:t>
            </w:r>
          </w:p>
          <w:p w:rsidRPr="001B0FAE" w:rsidR="004444F5" w:rsidP="001B0FAE" w:rsidRDefault="004444F5" w14:paraId="15226BCC" w14:textId="6410911E">
            <w:pPr>
              <w:pStyle w:val="NormalWeb"/>
              <w:spacing w:before="100" w:after="100"/>
              <w:rPr>
                <w:rFonts w:ascii="QBE Sans" w:hAnsi="QBE Sans" w:cs="QBE Sans"/>
                <w:sz w:val="16"/>
                <w:szCs w:val="16"/>
              </w:rPr>
            </w:pPr>
            <w:r w:rsidRPr="00412015">
              <w:rPr>
                <w:rFonts w:ascii="QBE Sans" w:hAnsi="QBE Sans" w:cs="QBE Sans"/>
                <w:sz w:val="16"/>
                <w:szCs w:val="16"/>
              </w:rPr>
              <w:t>(</w:t>
            </w:r>
            <w:r w:rsidRPr="001B0FAE" w:rsidR="001B0FAE">
              <w:rPr>
                <w:rFonts w:ascii="QBE Sans" w:hAnsi="QBE Sans" w:cs="QBE Sans"/>
                <w:sz w:val="16"/>
                <w:szCs w:val="16"/>
              </w:rPr>
              <w:t xml:space="preserve">Mandatory where a test is performed </w:t>
            </w:r>
            <w:r w:rsidRPr="001B0FAE" w:rsidR="001B0FAE">
              <w:rPr>
                <w:rFonts w:ascii="QBE Sans" w:hAnsi="QBE Sans" w:cs="QBE Sans"/>
                <w:b/>
                <w:bCs/>
                <w:sz w:val="16"/>
                <w:szCs w:val="16"/>
              </w:rPr>
              <w:t>or</w:t>
            </w:r>
            <w:r w:rsidRPr="001B0FAE" w:rsidR="001B0FAE">
              <w:rPr>
                <w:rFonts w:ascii="QBE Sans" w:hAnsi="QBE Sans" w:cs="QBE Sans"/>
                <w:sz w:val="16"/>
                <w:szCs w:val="16"/>
              </w:rPr>
              <w:t xml:space="preserve"> where any defect, leakage, or concern is identified)</w:t>
            </w:r>
          </w:p>
        </w:tc>
      </w:tr>
    </w:tbl>
    <w:p w:rsidRPr="00412015" w:rsidR="001670E7" w:rsidRDefault="001670E7" w14:paraId="3F20BD81" w14:textId="77777777">
      <w:pPr>
        <w:pStyle w:val="Heading2"/>
        <w:rPr>
          <w:rFonts w:ascii="QBE Sans" w:hAnsi="QBE Sans" w:cs="QBE Sans"/>
          <w:lang w:eastAsia="en-GB"/>
        </w:rPr>
        <w:sectPr w:rsidRPr="00412015" w:rsidR="001670E7">
          <w:footerReference w:type="default" r:id="rId41"/>
          <w:pgSz w:w="11906" w:h="16838" w:orient="portrait"/>
          <w:pgMar w:top="1134" w:right="1440" w:bottom="1134" w:left="1440" w:header="708" w:footer="708" w:gutter="0"/>
          <w:cols w:space="720"/>
          <w:formProt w:val="0"/>
          <w:docGrid w:linePitch="360" w:charSpace="4096"/>
        </w:sectPr>
      </w:pPr>
    </w:p>
    <w:sdt>
      <w:sdtPr>
        <w:rPr>
          <w:rFonts w:ascii="QBE Sans" w:hAnsi="QBE Sans" w:cs="QBE Sans"/>
          <w:lang w:eastAsia="en-GB"/>
        </w:rPr>
        <w:id w:val="-420789931"/>
        <w:placeholder>
          <w:docPart w:val="DefaultPlaceholder_-1854013440"/>
        </w:placeholder>
      </w:sdtPr>
      <w:sdtEndPr>
        <w:rPr>
          <w:rFonts w:ascii="QBE Sans" w:hAnsi="QBE Sans" w:cs="QBE Sans"/>
          <w:lang w:eastAsia="en-GB"/>
        </w:rPr>
      </w:sdtEndPr>
      <w:sdtContent>
        <w:p w:rsidRPr="00412015" w:rsidR="001670E7" w:rsidRDefault="00914A77" w14:paraId="6612DF58" w14:textId="1E3BB408">
          <w:pPr>
            <w:pStyle w:val="Heading2"/>
            <w:rPr>
              <w:rFonts w:ascii="QBE Sans" w:hAnsi="QBE Sans" w:cs="QBE Sans"/>
              <w:lang w:eastAsia="en-GB"/>
            </w:rPr>
          </w:pPr>
          <w:r w:rsidRPr="00412015">
            <w:rPr>
              <w:rFonts w:ascii="QBE Sans" w:hAnsi="QBE Sans" w:cs="QBE Sans"/>
              <w:lang w:eastAsia="en-GB"/>
            </w:rPr>
            <w:t xml:space="preserve">Supplement B – Dry Bulk Carriers </w:t>
          </w:r>
        </w:p>
      </w:sdtContent>
    </w:sdt>
    <w:p w:rsidRPr="00412015" w:rsidR="001670E7" w:rsidRDefault="002F4184" w14:paraId="7D0F18DE" w14:textId="3097B2A6">
      <w:pPr>
        <w:spacing w:beforeAutospacing="1" w:afterAutospacing="1" w:line="240" w:lineRule="auto"/>
        <w:rPr>
          <w:rFonts w:ascii="QBE Sans" w:hAnsi="QBE Sans" w:eastAsia="Times New Roman" w:cs="QBE Sans"/>
          <w:lang w:eastAsia="en-GB"/>
        </w:rPr>
      </w:pPr>
      <w:sdt>
        <w:sdtPr>
          <w:rPr>
            <w:rFonts w:ascii="QBE Sans" w:hAnsi="QBE Sans" w:eastAsia="Times New Roman" w:cs="QBE Sans"/>
            <w:lang w:eastAsia="en-GB"/>
          </w:rPr>
          <w:id w:val="-1923479101"/>
          <w:placeholder>
            <w:docPart w:val="DefaultPlaceholder_-1854013440"/>
          </w:placeholder>
        </w:sdtPr>
        <w:sdtEndPr/>
        <w:sdtContent>
          <w:r w:rsidRPr="00412015" w:rsidR="00914A77">
            <w:rPr>
              <w:rFonts w:ascii="QBE Sans" w:hAnsi="QBE Sans" w:eastAsia="Times New Roman" w:cs="QBE Sans"/>
              <w:lang w:eastAsia="en-GB"/>
            </w:rPr>
            <w:t>Key P&amp;I Risks: Cargo contamination, shortage, structural failure. Mandatory Photos: Holds (upper/lower), ladders, bilges</w:t>
          </w:r>
        </w:sdtContent>
      </w:sdt>
      <w:r w:rsidRPr="00412015" w:rsidR="00914A77">
        <w:rPr>
          <w:rFonts w:ascii="QBE Sans" w:hAnsi="QBE Sans" w:eastAsia="Times New Roman" w:cs="QBE Sans"/>
          <w:lang w:eastAsia="en-GB"/>
        </w:rPr>
        <w:t>.</w:t>
      </w:r>
    </w:p>
    <w:tbl>
      <w:tblPr>
        <w:tblW w:w="9016" w:type="dxa"/>
        <w:tblLayout w:type="fixed"/>
        <w:tblCellMar>
          <w:top w:w="15" w:type="dxa"/>
          <w:left w:w="15" w:type="dxa"/>
          <w:bottom w:w="15" w:type="dxa"/>
          <w:right w:w="15" w:type="dxa"/>
        </w:tblCellMar>
        <w:tblLook w:val="04A0" w:firstRow="1" w:lastRow="0" w:firstColumn="1" w:lastColumn="0" w:noHBand="0" w:noVBand="1"/>
      </w:tblPr>
      <w:tblGrid>
        <w:gridCol w:w="2090"/>
        <w:gridCol w:w="1256"/>
        <w:gridCol w:w="1256"/>
        <w:gridCol w:w="1256"/>
        <w:gridCol w:w="3158"/>
      </w:tblGrid>
      <w:sdt>
        <w:sdtPr>
          <w:rPr>
            <w:rFonts w:ascii="QBE Sans" w:hAnsi="QBE Sans" w:eastAsia="Times New Roman" w:cs="QBE Sans"/>
            <w:b/>
            <w:bCs/>
            <w:lang w:eastAsia="en-GB"/>
          </w:rPr>
          <w:id w:val="1063903814"/>
          <w:lock w:val="sdtContentLocked"/>
          <w:placeholder>
            <w:docPart w:val="11665CFA35234EEAB70518F65B35D1CE"/>
          </w:placeholder>
        </w:sdtPr>
        <w:sdtEndPr/>
        <w:sdtContent>
          <w:tr w:rsidRPr="00412015" w:rsidR="0030087B" w:rsidTr="0030087B" w14:paraId="4CE21EEA" w14:textId="77777777">
            <w:trPr>
              <w:tblHeader/>
            </w:trPr>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739FE0D" w14:textId="022D5223">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F188428"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A92E8FE"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10138C9"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26EC28B3" w14:textId="1C29945C">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0087B" w:rsidTr="0030087B" w14:paraId="7C02744E"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594166098"/>
              <w:lock w:val="sdtContentLocked"/>
              <w:placeholder>
                <w:docPart w:val="11665CFA35234EEAB70518F65B35D1CE"/>
              </w:placeholder>
            </w:sdtPr>
            <w:sdtEndPr/>
            <w:sdtContent>
              <w:p w:rsidRPr="00412015" w:rsidR="0030087B" w:rsidRDefault="0030087B" w14:paraId="19C8CBB8" w14:textId="21799608">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 xml:space="preserve">Cargo loading/discharge gear condition </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63C1D6A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1E5596E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48AA62F"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66162E7E" w14:textId="77777777">
            <w:pPr>
              <w:spacing w:after="0" w:line="240" w:lineRule="auto"/>
              <w:rPr>
                <w:rFonts w:ascii="QBE Sans" w:hAnsi="QBE Sans" w:eastAsia="Times New Roman" w:cs="QBE Sans"/>
                <w:lang w:eastAsia="en-GB"/>
              </w:rPr>
            </w:pPr>
          </w:p>
        </w:tc>
      </w:tr>
      <w:tr w:rsidRPr="00412015" w:rsidR="0030087B" w:rsidTr="0030087B" w14:paraId="59B3C954"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069420576"/>
              <w:lock w:val="sdtContentLocked"/>
              <w:placeholder>
                <w:docPart w:val="11665CFA35234EEAB70518F65B35D1CE"/>
              </w:placeholder>
            </w:sdtPr>
            <w:sdtEndPr/>
            <w:sdtContent>
              <w:p w:rsidRPr="00412015" w:rsidR="0030087B" w:rsidRDefault="0030087B" w14:paraId="0534E10E" w14:textId="4BB438CA">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Hold coating &amp; corrosion in frames</w:t>
                </w:r>
                <w:r>
                  <w:rPr>
                    <w:rFonts w:ascii="QBE Sans" w:hAnsi="QBE Sans" w:eastAsia="Times New Roman" w:cs="QBE Sans"/>
                    <w:lang w:eastAsia="en-GB"/>
                  </w:rPr>
                  <w:t xml:space="preserve"> and tank top</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222422B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F5457F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1BE7864"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31D64E0" w14:textId="77777777">
            <w:pPr>
              <w:spacing w:after="0" w:line="240" w:lineRule="auto"/>
              <w:rPr>
                <w:rFonts w:ascii="QBE Sans" w:hAnsi="QBE Sans" w:eastAsia="Times New Roman" w:cs="QBE Sans"/>
                <w:lang w:eastAsia="en-GB"/>
              </w:rPr>
            </w:pPr>
          </w:p>
        </w:tc>
      </w:tr>
      <w:tr w:rsidRPr="00412015" w:rsidR="0030087B" w:rsidTr="0030087B" w14:paraId="0A01DA52"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478047754"/>
              <w:lock w:val="sdtContentLocked"/>
              <w:placeholder>
                <w:docPart w:val="11665CFA35234EEAB70518F65B35D1CE"/>
              </w:placeholder>
            </w:sdtPr>
            <w:sdtEndPr/>
            <w:sdtContent>
              <w:p w:rsidRPr="00412015" w:rsidR="0030087B" w:rsidRDefault="0030087B" w14:paraId="613F8131" w14:textId="28C0F9E5">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Hatch coamings &amp; compression bars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6FA63B0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7341E6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57FA772"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D477937" w14:textId="77777777">
            <w:pPr>
              <w:spacing w:after="0" w:line="240" w:lineRule="auto"/>
              <w:rPr>
                <w:rFonts w:ascii="QBE Sans" w:hAnsi="QBE Sans" w:eastAsia="Times New Roman" w:cs="QBE Sans"/>
                <w:lang w:eastAsia="en-GB"/>
              </w:rPr>
            </w:pPr>
          </w:p>
        </w:tc>
      </w:tr>
      <w:tr w:rsidRPr="00412015" w:rsidR="0030087B" w:rsidTr="0030087B" w14:paraId="39CAC276" w14:textId="77777777">
        <w:sdt>
          <w:sdtPr>
            <w:rPr>
              <w:rFonts w:ascii="QBE Sans" w:hAnsi="QBE Sans" w:eastAsia="Times New Roman" w:cs="QBE Sans"/>
              <w:lang w:eastAsia="en-GB"/>
            </w:rPr>
            <w:id w:val="-450937774"/>
            <w:lock w:val="sdtContentLocked"/>
            <w:placeholder>
              <w:docPart w:val="11665CFA35234EEAB70518F65B35D1CE"/>
            </w:placeholder>
          </w:sdtPr>
          <w:sdtEndPr/>
          <w:sdtContent>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4213D21" w14:textId="4620C771">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Hold ladders &amp; access safety</w:t>
                </w:r>
              </w:p>
            </w:tc>
          </w:sdtContent>
        </w:sdt>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C66630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EF23D7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E2BE47B"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4E900A6" w14:textId="77777777">
            <w:pPr>
              <w:spacing w:after="0" w:line="240" w:lineRule="auto"/>
              <w:rPr>
                <w:rFonts w:ascii="QBE Sans" w:hAnsi="QBE Sans" w:eastAsia="Times New Roman" w:cs="QBE Sans"/>
                <w:lang w:eastAsia="en-GB"/>
              </w:rPr>
            </w:pPr>
          </w:p>
        </w:tc>
      </w:tr>
      <w:tr w:rsidRPr="00412015" w:rsidR="0030087B" w:rsidTr="0030087B" w14:paraId="0EDBABB1"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081797135"/>
              <w:lock w:val="sdtContentLocked"/>
              <w:placeholder>
                <w:docPart w:val="11665CFA35234EEAB70518F65B35D1CE"/>
              </w:placeholder>
            </w:sdtPr>
            <w:sdtEndPr/>
            <w:sdtContent>
              <w:p w:rsidRPr="00412015" w:rsidR="0030087B" w:rsidRDefault="0030087B" w14:paraId="329300C2" w14:textId="4DBE7FE7">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Bilge high-level alarms &amp; wells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6F258CD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E988BD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D3A7807"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171B56BF" w14:textId="77777777">
            <w:pPr>
              <w:spacing w:after="0" w:line="240" w:lineRule="auto"/>
              <w:rPr>
                <w:rFonts w:ascii="QBE Sans" w:hAnsi="QBE Sans" w:eastAsia="Times New Roman" w:cs="QBE Sans"/>
                <w:lang w:eastAsia="en-GB"/>
              </w:rPr>
            </w:pPr>
          </w:p>
        </w:tc>
      </w:tr>
      <w:tr w:rsidRPr="00412015" w:rsidR="0030087B" w:rsidTr="0030087B" w14:paraId="1F131502"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17528863"/>
              <w:lock w:val="sdtContentLocked"/>
              <w:placeholder>
                <w:docPart w:val="11665CFA35234EEAB70518F65B35D1CE"/>
              </w:placeholder>
            </w:sdtPr>
            <w:sdtEndPr/>
            <w:sdtContent>
              <w:p w:rsidRPr="00412015" w:rsidR="0030087B" w:rsidRDefault="0030087B" w14:paraId="1C5651A9" w14:textId="2BD098BA">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Previous repair evidence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882E08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1FEBAC3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2F3AEE1C"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2CD7521" w14:textId="77777777">
            <w:pPr>
              <w:spacing w:after="0" w:line="240" w:lineRule="auto"/>
              <w:rPr>
                <w:rFonts w:ascii="QBE Sans" w:hAnsi="QBE Sans" w:eastAsia="Times New Roman" w:cs="QBE Sans"/>
                <w:lang w:eastAsia="en-GB"/>
              </w:rPr>
            </w:pPr>
          </w:p>
        </w:tc>
      </w:tr>
      <w:tr w:rsidRPr="00412015" w:rsidR="0030087B" w:rsidTr="0030087B" w14:paraId="1B3EE75D"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497081221"/>
              <w:lock w:val="sdtContentLocked"/>
              <w:placeholder>
                <w:docPart w:val="11665CFA35234EEAB70518F65B35D1CE"/>
              </w:placeholder>
            </w:sdtPr>
            <w:sdtEndPr/>
            <w:sdtContent>
              <w:p w:rsidRPr="00C3121B" w:rsidR="0030087B" w:rsidRDefault="0030087B" w14:paraId="3A19B30A" w14:textId="142AE0BF">
                <w:pPr>
                  <w:spacing w:after="0" w:line="240" w:lineRule="auto"/>
                  <w:rPr>
                    <w:rFonts w:ascii="QBE Sans" w:hAnsi="QBE Sans" w:eastAsia="Times New Roman" w:cs="QBE Sans"/>
                    <w:lang w:val="en-GB" w:eastAsia="en-GB"/>
                  </w:rPr>
                </w:pPr>
                <w:r w:rsidRPr="00C3121B">
                  <w:rPr>
                    <w:rFonts w:ascii="QBE Sans" w:hAnsi="QBE Sans" w:eastAsia="Times New Roman" w:cs="QBE Sans"/>
                    <w:lang w:val="en-GB" w:eastAsia="en-GB"/>
                  </w:rPr>
                  <w:t>Cargo hold bilge &amp; Non-return valve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32AC6CF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1BDD8E4F"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1DA93E39"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0C4DC2A" w14:textId="77777777">
            <w:pPr>
              <w:pStyle w:val="NormalWeb"/>
              <w:spacing w:after="0"/>
              <w:rPr>
                <w:rFonts w:ascii="QBE Sans" w:hAnsi="QBE Sans" w:cs="QBE Sans"/>
                <w:sz w:val="16"/>
                <w:szCs w:val="16"/>
              </w:rPr>
            </w:pPr>
          </w:p>
        </w:tc>
      </w:tr>
      <w:tr w:rsidRPr="00412015" w:rsidR="0030087B" w:rsidTr="0030087B" w14:paraId="2EC8BFBE"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sz w:val="24"/>
                <w:szCs w:val="24"/>
                <w:lang w:val="en-GB" w:eastAsia="en-GB"/>
              </w:rPr>
              <w:id w:val="-882640301"/>
              <w:lock w:val="sdtContentLocked"/>
              <w:placeholder>
                <w:docPart w:val="11665CFA35234EEAB70518F65B35D1CE"/>
              </w:placeholder>
            </w:sdtPr>
            <w:sdtEndPr/>
            <w:sdtContent>
              <w:p w:rsidRPr="00412015" w:rsidR="0030087B" w:rsidRDefault="0030087B" w14:paraId="573EA5CA" w14:textId="64E95015">
                <w:pPr>
                  <w:spacing w:after="0" w:line="240" w:lineRule="auto"/>
                  <w:rPr>
                    <w:rFonts w:ascii="QBE Sans" w:hAnsi="QBE Sans" w:eastAsia="Times New Roman" w:cs="QBE Sans"/>
                    <w:sz w:val="24"/>
                    <w:szCs w:val="24"/>
                    <w:lang w:val="en-GB" w:eastAsia="en-GB"/>
                  </w:rPr>
                </w:pPr>
                <w:r w:rsidRPr="00C3121B">
                  <w:rPr>
                    <w:rFonts w:ascii="QBE Sans" w:hAnsi="QBE Sans" w:eastAsia="Times New Roman" w:cs="QBE Sans"/>
                    <w:lang w:val="en-GB" w:eastAsia="en-GB"/>
                  </w:rPr>
                  <w:t>Ballast tank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3C0DD44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7994C8D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BEA7471"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C81E8B2" w14:textId="77777777">
            <w:pPr>
              <w:pStyle w:val="NormalWeb"/>
              <w:spacing w:after="0"/>
              <w:rPr>
                <w:rFonts w:ascii="QBE Sans" w:hAnsi="QBE Sans" w:cs="QBE Sans"/>
                <w:sz w:val="16"/>
                <w:szCs w:val="16"/>
              </w:rPr>
            </w:pPr>
          </w:p>
        </w:tc>
      </w:tr>
      <w:tr w:rsidRPr="00412015" w:rsidR="0030087B" w:rsidTr="0030087B" w14:paraId="72EDA561"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117640856"/>
              <w:lock w:val="sdtContentLocked"/>
              <w:placeholder>
                <w:docPart w:val="11665CFA35234EEAB70518F65B35D1CE"/>
              </w:placeholder>
            </w:sdtPr>
            <w:sdtEndPr>
              <w:rPr>
                <w:rFonts w:eastAsiaTheme="minorEastAsia"/>
                <w:bCs/>
                <w:sz w:val="20"/>
                <w:szCs w:val="20"/>
                <w:lang w:val="en-US" w:eastAsia="en-US"/>
              </w:rPr>
            </w:sdtEndPr>
            <w:sdtContent>
              <w:p w:rsidRPr="00412015" w:rsidR="0030087B" w:rsidRDefault="0030087B" w14:paraId="6670B603" w14:textId="4148CF8B">
                <w:pPr>
                  <w:spacing w:after="0" w:line="240" w:lineRule="auto"/>
                  <w:rPr>
                    <w:rFonts w:ascii="QBE Sans" w:hAnsi="QBE Sans" w:eastAsia="Times New Roman" w:cs="QBE Sans"/>
                    <w:lang w:eastAsia="en-GB"/>
                  </w:rPr>
                </w:pPr>
                <w:r w:rsidRPr="00412015">
                  <w:rPr>
                    <w:rFonts w:ascii="QBE Sans" w:hAnsi="QBE Sans" w:eastAsia="Times New Roman" w:cs="QBE Sans"/>
                    <w:lang w:val="en-GB" w:eastAsia="en-GB"/>
                  </w:rPr>
                  <w:t xml:space="preserve">Hatch cover weathertightness test performed?  </w:t>
                </w:r>
                <w:r w:rsidRPr="00412015">
                  <w:rPr>
                    <w:rFonts w:ascii="QBE Sans" w:hAnsi="QBE Sans" w:eastAsia="Times New Roman" w:cs="QBE Sans"/>
                    <w:sz w:val="24"/>
                    <w:szCs w:val="24"/>
                    <w:lang w:val="en-GB" w:eastAsia="en-GB"/>
                  </w:rPr>
                  <w:t>(</w:t>
                </w:r>
                <w:r w:rsidRPr="00412015">
                  <w:rPr>
                    <w:rFonts w:ascii="QBE Sans" w:hAnsi="QBE Sans" w:cs="QBE Sans"/>
                    <w:bCs/>
                    <w:sz w:val="20"/>
                    <w:szCs w:val="20"/>
                  </w:rPr>
                  <w:t>Leak test of hatch covers – Diagrams)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5807542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2C35115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0AE661DD" w14:textId="77777777">
            <w:pPr>
              <w:spacing w:after="0" w:line="240" w:lineRule="auto"/>
              <w:rPr>
                <w:rFonts w:ascii="QBE Sans" w:hAnsi="QBE Sans" w:eastAsia="Times New Roman" w:cs="QBE Sans"/>
                <w:lang w:eastAsia="en-GB"/>
              </w:rPr>
            </w:pPr>
          </w:p>
        </w:tc>
        <w:tc>
          <w:tcPr>
            <w:tcW w:w="3208" w:type="dxa"/>
            <w:tcBorders>
              <w:top w:val="single" w:color="000000" w:sz="4" w:space="0"/>
              <w:left w:val="single" w:color="000000" w:sz="4" w:space="0"/>
              <w:bottom w:val="single" w:color="000000" w:sz="4" w:space="0"/>
              <w:right w:val="single" w:color="000000" w:sz="4" w:space="0"/>
            </w:tcBorders>
            <w:vAlign w:val="center"/>
          </w:tcPr>
          <w:p w:rsidRPr="00412015" w:rsidR="0030087B" w:rsidRDefault="0030087B" w14:paraId="4345246A" w14:textId="63F56F60">
            <w:pPr>
              <w:pStyle w:val="NormalWeb"/>
              <w:spacing w:after="280"/>
              <w:rPr>
                <w:rFonts w:ascii="QBE Sans" w:hAnsi="QBE Sans" w:cs="QBE Sans"/>
                <w:sz w:val="16"/>
                <w:szCs w:val="16"/>
              </w:rPr>
            </w:pPr>
            <w:r w:rsidRPr="00412015">
              <w:rPr>
                <w:rFonts w:ascii="Segoe UI Symbol" w:hAnsi="Segoe UI Symbol" w:eastAsia="MS Gothic" w:cs="Segoe UI Symbol"/>
                <w:sz w:val="16"/>
                <w:szCs w:val="16"/>
              </w:rPr>
              <w:t>☐</w:t>
            </w:r>
            <w:r w:rsidRPr="00412015">
              <w:rPr>
                <w:rFonts w:ascii="QBE Sans" w:hAnsi="QBE Sans" w:cs="QBE Sans"/>
                <w:sz w:val="16"/>
                <w:szCs w:val="16"/>
              </w:rPr>
              <w:t xml:space="preserve"> Ultrasonic </w:t>
            </w:r>
            <w:r w:rsidRPr="00412015">
              <w:rPr>
                <w:rFonts w:ascii="Segoe UI Symbol" w:hAnsi="Segoe UI Symbol" w:eastAsia="MS Gothic" w:cs="Segoe UI Symbol"/>
                <w:sz w:val="16"/>
                <w:szCs w:val="16"/>
              </w:rPr>
              <w:t>☐</w:t>
            </w:r>
            <w:r w:rsidRPr="00412015">
              <w:rPr>
                <w:rFonts w:ascii="QBE Sans" w:hAnsi="QBE Sans" w:cs="QBE Sans"/>
                <w:sz w:val="16"/>
                <w:szCs w:val="16"/>
              </w:rPr>
              <w:t xml:space="preserve"> Hose  </w:t>
            </w:r>
            <w:r w:rsidRPr="00412015">
              <w:rPr>
                <w:rFonts w:ascii="Segoe UI Symbol" w:hAnsi="Segoe UI Symbol" w:eastAsia="MS Gothic" w:cs="Segoe UI Symbol"/>
                <w:sz w:val="16"/>
                <w:szCs w:val="16"/>
              </w:rPr>
              <w:t>☐</w:t>
            </w:r>
            <w:r w:rsidRPr="00412015">
              <w:rPr>
                <w:rFonts w:ascii="QBE Sans" w:hAnsi="QBE Sans" w:cs="QBE Sans"/>
                <w:sz w:val="16"/>
                <w:szCs w:val="16"/>
              </w:rPr>
              <w:t>None – Result: ________ (mandatory if test done or issue found)</w:t>
            </w:r>
          </w:p>
          <w:p w:rsidRPr="00412015" w:rsidR="0030087B" w:rsidRDefault="0030087B" w14:paraId="4E92DB23" w14:textId="77777777">
            <w:pPr>
              <w:spacing w:after="0" w:line="240" w:lineRule="auto"/>
              <w:rPr>
                <w:rFonts w:ascii="QBE Sans" w:hAnsi="QBE Sans" w:eastAsia="Times New Roman" w:cs="QBE Sans"/>
                <w:lang w:eastAsia="en-GB"/>
              </w:rPr>
            </w:pPr>
          </w:p>
        </w:tc>
      </w:tr>
    </w:tbl>
    <w:p w:rsidRPr="00412015" w:rsidR="001670E7" w:rsidRDefault="001670E7" w14:paraId="21EE6803" w14:textId="77777777">
      <w:pPr>
        <w:pStyle w:val="Heading2"/>
        <w:rPr>
          <w:rFonts w:ascii="QBE Sans" w:hAnsi="QBE Sans" w:cs="QBE Sans"/>
          <w:lang w:eastAsia="en-GB"/>
        </w:rPr>
        <w:sectPr w:rsidRPr="00412015" w:rsidR="001670E7">
          <w:headerReference w:type="default" r:id="rId42"/>
          <w:footerReference w:type="default" r:id="rId43"/>
          <w:headerReference w:type="first" r:id="rId44"/>
          <w:footerReference w:type="first" r:id="rId45"/>
          <w:pgSz w:w="11906" w:h="16838" w:orient="portrait"/>
          <w:pgMar w:top="1134" w:right="1440" w:bottom="1134" w:left="1440" w:header="708" w:footer="708" w:gutter="0"/>
          <w:cols w:space="720"/>
          <w:formProt w:val="0"/>
          <w:docGrid w:linePitch="360" w:charSpace="4096"/>
        </w:sectPr>
      </w:pPr>
    </w:p>
    <w:sdt>
      <w:sdtPr>
        <w:id w:val="171466493"/>
        <w:lock w:val="contentLocked"/>
        <w:placeholder>
          <w:docPart w:val="DefaultPlaceholder_-1854013440"/>
        </w:placeholder>
        <w:group/>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p w:rsidRPr="00412015" w:rsidR="001670E7" w:rsidRDefault="00914A77" w14:paraId="5218F29C" w14:textId="71207459">
          <w:pPr>
            <w:pStyle w:val="Heading2"/>
            <w:rPr>
              <w:rFonts w:ascii="QBE Sans" w:hAnsi="QBE Sans" w:cs="QBE Sans"/>
              <w:lang w:eastAsia="en-GB"/>
            </w:rPr>
          </w:pPr>
          <w:r w:rsidRPr="00412015">
            <w:rPr>
              <w:rFonts w:ascii="QBE Sans" w:hAnsi="QBE Sans" w:cs="QBE Sans"/>
              <w:lang w:eastAsia="en-GB"/>
            </w:rPr>
            <w:t xml:space="preserve">Supplement C – Tankers (Oil / Chemical / Product) </w:t>
          </w:r>
        </w:p>
        <w:sdt>
          <w:sdtPr>
            <w:rPr>
              <w:rFonts w:ascii="QBE Sans" w:hAnsi="QBE Sans" w:eastAsia="Times New Roman" w:cs="QBE Sans"/>
              <w:lang w:eastAsia="en-GB"/>
            </w:rPr>
            <w:id w:val="-1884556859"/>
            <w:lock w:val="sdtContentLocked"/>
            <w:placeholder>
              <w:docPart w:val="DefaultPlaceholder_-1854013440"/>
            </w:placeholder>
            <w:group/>
          </w:sdtPr>
          <w:sdtEndPr>
            <w:rPr>
              <w:rFonts w:ascii="QBE Sans" w:hAnsi="QBE Sans" w:eastAsia="Times New Roman" w:cs="QBE Sans"/>
              <w:lang w:eastAsia="en-GB"/>
            </w:rPr>
          </w:sdtEndPr>
          <w:sdtContent>
            <w:p w:rsidRPr="00412015" w:rsidR="001670E7" w:rsidRDefault="00914A77" w14:paraId="22203B5E" w14:textId="39404193">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Pollution, explosion, fire, tank overpressure. Mandatory Photos: Pump room, tank coatings, IGS.</w:t>
              </w:r>
            </w:p>
          </w:sdtContent>
        </w:sdt>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805"/>
        <w:gridCol w:w="1330"/>
        <w:gridCol w:w="1330"/>
        <w:gridCol w:w="1330"/>
        <w:gridCol w:w="2221"/>
      </w:tblGrid>
      <w:sdt>
        <w:sdtPr>
          <w:rPr>
            <w:rFonts w:ascii="QBE Sans" w:hAnsi="QBE Sans" w:eastAsia="Times New Roman" w:cs="QBE Sans"/>
            <w:b/>
            <w:bCs/>
            <w:lang w:eastAsia="en-GB"/>
          </w:rPr>
          <w:id w:val="-245497081"/>
          <w:lock w:val="sdtContentLocked"/>
          <w:placeholder>
            <w:docPart w:val="AFE1C44101BB4022A65908BDA2C4EA19"/>
          </w:placeholder>
        </w:sdtPr>
        <w:sdtEndPr/>
        <w:sdtContent>
          <w:tr w:rsidRPr="00412015" w:rsidR="00386E3D" w:rsidTr="00386E3D" w14:paraId="3C049EB3" w14:textId="77777777">
            <w:trPr>
              <w:tblHeader/>
            </w:trPr>
            <w:tc>
              <w:tcPr>
                <w:tcW w:w="2689"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9923FD1" w14:textId="3B20E9A1">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738D801"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AC36A30"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5CDACBF"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E68F826" w14:textId="52A5BBC2">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3D" w:rsidTr="00386E3D" w14:paraId="1A46F005"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74384126"/>
              <w:lock w:val="sdtContentLocked"/>
              <w:placeholder>
                <w:docPart w:val="AFE1C44101BB4022A65908BDA2C4EA19"/>
              </w:placeholder>
            </w:sdtPr>
            <w:sdtEndPr/>
            <w:sdtContent>
              <w:p w:rsidRPr="00412015" w:rsidR="00386E3D" w:rsidRDefault="00386E3D" w14:paraId="18490B27" w14:textId="7970BB8F">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Cargo tank coatings &amp; anodes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56FA87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79DC50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A9D60EF"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29C892B" w14:textId="77777777">
            <w:pPr>
              <w:spacing w:after="0" w:line="240" w:lineRule="auto"/>
              <w:rPr>
                <w:rFonts w:ascii="QBE Sans" w:hAnsi="QBE Sans" w:eastAsia="Times New Roman" w:cs="QBE Sans"/>
                <w:lang w:eastAsia="en-GB"/>
              </w:rPr>
            </w:pPr>
          </w:p>
        </w:tc>
      </w:tr>
      <w:tr w:rsidRPr="00412015" w:rsidR="00386E3D" w:rsidTr="00386E3D" w14:paraId="1EA1C596"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743486550"/>
              <w:lock w:val="sdtContentLocked"/>
              <w:placeholder>
                <w:docPart w:val="AFE1C44101BB4022A65908BDA2C4EA19"/>
              </w:placeholder>
            </w:sdtPr>
            <w:sdtEndPr/>
            <w:sdtContent>
              <w:p w:rsidRPr="00412015" w:rsidR="00386E3D" w:rsidRDefault="00386E3D" w14:paraId="2E72A88A" w14:textId="0EA053B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Inert gas system &amp; alarms</w:t>
                </w:r>
                <w:r>
                  <w:rPr>
                    <w:rFonts w:ascii="QBE Sans" w:hAnsi="QBE Sans" w:eastAsia="Times New Roman" w:cs="QBE Sans"/>
                    <w:lang w:eastAsia="en-GB"/>
                  </w:rPr>
                  <w:t>(if fitted)</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39B161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FABF25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27C8FA2"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F9EEAC7" w14:textId="77777777">
            <w:pPr>
              <w:spacing w:after="0" w:line="240" w:lineRule="auto"/>
              <w:rPr>
                <w:rFonts w:ascii="QBE Sans" w:hAnsi="QBE Sans" w:eastAsia="Times New Roman" w:cs="QBE Sans"/>
                <w:lang w:eastAsia="en-GB"/>
              </w:rPr>
            </w:pPr>
          </w:p>
        </w:tc>
      </w:tr>
      <w:tr w:rsidRPr="00412015" w:rsidR="00386E3D" w:rsidTr="00386E3D" w14:paraId="0B1A6148"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642107485"/>
              <w:lock w:val="sdtContentLocked"/>
              <w:placeholder>
                <w:docPart w:val="AFE1C44101BB4022A65908BDA2C4EA19"/>
              </w:placeholder>
            </w:sdtPr>
            <w:sdtEndPr/>
            <w:sdtContent>
              <w:p w:rsidRPr="00412015" w:rsidR="00386E3D" w:rsidRDefault="00386E3D" w14:paraId="3F25D78B" w14:textId="1904251A">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 xml:space="preserve">Vapor emission control system </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5B441B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F4A78F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70EF032"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32199EA" w14:textId="77777777">
            <w:pPr>
              <w:spacing w:after="0" w:line="240" w:lineRule="auto"/>
              <w:rPr>
                <w:rFonts w:ascii="QBE Sans" w:hAnsi="QBE Sans" w:eastAsia="Times New Roman" w:cs="QBE Sans"/>
                <w:lang w:eastAsia="en-GB"/>
              </w:rPr>
            </w:pPr>
          </w:p>
        </w:tc>
      </w:tr>
      <w:tr w:rsidRPr="00412015" w:rsidR="00386E3D" w:rsidTr="00386E3D" w14:paraId="7D150894"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334830475"/>
              <w:lock w:val="sdtContentLocked"/>
              <w:placeholder>
                <w:docPart w:val="AFE1C44101BB4022A65908BDA2C4EA19"/>
              </w:placeholder>
            </w:sdtPr>
            <w:sdtEndPr/>
            <w:sdtContent>
              <w:p w:rsidRPr="00412015" w:rsidR="00386E3D" w:rsidRDefault="00386E3D" w14:paraId="0E12AE46" w14:textId="56CED7C5">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Cargo operations docs/ship-shore check lists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BCE701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9AFBF5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64B0B12"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7F4956A" w14:textId="77777777">
            <w:pPr>
              <w:spacing w:after="0" w:line="240" w:lineRule="auto"/>
              <w:rPr>
                <w:rFonts w:ascii="QBE Sans" w:hAnsi="QBE Sans" w:eastAsia="Times New Roman" w:cs="QBE Sans"/>
                <w:lang w:eastAsia="en-GB"/>
              </w:rPr>
            </w:pPr>
          </w:p>
        </w:tc>
      </w:tr>
      <w:tr w:rsidRPr="00412015" w:rsidR="00386E3D" w:rsidTr="00386E3D" w14:paraId="712FD03E"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46331369"/>
              <w:lock w:val="sdtContentLocked"/>
              <w:placeholder>
                <w:docPart w:val="AFE1C44101BB4022A65908BDA2C4EA19"/>
              </w:placeholder>
            </w:sdtPr>
            <w:sdtEndPr/>
            <w:sdtContent>
              <w:p w:rsidRPr="00412015" w:rsidR="00386E3D" w:rsidRDefault="00386E3D" w14:paraId="2AF70662" w14:textId="74564EB0">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Crude oil washing / cleaning lines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FE1BB3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1D7A92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981599E"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257E66E" w14:textId="77777777">
            <w:pPr>
              <w:spacing w:after="0" w:line="240" w:lineRule="auto"/>
              <w:rPr>
                <w:rFonts w:ascii="QBE Sans" w:hAnsi="QBE Sans" w:eastAsia="Times New Roman" w:cs="QBE Sans"/>
                <w:lang w:eastAsia="en-GB"/>
              </w:rPr>
            </w:pPr>
          </w:p>
        </w:tc>
      </w:tr>
      <w:tr w:rsidRPr="00412015" w:rsidR="00386E3D" w:rsidTr="00386E3D" w14:paraId="555B8017"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394261955"/>
              <w:lock w:val="sdtContentLocked"/>
              <w:placeholder>
                <w:docPart w:val="AFE1C44101BB4022A65908BDA2C4EA19"/>
              </w:placeholder>
            </w:sdtPr>
            <w:sdtEndPr/>
            <w:sdtContent>
              <w:p w:rsidRPr="00412015" w:rsidR="00386E3D" w:rsidRDefault="00386E3D" w14:paraId="5254C2E6" w14:textId="6CF036C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Pump room gas monitoring</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740F18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17F9AA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75C7F7C"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293A631" w14:textId="77777777">
            <w:pPr>
              <w:spacing w:after="0" w:line="240" w:lineRule="auto"/>
              <w:rPr>
                <w:rFonts w:ascii="QBE Sans" w:hAnsi="QBE Sans" w:eastAsia="Times New Roman" w:cs="QBE Sans"/>
                <w:lang w:eastAsia="en-GB"/>
              </w:rPr>
            </w:pPr>
          </w:p>
        </w:tc>
      </w:tr>
      <w:tr w:rsidRPr="00412015" w:rsidR="00386E3D" w:rsidTr="00386E3D" w14:paraId="64153990"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792557597"/>
              <w:lock w:val="sdtContentLocked"/>
              <w:placeholder>
                <w:docPart w:val="AFE1C44101BB4022A65908BDA2C4EA19"/>
              </w:placeholder>
            </w:sdtPr>
            <w:sdtEndPr/>
            <w:sdtContent>
              <w:p w:rsidRPr="00412015" w:rsidR="00386E3D" w:rsidRDefault="00386E3D" w14:paraId="324DC77A" w14:textId="3CB8C65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Pump room bilge alarms &amp; leaks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4A4BB0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EA78BF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CB0E117"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8B7F3EB" w14:textId="77777777">
            <w:pPr>
              <w:spacing w:after="0" w:line="240" w:lineRule="auto"/>
              <w:rPr>
                <w:rFonts w:ascii="QBE Sans" w:hAnsi="QBE Sans" w:eastAsia="Times New Roman" w:cs="QBE Sans"/>
                <w:lang w:eastAsia="en-GB"/>
              </w:rPr>
            </w:pPr>
          </w:p>
        </w:tc>
      </w:tr>
      <w:tr w:rsidRPr="00412015" w:rsidR="00386E3D" w:rsidTr="00386E3D" w14:paraId="576AA211"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474366754"/>
              <w:lock w:val="sdtContentLocked"/>
              <w:placeholder>
                <w:docPart w:val="AFE1C44101BB4022A65908BDA2C4EA19"/>
              </w:placeholder>
            </w:sdtPr>
            <w:sdtEndPr/>
            <w:sdtContent>
              <w:p w:rsidRPr="00412015" w:rsidR="00386E3D" w:rsidRDefault="00386E3D" w14:paraId="1D4E3630" w14:textId="4E66AD35">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Heating coils condition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F1801B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706F6D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139626A"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1814617" w14:textId="77777777">
            <w:pPr>
              <w:spacing w:after="0" w:line="240" w:lineRule="auto"/>
              <w:rPr>
                <w:rFonts w:ascii="QBE Sans" w:hAnsi="QBE Sans" w:eastAsia="Times New Roman" w:cs="QBE Sans"/>
                <w:lang w:eastAsia="en-GB"/>
              </w:rPr>
            </w:pPr>
          </w:p>
        </w:tc>
      </w:tr>
      <w:tr w:rsidRPr="00412015" w:rsidR="00386E3D" w:rsidTr="00386E3D" w14:paraId="6ED9AD27"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998026397"/>
              <w:lock w:val="sdtContentLocked"/>
              <w:placeholder>
                <w:docPart w:val="AFE1C44101BB4022A65908BDA2C4EA19"/>
              </w:placeholder>
            </w:sdtPr>
            <w:sdtEndPr/>
            <w:sdtContent>
              <w:p w:rsidRPr="00412015" w:rsidR="00386E3D" w:rsidRDefault="00386E3D" w14:paraId="30D84B7B" w14:textId="43C3AA99">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Ballast tank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7AAD98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066D40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53E1B450"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4CF46BE" w14:textId="77777777">
            <w:pPr>
              <w:pStyle w:val="NormalWeb"/>
              <w:spacing w:after="0"/>
              <w:rPr>
                <w:rFonts w:ascii="QBE Sans" w:hAnsi="QBE Sans" w:cs="QBE Sans"/>
                <w:sz w:val="16"/>
                <w:szCs w:val="16"/>
              </w:rPr>
            </w:pPr>
          </w:p>
        </w:tc>
      </w:tr>
      <w:tr w:rsidRPr="00412015" w:rsidR="00386E3D" w:rsidTr="00386E3D" w14:paraId="231CCEAB"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951441938"/>
              <w:lock w:val="sdtContentLocked"/>
              <w:placeholder>
                <w:docPart w:val="AFE1C44101BB4022A65908BDA2C4EA19"/>
              </w:placeholder>
            </w:sdtPr>
            <w:sdtEndPr/>
            <w:sdtContent>
              <w:p w:rsidRPr="00412015" w:rsidR="00386E3D" w:rsidRDefault="00386E3D" w14:paraId="2FD4B1F9" w14:textId="47CCF18A">
                <w:pPr>
                  <w:spacing w:after="0" w:line="240" w:lineRule="auto"/>
                  <w:rPr>
                    <w:rFonts w:ascii="QBE Sans" w:hAnsi="QBE Sans" w:eastAsia="Times New Roman" w:cs="QBE Sans"/>
                    <w:lang w:eastAsia="en-GB"/>
                  </w:rPr>
                </w:pPr>
                <w:r>
                  <w:rPr>
                    <w:rFonts w:ascii="QBE Sans" w:hAnsi="QBE Sans" w:eastAsia="Times New Roman" w:cs="QBE Sans"/>
                    <w:lang w:val="en-GB" w:eastAsia="en-GB"/>
                  </w:rPr>
                  <w:t>Cargo tank deck openings maintained vapour-tight (gaskets, lids, and securing arrangements).</w:t>
                </w:r>
                <w:r w:rsidRPr="00412015">
                  <w:rPr>
                    <w:rFonts w:ascii="QBE Sans" w:hAnsi="QBE Sans" w:eastAsia="Times New Roman" w:cs="QBE Sans"/>
                    <w:lang w:val="en-GB" w:eastAsia="en-GB"/>
                  </w:rPr>
                  <w:t xml:space="preserve">  </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DDE2277"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DDCD5F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C096169"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EEADC93" w14:textId="77777777">
            <w:pPr>
              <w:pStyle w:val="NormalWeb"/>
              <w:spacing w:after="0"/>
              <w:rPr>
                <w:rFonts w:ascii="QBE Sans" w:hAnsi="QBE Sans" w:cs="QBE Sans"/>
              </w:rPr>
            </w:pPr>
          </w:p>
        </w:tc>
      </w:tr>
      <w:tr w:rsidRPr="00412015" w:rsidR="00386E3D" w:rsidTr="00386E3D" w14:paraId="25D26B5B" w14:textId="77777777">
        <w:tc>
          <w:tcPr>
            <w:tcW w:w="2689"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012141935"/>
              <w:lock w:val="sdtContentLocked"/>
              <w:placeholder>
                <w:docPart w:val="AFE1C44101BB4022A65908BDA2C4EA19"/>
              </w:placeholder>
            </w:sdtPr>
            <w:sdtEndPr>
              <w:rPr>
                <w:sz w:val="18"/>
                <w:szCs w:val="18"/>
              </w:rPr>
            </w:sdtEndPr>
            <w:sdtContent>
              <w:p w:rsidRPr="00412015" w:rsidR="00386E3D" w:rsidRDefault="00386E3D" w14:paraId="239B02BB" w14:textId="42E838C3">
                <w:pPr>
                  <w:spacing w:after="0" w:line="240" w:lineRule="auto"/>
                  <w:rPr>
                    <w:rFonts w:ascii="QBE Sans" w:hAnsi="QBE Sans" w:eastAsia="Times New Roman" w:cs="QBE Sans"/>
                    <w:lang w:val="en-GB" w:eastAsia="en-GB"/>
                  </w:rPr>
                </w:pPr>
                <w:r>
                  <w:rPr>
                    <w:rFonts w:ascii="QBE Sans" w:hAnsi="QBE Sans" w:eastAsia="Times New Roman" w:cs="QBE Sans"/>
                    <w:lang w:val="en-GB" w:eastAsia="en-GB"/>
                  </w:rPr>
                  <w:t xml:space="preserve">Cargo pipeline and manifold </w:t>
                </w:r>
                <w:r w:rsidRPr="002807B4">
                  <w:rPr>
                    <w:rFonts w:ascii="QBE Sans" w:hAnsi="QBE Sans" w:eastAsia="Times New Roman" w:cs="QBE Sans"/>
                    <w:sz w:val="18"/>
                    <w:szCs w:val="18"/>
                    <w:lang w:val="en-GB" w:eastAsia="en-GB"/>
                  </w:rPr>
                  <w:t>( last pressure test)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A3B55E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15B8B3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FF7651D" w14:textId="77777777">
            <w:pPr>
              <w:spacing w:after="0" w:line="240" w:lineRule="auto"/>
              <w:rPr>
                <w:rFonts w:ascii="QBE Sans" w:hAnsi="QBE Sans" w:eastAsia="Times New Roman" w:cs="QBE Sans"/>
                <w:lang w:eastAsia="en-GB"/>
              </w:rPr>
            </w:pPr>
          </w:p>
        </w:tc>
        <w:tc>
          <w:tcPr>
            <w:tcW w:w="2130"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0EED79D" w14:textId="77777777">
            <w:pPr>
              <w:pStyle w:val="NormalWeb"/>
              <w:spacing w:after="0"/>
              <w:rPr>
                <w:rFonts w:ascii="QBE Sans" w:hAnsi="QBE Sans" w:cs="QBE Sans"/>
              </w:rPr>
            </w:pPr>
          </w:p>
        </w:tc>
      </w:tr>
    </w:tbl>
    <w:p w:rsidRPr="00412015" w:rsidR="001670E7" w:rsidRDefault="001670E7" w14:paraId="233132BD" w14:textId="77777777">
      <w:pPr>
        <w:rPr>
          <w:rFonts w:ascii="QBE Sans" w:hAnsi="QBE Sans" w:cs="QBE Sans"/>
        </w:rPr>
        <w:sectPr w:rsidRPr="00412015" w:rsidR="001670E7">
          <w:headerReference w:type="default" r:id="rId46"/>
          <w:footerReference w:type="default" r:id="rId47"/>
          <w:headerReference w:type="first" r:id="rId48"/>
          <w:footerReference w:type="first" r:id="rId49"/>
          <w:pgSz w:w="11906" w:h="16838" w:orient="portrait"/>
          <w:pgMar w:top="1134" w:right="1440" w:bottom="1134" w:left="1440" w:header="708" w:footer="708" w:gutter="0"/>
          <w:cols w:space="720"/>
          <w:formProt w:val="0"/>
          <w:docGrid w:linePitch="360" w:charSpace="4096"/>
        </w:sectPr>
      </w:pPr>
    </w:p>
    <w:sdt>
      <w:sdtPr>
        <w:id w:val="613258142"/>
        <w:lock w:val="sdtContentLocked"/>
        <w:placeholder>
          <w:docPart w:val="DefaultPlaceholder_-1854013440"/>
        </w:placeholder>
        <w:group/>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p w:rsidRPr="00412015" w:rsidR="001670E7" w:rsidRDefault="00914A77" w14:paraId="3174547A" w14:textId="335656A7">
          <w:pPr>
            <w:pStyle w:val="Heading2"/>
            <w:rPr>
              <w:rFonts w:ascii="QBE Sans" w:hAnsi="QBE Sans" w:cs="QBE Sans"/>
              <w:lang w:eastAsia="en-GB"/>
            </w:rPr>
          </w:pPr>
          <w:r w:rsidRPr="00412015">
            <w:rPr>
              <w:rFonts w:ascii="QBE Sans" w:hAnsi="QBE Sans" w:cs="QBE Sans"/>
              <w:lang w:eastAsia="en-GB"/>
            </w:rPr>
            <w:t xml:space="preserve">Supplement D – Ro-Ro / Passenger / Ferry </w:t>
          </w:r>
        </w:p>
        <w:p w:rsidRPr="00412015" w:rsidR="001670E7" w:rsidRDefault="00914A77" w14:paraId="56D9A1AA" w14:textId="33287D29">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Passenger injury, collision, fire. Mandatory Photos: Vehicle decks, life-saving, passenger areas.</w:t>
          </w:r>
        </w:p>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121"/>
        <w:gridCol w:w="1276"/>
        <w:gridCol w:w="1276"/>
        <w:gridCol w:w="1276"/>
        <w:gridCol w:w="3067"/>
      </w:tblGrid>
      <w:sdt>
        <w:sdtPr>
          <w:rPr>
            <w:rFonts w:ascii="QBE Sans" w:hAnsi="QBE Sans" w:eastAsia="Times New Roman" w:cs="QBE Sans"/>
            <w:b/>
            <w:bCs/>
            <w:lang w:eastAsia="en-GB"/>
          </w:rPr>
          <w:id w:val="-808789638"/>
          <w:lock w:val="sdtContentLocked"/>
          <w:placeholder>
            <w:docPart w:val="E5D73A54B37349B4B96869DD73051C05"/>
          </w:placeholder>
        </w:sdtPr>
        <w:sdtEndPr/>
        <w:sdtContent>
          <w:tr w:rsidRPr="00412015" w:rsidR="00386E3D" w:rsidTr="00386E3D" w14:paraId="3885C5C1" w14:textId="77777777">
            <w:trPr>
              <w:tblHeader/>
            </w:trPr>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61BCC53" w14:textId="2C2022D8">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C25B650"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DCFDAE7"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A0DA077"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7D1D930" w14:textId="3AFD8D3D">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3D" w:rsidTr="00386E3D" w14:paraId="0A9534D3"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47872321"/>
              <w:lock w:val="sdtContentLocked"/>
              <w:placeholder>
                <w:docPart w:val="E5D73A54B37349B4B96869DD73051C05"/>
              </w:placeholder>
            </w:sdtPr>
            <w:sdtEndPr/>
            <w:sdtContent>
              <w:p w:rsidRPr="00412015" w:rsidR="00386E3D" w:rsidRDefault="00386E3D" w14:paraId="7F00433E" w14:textId="05BFE784">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Vehicle deck securing &amp; drainage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7002D4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CD608E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A209FBF"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09D38B4" w14:textId="77777777">
            <w:pPr>
              <w:spacing w:after="0" w:line="240" w:lineRule="auto"/>
              <w:rPr>
                <w:rFonts w:ascii="QBE Sans" w:hAnsi="QBE Sans" w:eastAsia="Times New Roman" w:cs="QBE Sans"/>
                <w:lang w:eastAsia="en-GB"/>
              </w:rPr>
            </w:pPr>
          </w:p>
        </w:tc>
      </w:tr>
      <w:tr w:rsidRPr="00412015" w:rsidR="00386E3D" w:rsidTr="00386E3D" w14:paraId="58DA6467"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602142813"/>
              <w:lock w:val="sdtContentLocked"/>
              <w:placeholder>
                <w:docPart w:val="E5D73A54B37349B4B96869DD73051C05"/>
              </w:placeholder>
            </w:sdtPr>
            <w:sdtEndPr/>
            <w:sdtContent>
              <w:p w:rsidRPr="00412015" w:rsidR="00386E3D" w:rsidRDefault="00386E3D" w14:paraId="1918378E" w14:textId="68B8BB2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Passenger muster stations &amp; signage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0A645B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5CD061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56FC2A6"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6B8B44C7" w14:textId="77777777">
            <w:pPr>
              <w:spacing w:after="0" w:line="240" w:lineRule="auto"/>
              <w:rPr>
                <w:rFonts w:ascii="QBE Sans" w:hAnsi="QBE Sans" w:eastAsia="Times New Roman" w:cs="QBE Sans"/>
                <w:lang w:eastAsia="en-GB"/>
              </w:rPr>
            </w:pPr>
          </w:p>
        </w:tc>
      </w:tr>
      <w:tr w:rsidRPr="00412015" w:rsidR="00386E3D" w:rsidTr="00386E3D" w14:paraId="41020ED0"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679037159"/>
              <w:lock w:val="sdtContentLocked"/>
              <w:placeholder>
                <w:docPart w:val="E5D73A54B37349B4B96869DD73051C05"/>
              </w:placeholder>
            </w:sdtPr>
            <w:sdtEndPr/>
            <w:sdtContent>
              <w:p w:rsidRPr="00412015" w:rsidR="00386E3D" w:rsidRDefault="00386E3D" w14:paraId="4D4AA2A7" w14:textId="38C7398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Passenger and vehicle embarkation separate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D8F87D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65A6C7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600D227"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88AD45F" w14:textId="77777777">
            <w:pPr>
              <w:spacing w:after="0" w:line="240" w:lineRule="auto"/>
              <w:rPr>
                <w:rFonts w:ascii="QBE Sans" w:hAnsi="QBE Sans" w:eastAsia="Times New Roman" w:cs="QBE Sans"/>
                <w:lang w:eastAsia="en-GB"/>
              </w:rPr>
            </w:pPr>
          </w:p>
        </w:tc>
      </w:tr>
      <w:tr w:rsidRPr="00412015" w:rsidR="00386E3D" w:rsidTr="00386E3D" w14:paraId="0343F2F0"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27825463"/>
              <w:lock w:val="sdtContentLocked"/>
              <w:placeholder>
                <w:docPart w:val="E5D73A54B37349B4B96869DD73051C05"/>
              </w:placeholder>
            </w:sdtPr>
            <w:sdtEndPr/>
            <w:sdtContent>
              <w:p w:rsidRPr="00412015" w:rsidR="00386E3D" w:rsidRDefault="00386E3D" w14:paraId="06FF144A" w14:textId="5524E76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Fire doors &amp; sprinklers in decks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413D02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724795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D5049BC"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1C299B9F" w14:textId="77777777">
            <w:pPr>
              <w:spacing w:after="0" w:line="240" w:lineRule="auto"/>
              <w:rPr>
                <w:rFonts w:ascii="QBE Sans" w:hAnsi="QBE Sans" w:eastAsia="Times New Roman" w:cs="QBE Sans"/>
                <w:lang w:eastAsia="en-GB"/>
              </w:rPr>
            </w:pPr>
          </w:p>
        </w:tc>
      </w:tr>
      <w:tr w:rsidRPr="00412015" w:rsidR="00386E3D" w:rsidTr="00386E3D" w14:paraId="370C2FA5"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261916143"/>
              <w:lock w:val="sdtContentLocked"/>
              <w:placeholder>
                <w:docPart w:val="E5D73A54B37349B4B96869DD73051C05"/>
              </w:placeholder>
            </w:sdtPr>
            <w:sdtEndPr/>
            <w:sdtContent>
              <w:p w:rsidRPr="00412015" w:rsidR="00386E3D" w:rsidRDefault="00386E3D" w14:paraId="60CBA24C" w14:textId="22816DF7">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Evacuation chutes/slides condition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553277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221D704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5E68ECD1"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7A520163" w14:textId="77777777">
            <w:pPr>
              <w:spacing w:after="0" w:line="240" w:lineRule="auto"/>
              <w:rPr>
                <w:rFonts w:ascii="QBE Sans" w:hAnsi="QBE Sans" w:eastAsia="Times New Roman" w:cs="QBE Sans"/>
                <w:lang w:eastAsia="en-GB"/>
              </w:rPr>
            </w:pPr>
          </w:p>
        </w:tc>
      </w:tr>
      <w:tr w:rsidRPr="00412015" w:rsidR="00386E3D" w:rsidTr="00386E3D" w14:paraId="5259E58C"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293057518"/>
              <w:lock w:val="sdtContentLocked"/>
              <w:placeholder>
                <w:docPart w:val="E5D73A54B37349B4B96869DD73051C05"/>
              </w:placeholder>
            </w:sdtPr>
            <w:sdtEndPr/>
            <w:sdtContent>
              <w:p w:rsidRPr="00412015" w:rsidR="00386E3D" w:rsidRDefault="00386E3D" w14:paraId="698CB05E" w14:textId="1788D44A">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Crew training for crowd control</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06D219E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4538D77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0AE9F36"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3D" w:rsidRDefault="00386E3D" w14:paraId="361EB030" w14:textId="77777777">
            <w:pPr>
              <w:spacing w:after="0" w:line="240" w:lineRule="auto"/>
              <w:rPr>
                <w:rFonts w:ascii="QBE Sans" w:hAnsi="QBE Sans" w:eastAsia="Times New Roman" w:cs="QBE Sans"/>
                <w:lang w:eastAsia="en-GB"/>
              </w:rPr>
            </w:pPr>
          </w:p>
        </w:tc>
      </w:tr>
    </w:tbl>
    <w:p w:rsidR="00487551" w:rsidRDefault="00487551" w14:paraId="716E2BC1" w14:textId="77777777">
      <w:pPr>
        <w:pStyle w:val="Heading2"/>
        <w:rPr>
          <w:rFonts w:ascii="QBE Sans" w:hAnsi="QBE Sans" w:cs="QBE Sans"/>
          <w:lang w:eastAsia="en-GB"/>
        </w:rPr>
        <w:sectPr w:rsidR="00487551">
          <w:headerReference w:type="default" r:id="rId50"/>
          <w:footerReference w:type="default" r:id="rId51"/>
          <w:headerReference w:type="first" r:id="rId52"/>
          <w:footerReference w:type="first" r:id="rId53"/>
          <w:pgSz w:w="11906" w:h="16838" w:orient="portrait"/>
          <w:pgMar w:top="1134" w:right="1440" w:bottom="1134" w:left="1440" w:header="708" w:footer="708" w:gutter="0"/>
          <w:cols w:space="720"/>
          <w:formProt w:val="0"/>
          <w:docGrid w:linePitch="360" w:charSpace="4096"/>
        </w:sectPr>
      </w:pPr>
    </w:p>
    <w:sdt>
      <w:sdtPr>
        <w:id w:val="-1704939640"/>
        <w:lock w:val="contentLocked"/>
        <w:placeholder>
          <w:docPart w:val="DefaultPlaceholder_-1854013440"/>
        </w:placeholder>
        <w:group/>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sdt>
          <w:sdtPr>
            <w:rPr>
              <w:rFonts w:ascii="QBE Sans" w:hAnsi="QBE Sans" w:cs="QBE Sans"/>
              <w:lang w:eastAsia="en-GB"/>
            </w:rPr>
            <w:id w:val="913896312"/>
            <w:lock w:val="sdtContentLocked"/>
            <w:placeholder>
              <w:docPart w:val="DefaultPlaceholder_-1854013440"/>
            </w:placeholder>
            <w:group/>
          </w:sdtPr>
          <w:sdtEndPr>
            <w:rPr>
              <w:rFonts w:ascii="QBE Sans" w:hAnsi="QBE Sans" w:cs="QBE Sans"/>
              <w:lang w:eastAsia="en-GB"/>
            </w:rPr>
          </w:sdtEndPr>
          <w:sdtContent>
            <w:p w:rsidRPr="00412015" w:rsidR="001670E7" w:rsidRDefault="00914A77" w14:paraId="5DC809F8" w14:textId="37CCF71A">
              <w:pPr>
                <w:pStyle w:val="Heading2"/>
                <w:rPr>
                  <w:rFonts w:ascii="QBE Sans" w:hAnsi="QBE Sans" w:cs="QBE Sans"/>
                  <w:lang w:eastAsia="en-GB"/>
                </w:rPr>
              </w:pPr>
              <w:r w:rsidRPr="00412015">
                <w:rPr>
                  <w:rFonts w:ascii="QBE Sans" w:hAnsi="QBE Sans" w:cs="QBE Sans"/>
                  <w:lang w:eastAsia="en-GB"/>
                </w:rPr>
                <w:t xml:space="preserve">Supplement E – Tug / AHTS </w:t>
              </w:r>
            </w:p>
          </w:sdtContent>
        </w:sdt>
        <w:p w:rsidRPr="00412015" w:rsidR="001670E7" w:rsidRDefault="00914A77" w14:paraId="5E334E53" w14:textId="73F4D74A">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Tow failure, collision, crew injury. Mandatory Photos: Tow winch, bollards, fenders.</w:t>
          </w:r>
        </w:p>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548"/>
        <w:gridCol w:w="1353"/>
        <w:gridCol w:w="1353"/>
        <w:gridCol w:w="1353"/>
        <w:gridCol w:w="2409"/>
      </w:tblGrid>
      <w:sdt>
        <w:sdtPr>
          <w:rPr>
            <w:rFonts w:ascii="QBE Sans" w:hAnsi="QBE Sans" w:eastAsia="Times New Roman" w:cs="QBE Sans"/>
            <w:b/>
            <w:bCs/>
            <w:lang w:eastAsia="en-GB"/>
          </w:rPr>
          <w:id w:val="1950201220"/>
          <w:lock w:val="sdtContentLocked"/>
          <w:placeholder>
            <w:docPart w:val="172CCC36BAF44680B6F42B1C26EF0837"/>
          </w:placeholder>
        </w:sdtPr>
        <w:sdtEndPr/>
        <w:sdtContent>
          <w:tr w:rsidRPr="00412015" w:rsidR="00386EDF" w:rsidTr="00386EDF" w14:paraId="493063D8" w14:textId="77777777">
            <w:trPr>
              <w:tblHeader/>
            </w:trPr>
            <w:tc>
              <w:tcPr>
                <w:tcW w:w="240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150C12F" w14:textId="2658DCE6">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C9BEEF0"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52A7543"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8E1396C"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364B2EA" w14:textId="40736790">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444F967F"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34768932"/>
              <w:lock w:val="sdtContentLocked"/>
              <w:placeholder>
                <w:docPart w:val="172CCC36BAF44680B6F42B1C26EF0837"/>
              </w:placeholder>
            </w:sdtPr>
            <w:sdtEndPr/>
            <w:sdtContent>
              <w:p w:rsidRPr="00412015" w:rsidR="00386EDF" w:rsidRDefault="00386EDF" w14:paraId="60732F15" w14:textId="46AB1E7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Towing winch &amp; brake holding</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64FC73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D9AEF8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BE43117"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C3BFC6D" w14:textId="77777777">
            <w:pPr>
              <w:spacing w:after="0" w:line="240" w:lineRule="auto"/>
              <w:rPr>
                <w:rFonts w:ascii="QBE Sans" w:hAnsi="QBE Sans" w:eastAsia="Times New Roman" w:cs="QBE Sans"/>
                <w:lang w:eastAsia="en-GB"/>
              </w:rPr>
            </w:pPr>
          </w:p>
        </w:tc>
      </w:tr>
      <w:tr w:rsidRPr="00412015" w:rsidR="00386EDF" w:rsidTr="00386EDF" w14:paraId="123763C7"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2132853313"/>
              <w:lock w:val="sdtContentLocked"/>
              <w:placeholder>
                <w:docPart w:val="172CCC36BAF44680B6F42B1C26EF0837"/>
              </w:placeholder>
            </w:sdtPr>
            <w:sdtEndPr/>
            <w:sdtContent>
              <w:p w:rsidRPr="00412015" w:rsidR="00386EDF" w:rsidRDefault="00386EDF" w14:paraId="3C4D691E" w14:textId="17695F0B">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Bollards &amp; fairleads strength</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984F0D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C17A43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203EE49"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BD91640" w14:textId="77777777">
            <w:pPr>
              <w:spacing w:after="0" w:line="240" w:lineRule="auto"/>
              <w:rPr>
                <w:rFonts w:ascii="QBE Sans" w:hAnsi="QBE Sans" w:eastAsia="Times New Roman" w:cs="QBE Sans"/>
                <w:lang w:eastAsia="en-GB"/>
              </w:rPr>
            </w:pPr>
          </w:p>
        </w:tc>
      </w:tr>
      <w:tr w:rsidRPr="00412015" w:rsidR="00386EDF" w:rsidTr="00386EDF" w14:paraId="7549F296"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511922972"/>
              <w:lock w:val="sdtContentLocked"/>
              <w:placeholder>
                <w:docPart w:val="172CCC36BAF44680B6F42B1C26EF0837"/>
              </w:placeholder>
            </w:sdtPr>
            <w:sdtEndPr/>
            <w:sdtContent>
              <w:p w:rsidRPr="00412015" w:rsidR="00386EDF" w:rsidRDefault="00386EDF" w14:paraId="71FB8A8E" w14:textId="678EEA46">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Fendering &amp; push knees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1FE109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ACEF87F"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1200E34"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5CDDAA5" w14:textId="77777777">
            <w:pPr>
              <w:spacing w:after="0" w:line="240" w:lineRule="auto"/>
              <w:rPr>
                <w:rFonts w:ascii="QBE Sans" w:hAnsi="QBE Sans" w:eastAsia="Times New Roman" w:cs="QBE Sans"/>
                <w:lang w:eastAsia="en-GB"/>
              </w:rPr>
            </w:pPr>
          </w:p>
        </w:tc>
      </w:tr>
      <w:tr w:rsidRPr="00412015" w:rsidR="00386EDF" w:rsidTr="00386EDF" w14:paraId="431F11F7"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247190481"/>
              <w:lock w:val="sdtContentLocked"/>
              <w:placeholder>
                <w:docPart w:val="172CCC36BAF44680B6F42B1C26EF0837"/>
              </w:placeholder>
            </w:sdtPr>
            <w:sdtEndPr/>
            <w:sdtContent>
              <w:p w:rsidRPr="00412015" w:rsidR="00386EDF" w:rsidRDefault="00386EDF" w14:paraId="30EC4E11" w14:textId="4B2C2C0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Emergency tow release tested</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986FB8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A6C0FB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EA460C8"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321CF6C" w14:textId="77777777">
            <w:pPr>
              <w:spacing w:after="0" w:line="240" w:lineRule="auto"/>
              <w:rPr>
                <w:rFonts w:ascii="QBE Sans" w:hAnsi="QBE Sans" w:eastAsia="Times New Roman" w:cs="QBE Sans"/>
                <w:lang w:eastAsia="en-GB"/>
              </w:rPr>
            </w:pPr>
          </w:p>
        </w:tc>
      </w:tr>
      <w:tr w:rsidRPr="00412015" w:rsidR="00386EDF" w:rsidTr="00386EDF" w14:paraId="1DC2AC77"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396706771"/>
              <w:lock w:val="sdtContentLocked"/>
              <w:placeholder>
                <w:docPart w:val="172CCC36BAF44680B6F42B1C26EF0837"/>
              </w:placeholder>
            </w:sdtPr>
            <w:sdtEndPr/>
            <w:sdtContent>
              <w:p w:rsidRPr="00412015" w:rsidR="00386EDF" w:rsidRDefault="00386EDF" w14:paraId="1A00FF43" w14:textId="493FA4C1">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Deck lighting for operations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A4BA65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3382E4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D53D36D"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3E2C595" w14:textId="77777777">
            <w:pPr>
              <w:spacing w:after="0" w:line="240" w:lineRule="auto"/>
              <w:rPr>
                <w:rFonts w:ascii="QBE Sans" w:hAnsi="QBE Sans" w:eastAsia="Times New Roman" w:cs="QBE Sans"/>
                <w:lang w:eastAsia="en-GB"/>
              </w:rPr>
            </w:pPr>
          </w:p>
        </w:tc>
      </w:tr>
      <w:tr w:rsidRPr="00412015" w:rsidR="00386EDF" w:rsidTr="00386EDF" w14:paraId="2BBB679E" w14:textId="77777777">
        <w:tc>
          <w:tcPr>
            <w:tcW w:w="240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16272306"/>
              <w:lock w:val="sdtContentLocked"/>
              <w:placeholder>
                <w:docPart w:val="172CCC36BAF44680B6F42B1C26EF0837"/>
              </w:placeholder>
            </w:sdtPr>
            <w:sdtEndPr/>
            <w:sdtContent>
              <w:p w:rsidRPr="00412015" w:rsidR="00386EDF" w:rsidRDefault="00386EDF" w14:paraId="505F01B5" w14:textId="2704EFFC">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Bollard pull certification/recent test evidence</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7F3545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CF8330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8CA52B5"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4D3C863" w14:textId="77777777">
            <w:pPr>
              <w:spacing w:after="0" w:line="240" w:lineRule="auto"/>
              <w:rPr>
                <w:rFonts w:ascii="QBE Sans" w:hAnsi="QBE Sans" w:eastAsia="Times New Roman" w:cs="QBE Sans"/>
                <w:lang w:eastAsia="en-GB"/>
              </w:rPr>
            </w:pPr>
          </w:p>
        </w:tc>
      </w:tr>
      <w:tr w:rsidRPr="00412015" w:rsidR="00386EDF" w:rsidTr="00386EDF" w14:paraId="03527A15" w14:textId="77777777">
        <w:sdt>
          <w:sdtPr>
            <w:rPr>
              <w:rFonts w:ascii="QBE Sans" w:hAnsi="QBE Sans" w:eastAsia="Times New Roman" w:cs="QBE Sans"/>
              <w:lang w:val="en-GB" w:eastAsia="en-GB"/>
            </w:rPr>
            <w:id w:val="-481083052"/>
            <w:lock w:val="sdtContentLocked"/>
            <w:placeholder>
              <w:docPart w:val="172CCC36BAF44680B6F42B1C26EF0837"/>
            </w:placeholder>
          </w:sdtPr>
          <w:sdtEndPr/>
          <w:sdtContent>
            <w:tc>
              <w:tcPr>
                <w:tcW w:w="240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F82D038" w14:textId="73CF457E">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Towing manual/Towage approvals</w:t>
                </w:r>
              </w:p>
            </w:tc>
          </w:sdtContent>
        </w:sdt>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C1EFD6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BEC62B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694ABFA" w14:textId="77777777">
            <w:pPr>
              <w:spacing w:after="0" w:line="240" w:lineRule="auto"/>
              <w:rPr>
                <w:rFonts w:ascii="QBE Sans" w:hAnsi="QBE Sans" w:eastAsia="Times New Roman" w:cs="QBE Sans"/>
                <w:lang w:eastAsia="en-GB"/>
              </w:rPr>
            </w:pPr>
          </w:p>
        </w:tc>
        <w:tc>
          <w:tcPr>
            <w:tcW w:w="2273"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0965BF4" w14:textId="77777777">
            <w:pPr>
              <w:spacing w:after="0" w:line="240" w:lineRule="auto"/>
              <w:rPr>
                <w:rFonts w:ascii="QBE Sans" w:hAnsi="QBE Sans" w:eastAsia="Times New Roman" w:cs="QBE Sans"/>
                <w:lang w:eastAsia="en-GB"/>
              </w:rPr>
            </w:pPr>
          </w:p>
        </w:tc>
      </w:tr>
    </w:tbl>
    <w:p w:rsidR="00E2219D" w:rsidRDefault="00E2219D" w14:paraId="5F0E2D04" w14:textId="77777777">
      <w:pPr>
        <w:pStyle w:val="Heading2"/>
        <w:rPr>
          <w:rFonts w:ascii="QBE Sans" w:hAnsi="QBE Sans" w:cs="QBE Sans"/>
          <w:lang w:eastAsia="en-GB"/>
        </w:rPr>
        <w:sectPr w:rsidR="00E2219D">
          <w:pgSz w:w="11906" w:h="16838" w:orient="portrait"/>
          <w:pgMar w:top="1134" w:right="1440" w:bottom="1134" w:left="1440" w:header="708" w:footer="708" w:gutter="0"/>
          <w:cols w:space="720"/>
          <w:formProt w:val="0"/>
          <w:docGrid w:linePitch="360" w:charSpace="4096"/>
        </w:sectPr>
      </w:pPr>
    </w:p>
    <w:sdt>
      <w:sdtPr>
        <w:id w:val="1987052256"/>
        <w:lock w:val="contentLocked"/>
        <w:placeholder>
          <w:docPart w:val="DefaultPlaceholder_-1854013440"/>
        </w:placeholder>
        <w:group/>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p w:rsidRPr="00412015" w:rsidR="001670E7" w:rsidRDefault="00914A77" w14:paraId="0E223453" w14:textId="4087F7C1">
          <w:pPr>
            <w:pStyle w:val="Heading2"/>
            <w:rPr>
              <w:rFonts w:ascii="QBE Sans" w:hAnsi="QBE Sans" w:cs="QBE Sans"/>
              <w:lang w:eastAsia="en-GB"/>
            </w:rPr>
          </w:pPr>
          <w:r w:rsidRPr="00412015">
            <w:rPr>
              <w:rFonts w:ascii="QBE Sans" w:hAnsi="QBE Sans" w:cs="QBE Sans"/>
              <w:lang w:eastAsia="en-GB"/>
            </w:rPr>
            <w:t xml:space="preserve">Supplement F – Offshore Support (Supply / Crew Boat / Renewables / Utility) </w:t>
          </w:r>
        </w:p>
        <w:p w:rsidRPr="00412015" w:rsidR="001670E7" w:rsidRDefault="00914A77" w14:paraId="513E0C93" w14:textId="5A13B15C">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Lifting failure, pollution, injury. Mandatory Photos: Cranes, deck cargo, transfer gear.</w:t>
          </w:r>
        </w:p>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1929"/>
        <w:gridCol w:w="1339"/>
        <w:gridCol w:w="1339"/>
        <w:gridCol w:w="1339"/>
        <w:gridCol w:w="3070"/>
      </w:tblGrid>
      <w:sdt>
        <w:sdtPr>
          <w:rPr>
            <w:rFonts w:ascii="QBE Sans" w:hAnsi="QBE Sans" w:eastAsia="Times New Roman" w:cs="QBE Sans"/>
            <w:b/>
            <w:bCs/>
            <w:lang w:eastAsia="en-GB"/>
          </w:rPr>
          <w:id w:val="1269737359"/>
          <w:lock w:val="sdtContentLocked"/>
          <w:placeholder>
            <w:docPart w:val="1BDC642EBD7745108DC4246407791AC1"/>
          </w:placeholder>
        </w:sdtPr>
        <w:sdtEndPr/>
        <w:sdtContent>
          <w:tr w:rsidRPr="00412015" w:rsidR="00386EDF" w:rsidTr="00386EDF" w14:paraId="35D160D4" w14:textId="77777777">
            <w:trPr>
              <w:tblHeader/>
            </w:trPr>
            <w:tc>
              <w:tcPr>
                <w:tcW w:w="183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4754BA0" w14:textId="13B51AF2">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029D38F"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FA604BD"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F10C729"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1B55D84" w14:textId="487A37A2">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4D6DBE49" w14:textId="77777777">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91626319"/>
              <w:lock w:val="sdtContentLocked"/>
              <w:placeholder>
                <w:docPart w:val="1BDC642EBD7745108DC4246407791AC1"/>
              </w:placeholder>
            </w:sdtPr>
            <w:sdtEndPr/>
            <w:sdtContent>
              <w:p w:rsidRPr="00412015" w:rsidR="00386EDF" w:rsidRDefault="00386EDF" w14:paraId="3C7C709E" w14:textId="39ABB78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Deck cranes &amp; lifting certification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15E3E9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794475B"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E822461"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1BA9186" w14:textId="77777777">
            <w:pPr>
              <w:spacing w:after="0" w:line="240" w:lineRule="auto"/>
              <w:rPr>
                <w:rFonts w:ascii="QBE Sans" w:hAnsi="QBE Sans" w:eastAsia="Times New Roman" w:cs="QBE Sans"/>
                <w:lang w:eastAsia="en-GB"/>
              </w:rPr>
            </w:pPr>
          </w:p>
        </w:tc>
      </w:tr>
      <w:tr w:rsidRPr="00412015" w:rsidR="00386EDF" w:rsidTr="00386EDF" w14:paraId="22D566A3" w14:textId="77777777">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685743979"/>
              <w:lock w:val="sdtContentLocked"/>
              <w:placeholder>
                <w:docPart w:val="1BDC642EBD7745108DC4246407791AC1"/>
              </w:placeholder>
            </w:sdtPr>
            <w:sdtEndPr/>
            <w:sdtContent>
              <w:p w:rsidRPr="00412015" w:rsidR="00386EDF" w:rsidRDefault="00386EDF" w14:paraId="0629D2FC" w14:textId="3E368CC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Cargo deck securing &amp; non-skid</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FC18B4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F09247F"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CC9DFB9"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7988FE7" w14:textId="77777777">
            <w:pPr>
              <w:spacing w:after="0" w:line="240" w:lineRule="auto"/>
              <w:rPr>
                <w:rFonts w:ascii="QBE Sans" w:hAnsi="QBE Sans" w:eastAsia="Times New Roman" w:cs="QBE Sans"/>
                <w:lang w:eastAsia="en-GB"/>
              </w:rPr>
            </w:pPr>
          </w:p>
        </w:tc>
      </w:tr>
      <w:tr w:rsidRPr="00412015" w:rsidR="00386EDF" w:rsidTr="00386EDF" w14:paraId="7499654E" w14:textId="77777777">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437127721"/>
              <w:lock w:val="sdtContentLocked"/>
              <w:placeholder>
                <w:docPart w:val="1BDC642EBD7745108DC4246407791AC1"/>
              </w:placeholder>
            </w:sdtPr>
            <w:sdtEndPr/>
            <w:sdtContent>
              <w:p w:rsidRPr="00412015" w:rsidR="00386EDF" w:rsidRDefault="00386EDF" w14:paraId="6FCF4D42" w14:textId="2C65B70C">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Personnel transfer basket/net</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040A66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B3BFF9A"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7C99667"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B9BD725" w14:textId="77777777">
            <w:pPr>
              <w:spacing w:after="0" w:line="240" w:lineRule="auto"/>
              <w:rPr>
                <w:rFonts w:ascii="QBE Sans" w:hAnsi="QBE Sans" w:eastAsia="Times New Roman" w:cs="QBE Sans"/>
                <w:lang w:eastAsia="en-GB"/>
              </w:rPr>
            </w:pPr>
          </w:p>
        </w:tc>
      </w:tr>
      <w:tr w:rsidRPr="00412015" w:rsidR="00386EDF" w:rsidTr="00386EDF" w14:paraId="799880FE" w14:textId="77777777">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482769713"/>
              <w:lock w:val="sdtContentLocked"/>
              <w:placeholder>
                <w:docPart w:val="1BDC642EBD7745108DC4246407791AC1"/>
              </w:placeholder>
            </w:sdtPr>
            <w:sdtEndPr/>
            <w:sdtContent>
              <w:p w:rsidRPr="00412015" w:rsidR="00386EDF" w:rsidRDefault="00386EDF" w14:paraId="3BD04A63" w14:textId="300891D6">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Fuel transfer hoses &amp; procedures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171F3C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BA0F86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96721C0"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48691E9" w14:textId="77777777">
            <w:pPr>
              <w:spacing w:after="0" w:line="240" w:lineRule="auto"/>
              <w:rPr>
                <w:rFonts w:ascii="QBE Sans" w:hAnsi="QBE Sans" w:eastAsia="Times New Roman" w:cs="QBE Sans"/>
                <w:lang w:eastAsia="en-GB"/>
              </w:rPr>
            </w:pPr>
          </w:p>
        </w:tc>
      </w:tr>
      <w:tr w:rsidRPr="00412015" w:rsidR="00386EDF" w:rsidTr="00386EDF" w14:paraId="7289D690" w14:textId="77777777">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921170582"/>
              <w:lock w:val="sdtContentLocked"/>
              <w:placeholder>
                <w:docPart w:val="1BDC642EBD7745108DC4246407791AC1"/>
              </w:placeholder>
            </w:sdtPr>
            <w:sdtEndPr/>
            <w:sdtContent>
              <w:p w:rsidRPr="00412015" w:rsidR="00386EDF" w:rsidRDefault="00386EDF" w14:paraId="6A9978F2" w14:textId="1776E1B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Wind turbine access gear (if appl.)</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2BC0CD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346683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F187EA4"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9BF14B2" w14:textId="77777777">
            <w:pPr>
              <w:spacing w:after="0" w:line="240" w:lineRule="auto"/>
              <w:rPr>
                <w:rFonts w:ascii="QBE Sans" w:hAnsi="QBE Sans" w:eastAsia="Times New Roman" w:cs="QBE Sans"/>
                <w:lang w:eastAsia="en-GB"/>
              </w:rPr>
            </w:pPr>
          </w:p>
        </w:tc>
      </w:tr>
      <w:tr w:rsidRPr="00412015" w:rsidR="00386EDF" w:rsidTr="00386EDF" w14:paraId="32163CEC" w14:textId="77777777">
        <w:trPr>
          <w:trHeight w:val="1175"/>
        </w:trPr>
        <w:tc>
          <w:tcPr>
            <w:tcW w:w="1838"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930125241"/>
              <w:lock w:val="sdtContentLocked"/>
              <w:placeholder>
                <w:docPart w:val="1BDC642EBD7745108DC4246407791AC1"/>
              </w:placeholder>
            </w:sdtPr>
            <w:sdtEndPr/>
            <w:sdtContent>
              <w:p w:rsidRPr="00412015" w:rsidR="00386EDF" w:rsidRDefault="00386EDF" w14:paraId="2CF953B7" w14:textId="06D252C7">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Dynamic positioning system /Redundancy/</w:t>
                </w:r>
                <w:r>
                  <w:rPr>
                    <w:rFonts w:ascii="QBE Sans" w:hAnsi="QBE Sans" w:eastAsia="Times New Roman" w:cs="QBE Sans"/>
                    <w:lang w:val="en-GB" w:eastAsia="en-GB"/>
                  </w:rPr>
                  <w:t xml:space="preserve"> </w:t>
                </w:r>
                <w:r w:rsidRPr="00412015">
                  <w:rPr>
                    <w:rFonts w:ascii="QBE Sans" w:hAnsi="QBE Sans" w:eastAsia="Times New Roman" w:cs="QBE Sans"/>
                    <w:lang w:val="en-GB" w:eastAsia="en-GB"/>
                  </w:rPr>
                  <w:t>Alarms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06748A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55A657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7F34E51" w14:textId="77777777">
            <w:pPr>
              <w:spacing w:after="0" w:line="240" w:lineRule="auto"/>
              <w:rPr>
                <w:rFonts w:ascii="QBE Sans" w:hAnsi="QBE Sans" w:eastAsia="Times New Roman" w:cs="QBE Sans"/>
                <w:lang w:eastAsia="en-GB"/>
              </w:rPr>
            </w:pPr>
          </w:p>
        </w:tc>
        <w:tc>
          <w:tcPr>
            <w:tcW w:w="292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C1022DD" w14:textId="77777777">
            <w:pPr>
              <w:spacing w:after="0" w:line="240" w:lineRule="auto"/>
              <w:rPr>
                <w:rFonts w:ascii="QBE Sans" w:hAnsi="QBE Sans" w:eastAsia="Times New Roman" w:cs="QBE Sans"/>
                <w:lang w:eastAsia="en-GB"/>
              </w:rPr>
            </w:pPr>
          </w:p>
        </w:tc>
      </w:tr>
    </w:tbl>
    <w:p w:rsidR="00487551" w:rsidRDefault="00487551" w14:paraId="3FB10359" w14:textId="77777777">
      <w:pPr>
        <w:pStyle w:val="Heading2"/>
        <w:rPr>
          <w:rFonts w:ascii="QBE Sans" w:hAnsi="QBE Sans" w:cs="QBE Sans"/>
          <w:lang w:eastAsia="en-GB"/>
        </w:rPr>
        <w:sectPr w:rsidR="00487551">
          <w:pgSz w:w="11906" w:h="16838" w:orient="portrait"/>
          <w:pgMar w:top="1134" w:right="1440" w:bottom="1134" w:left="1440" w:header="708" w:footer="708" w:gutter="0"/>
          <w:cols w:space="720"/>
          <w:formProt w:val="0"/>
          <w:docGrid w:linePitch="360" w:charSpace="4096"/>
        </w:sectPr>
      </w:pPr>
    </w:p>
    <w:sdt>
      <w:sdtPr>
        <w:rPr>
          <w:rFonts w:ascii="QBE Sans" w:hAnsi="QBE Sans" w:cs="QBE Sans" w:eastAsiaTheme="minorEastAsia"/>
          <w:b w:val="0"/>
          <w:bCs w:val="0"/>
          <w:color w:val="auto"/>
          <w:sz w:val="22"/>
          <w:szCs w:val="22"/>
          <w:lang w:eastAsia="en-GB"/>
        </w:rPr>
        <w:id w:val="2140219259"/>
        <w:lock w:val="sdtContentLocked"/>
        <w15:repeatingSection/>
      </w:sdtPr>
      <w:sdtEndPr>
        <w:rPr>
          <w:rFonts w:eastAsia="Times New Roman"/>
        </w:rPr>
      </w:sdtEndPr>
      <w:sdtContent>
        <w:sdt>
          <w:sdtPr>
            <w:rPr>
              <w:rFonts w:ascii="QBE Sans" w:hAnsi="QBE Sans" w:cs="QBE Sans" w:eastAsiaTheme="minorEastAsia"/>
              <w:b w:val="0"/>
              <w:bCs w:val="0"/>
              <w:color w:val="auto"/>
              <w:sz w:val="22"/>
              <w:szCs w:val="22"/>
              <w:lang w:eastAsia="en-GB"/>
            </w:rPr>
            <w:id w:val="-762838232"/>
            <w:lock w:val="sdtContentLocked"/>
            <w:placeholder>
              <w:docPart w:val="DefaultPlaceholder_-1854013435"/>
            </w:placeholder>
            <w15:repeatingSectionItem/>
          </w:sdtPr>
          <w:sdtEndPr>
            <w:rPr>
              <w:rFonts w:eastAsia="Times New Roman"/>
            </w:rPr>
          </w:sdtEndPr>
          <w:sdtContent>
            <w:p w:rsidRPr="00412015" w:rsidR="001670E7" w:rsidRDefault="00914A77" w14:paraId="1A2BEBE6" w14:textId="77883792">
              <w:pPr>
                <w:pStyle w:val="Heading2"/>
                <w:rPr>
                  <w:rFonts w:ascii="QBE Sans" w:hAnsi="QBE Sans" w:cs="QBE Sans"/>
                  <w:lang w:eastAsia="en-GB"/>
                </w:rPr>
              </w:pPr>
              <w:r w:rsidRPr="00412015">
                <w:rPr>
                  <w:rFonts w:ascii="QBE Sans" w:hAnsi="QBE Sans" w:cs="QBE Sans"/>
                  <w:lang w:eastAsia="en-GB"/>
                </w:rPr>
                <w:t xml:space="preserve">Supplement G – Fishing Vessels </w:t>
              </w:r>
            </w:p>
            <w:p w:rsidRPr="00412015" w:rsidR="001670E7" w:rsidRDefault="00914A77" w14:paraId="220598F1" w14:textId="2D036D63">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Crew fatality, capsizing, collision, gear loss. Mandatory Photos: Fishing gear, decks, stability aids.</w:t>
              </w:r>
            </w:p>
          </w:sdtContent>
        </w:sdt>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1532"/>
        <w:gridCol w:w="1256"/>
        <w:gridCol w:w="1256"/>
        <w:gridCol w:w="1256"/>
        <w:gridCol w:w="3716"/>
      </w:tblGrid>
      <w:sdt>
        <w:sdtPr>
          <w:rPr>
            <w:rFonts w:ascii="QBE Sans" w:hAnsi="QBE Sans" w:eastAsia="Times New Roman" w:cs="QBE Sans"/>
            <w:b/>
            <w:bCs/>
            <w:lang w:eastAsia="en-GB"/>
          </w:rPr>
          <w:id w:val="1402714216"/>
          <w:lock w:val="sdtContentLocked"/>
          <w:placeholder>
            <w:docPart w:val="DefaultPlaceholder_-1854013440"/>
          </w:placeholder>
        </w:sdtPr>
        <w:sdtEndPr/>
        <w:sdtContent>
          <w:tr w:rsidRPr="00412015" w:rsidR="00386EDF" w:rsidTr="00386EDF" w14:paraId="0278B3F7" w14:textId="77777777">
            <w:trPr>
              <w:tblHeader/>
            </w:trPr>
            <w:tc>
              <w:tcPr>
                <w:tcW w:w="155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BC92CD8" w14:textId="597CF4F3">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909861C"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D6AA1BC"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ECB80AB"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013CBA8" w14:textId="6643FE3A">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629536EE"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080132981"/>
              <w:placeholder>
                <w:docPart w:val="EA3CA45865D24A36960DD7A3F04CDDEC"/>
              </w:placeholder>
            </w:sdtPr>
            <w:sdtEndPr/>
            <w:sdtContent>
              <w:p w:rsidRPr="00412015" w:rsidR="00386EDF" w:rsidRDefault="00386EDF" w14:paraId="6B9CCC97" w14:textId="6636CFD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Fishing gear guards &amp; entanglement risks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3AD879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336D9D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A4EB803"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8F60E74" w14:textId="77777777">
            <w:pPr>
              <w:spacing w:after="0" w:line="240" w:lineRule="auto"/>
              <w:rPr>
                <w:rFonts w:ascii="QBE Sans" w:hAnsi="QBE Sans" w:eastAsia="Times New Roman" w:cs="QBE Sans"/>
                <w:lang w:eastAsia="en-GB"/>
              </w:rPr>
            </w:pPr>
          </w:p>
        </w:tc>
      </w:tr>
      <w:tr w:rsidRPr="00412015" w:rsidR="00386EDF" w:rsidTr="00386EDF" w14:paraId="5BE182C1"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51541962"/>
              <w:lock w:val="sdtContentLocked"/>
              <w:placeholder>
                <w:docPart w:val="EA3CA45865D24A36960DD7A3F04CDDEC"/>
              </w:placeholder>
            </w:sdtPr>
            <w:sdtEndPr/>
            <w:sdtContent>
              <w:p w:rsidRPr="00412015" w:rsidR="00386EDF" w:rsidRDefault="00386EDF" w14:paraId="11692A8C" w14:textId="62023A0F">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Stability booklet &amp; freeboard checks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A67D44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C48856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532D527"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A280200" w14:textId="77777777">
            <w:pPr>
              <w:spacing w:after="0" w:line="240" w:lineRule="auto"/>
              <w:rPr>
                <w:rFonts w:ascii="QBE Sans" w:hAnsi="QBE Sans" w:eastAsia="Times New Roman" w:cs="QBE Sans"/>
                <w:lang w:eastAsia="en-GB"/>
              </w:rPr>
            </w:pPr>
          </w:p>
        </w:tc>
      </w:tr>
      <w:tr w:rsidRPr="00412015" w:rsidR="00386EDF" w:rsidTr="00386EDF" w14:paraId="073B7BF3"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650943778"/>
              <w:lock w:val="sdtContentLocked"/>
              <w:placeholder>
                <w:docPart w:val="EA3CA45865D24A36960DD7A3F04CDDEC"/>
              </w:placeholder>
            </w:sdtPr>
            <w:sdtEndPr/>
            <w:sdtContent>
              <w:p w:rsidRPr="00412015" w:rsidR="00386EDF" w:rsidRDefault="00386EDF" w14:paraId="75620E43" w14:textId="6B255CC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Deck trip hazards &amp; non-skid</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B52A8A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D1C91F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C188A46"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47D553A" w14:textId="77777777">
            <w:pPr>
              <w:spacing w:after="0" w:line="240" w:lineRule="auto"/>
              <w:rPr>
                <w:rFonts w:ascii="QBE Sans" w:hAnsi="QBE Sans" w:eastAsia="Times New Roman" w:cs="QBE Sans"/>
                <w:lang w:eastAsia="en-GB"/>
              </w:rPr>
            </w:pPr>
          </w:p>
        </w:tc>
      </w:tr>
      <w:tr w:rsidRPr="00412015" w:rsidR="00386EDF" w:rsidTr="00386EDF" w14:paraId="24591000"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1176298809"/>
              <w:lock w:val="sdtContentLocked"/>
              <w:placeholder>
                <w:docPart w:val="EA3CA45865D24A36960DD7A3F04CDDEC"/>
              </w:placeholder>
            </w:sdtPr>
            <w:sdtEndPr/>
            <w:sdtContent>
              <w:p w:rsidRPr="00412015" w:rsidR="00386EDF" w:rsidRDefault="00386EDF" w14:paraId="100EBFB8" w14:textId="72F10308">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MOB recovery system availability &amp; function</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3C0D46E"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7A28017"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018BD36"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01F85B4" w14:textId="77777777">
            <w:pPr>
              <w:spacing w:after="0" w:line="240" w:lineRule="auto"/>
              <w:rPr>
                <w:rFonts w:ascii="QBE Sans" w:hAnsi="QBE Sans" w:eastAsia="Times New Roman" w:cs="QBE Sans"/>
                <w:lang w:eastAsia="en-GB"/>
              </w:rPr>
            </w:pPr>
          </w:p>
        </w:tc>
      </w:tr>
      <w:tr w:rsidRPr="00412015" w:rsidR="00386EDF" w:rsidTr="00386EDF" w14:paraId="3D65FA02"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405191276"/>
              <w:lock w:val="sdtContentLocked"/>
              <w:placeholder>
                <w:docPart w:val="EA3CA45865D24A36960DD7A3F04CDDEC"/>
              </w:placeholder>
            </w:sdtPr>
            <w:sdtEndPr/>
            <w:sdtContent>
              <w:p w:rsidRPr="00412015" w:rsidR="00386EDF" w:rsidRDefault="00386EDF" w14:paraId="07C7A007" w14:textId="5AC9D59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Weather monitoring &amp; fatigue logs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65D7201"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9EB7A3C"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9BD42E3"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CBBD84E" w14:textId="77777777">
            <w:pPr>
              <w:spacing w:after="0" w:line="240" w:lineRule="auto"/>
              <w:rPr>
                <w:rFonts w:ascii="QBE Sans" w:hAnsi="QBE Sans" w:eastAsia="Times New Roman" w:cs="QBE Sans"/>
                <w:lang w:eastAsia="en-GB"/>
              </w:rPr>
            </w:pPr>
          </w:p>
        </w:tc>
      </w:tr>
      <w:tr w:rsidRPr="00412015" w:rsidR="00386EDF" w:rsidTr="00386EDF" w14:paraId="33CD9D7B"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2135759824"/>
              <w:lock w:val="sdtContentLocked"/>
              <w:placeholder>
                <w:docPart w:val="EA3CA45865D24A36960DD7A3F04CDDEC"/>
              </w:placeholder>
            </w:sdtPr>
            <w:sdtEndPr/>
            <w:sdtContent>
              <w:p w:rsidRPr="00412015" w:rsidR="00386EDF" w:rsidRDefault="00386EDF" w14:paraId="0C34F81F" w14:textId="3232EE1C">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Fish hold refrigeration integrity/safety/temperature logs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A774861"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D207D3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27087DD"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218FDCE" w14:textId="77777777">
            <w:pPr>
              <w:spacing w:after="0" w:line="240" w:lineRule="auto"/>
              <w:rPr>
                <w:rFonts w:ascii="QBE Sans" w:hAnsi="QBE Sans" w:eastAsia="Times New Roman" w:cs="QBE Sans"/>
                <w:lang w:eastAsia="en-GB"/>
              </w:rPr>
            </w:pPr>
          </w:p>
        </w:tc>
      </w:tr>
      <w:tr w:rsidRPr="00412015" w:rsidR="00386EDF" w:rsidTr="00386EDF" w14:paraId="3BCE26D9" w14:textId="77777777">
        <w:sdt>
          <w:sdtPr>
            <w:rPr>
              <w:rFonts w:ascii="QBE Sans" w:hAnsi="QBE Sans" w:eastAsia="Times New Roman" w:cs="QBE Sans"/>
              <w:lang w:val="en-GB" w:eastAsia="en-GB"/>
            </w:rPr>
            <w:id w:val="-56939092"/>
            <w:lock w:val="sdtContentLocked"/>
            <w:placeholder>
              <w:docPart w:val="EA3CA45865D24A36960DD7A3F04CDDEC"/>
            </w:placeholder>
          </w:sdtPr>
          <w:sdtEndPr/>
          <w:sdtContent>
            <w:tc>
              <w:tcPr>
                <w:tcW w:w="1555" w:type="dxa"/>
                <w:tcBorders>
                  <w:top w:val="single" w:color="000000" w:sz="4" w:space="0"/>
                  <w:left w:val="single" w:color="000000" w:sz="4" w:space="0"/>
                  <w:bottom w:val="single" w:color="000000" w:sz="4" w:space="0"/>
                  <w:right w:val="single" w:color="000000" w:sz="4" w:space="0"/>
                </w:tcBorders>
                <w:vAlign w:val="center"/>
              </w:tcPr>
              <w:p w:rsidR="00386EDF" w:rsidRDefault="00386EDF" w14:paraId="1AA577F1" w14:textId="7F626F20">
                <w:pPr>
                  <w:spacing w:after="0" w:line="240" w:lineRule="auto"/>
                  <w:rPr>
                    <w:rFonts w:ascii="QBE Sans" w:hAnsi="QBE Sans" w:eastAsia="Times New Roman" w:cs="QBE Sans"/>
                    <w:lang w:val="en-GB" w:eastAsia="en-GB"/>
                  </w:rPr>
                </w:pPr>
                <w:r>
                  <w:rPr>
                    <w:rFonts w:ascii="QBE Sans" w:hAnsi="QBE Sans" w:eastAsia="Times New Roman" w:cs="QBE Sans"/>
                    <w:lang w:val="en-GB" w:eastAsia="en-GB"/>
                  </w:rPr>
                  <w:t>Fish hold entry procedure controls</w:t>
                </w:r>
              </w:p>
            </w:tc>
          </w:sdtContent>
        </w:sdt>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9BD4CE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E3BC41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5DF34A0" w14:textId="77777777">
            <w:pPr>
              <w:spacing w:after="0" w:line="240" w:lineRule="auto"/>
              <w:rPr>
                <w:rFonts w:ascii="QBE Sans" w:hAnsi="QBE Sans" w:eastAsia="Times New Roman" w:cs="QBE Sans"/>
                <w:lang w:eastAsia="en-GB"/>
              </w:rPr>
            </w:pPr>
          </w:p>
        </w:tc>
        <w:tc>
          <w:tcPr>
            <w:tcW w:w="37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EF2986A" w14:textId="77777777">
            <w:pPr>
              <w:spacing w:after="0" w:line="240" w:lineRule="auto"/>
              <w:rPr>
                <w:rFonts w:ascii="QBE Sans" w:hAnsi="QBE Sans" w:eastAsia="Times New Roman" w:cs="QBE Sans"/>
                <w:lang w:eastAsia="en-GB"/>
              </w:rPr>
            </w:pPr>
          </w:p>
        </w:tc>
      </w:tr>
    </w:tbl>
    <w:p w:rsidR="00DA4D23" w:rsidRDefault="00DA4D23" w14:paraId="022F4F41" w14:textId="77777777">
      <w:pPr>
        <w:pStyle w:val="Heading2"/>
        <w:rPr>
          <w:rFonts w:ascii="QBE Sans" w:hAnsi="QBE Sans" w:cs="QBE Sans"/>
          <w:lang w:eastAsia="en-GB"/>
        </w:rPr>
        <w:sectPr w:rsidR="00DA4D23">
          <w:pgSz w:w="11906" w:h="16838" w:orient="portrait"/>
          <w:pgMar w:top="1134" w:right="1440" w:bottom="1134" w:left="1440" w:header="708" w:footer="708" w:gutter="0"/>
          <w:cols w:space="720"/>
          <w:formProt w:val="0"/>
          <w:docGrid w:linePitch="360" w:charSpace="4096"/>
        </w:sectPr>
      </w:pPr>
    </w:p>
    <w:sdt>
      <w:sdtPr>
        <w:id w:val="192435851"/>
        <w:lock w:val="contentLocked"/>
        <w:placeholder>
          <w:docPart w:val="DefaultPlaceholder_-1854013440"/>
        </w:placeholder>
        <w:group/>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sdt>
          <w:sdtPr>
            <w:rPr>
              <w:rFonts w:ascii="QBE Sans" w:hAnsi="QBE Sans" w:cs="QBE Sans"/>
              <w:lang w:eastAsia="en-GB"/>
            </w:rPr>
            <w:id w:val="-505978297"/>
            <w:lock w:val="sdtContentLocked"/>
            <w:placeholder>
              <w:docPart w:val="DefaultPlaceholder_-1854013440"/>
            </w:placeholder>
            <w:group/>
          </w:sdtPr>
          <w:sdtEndPr>
            <w:rPr>
              <w:rFonts w:ascii="QBE Sans" w:hAnsi="QBE Sans" w:cs="QBE Sans"/>
              <w:lang w:eastAsia="en-GB"/>
            </w:rPr>
          </w:sdtEndPr>
          <w:sdtContent>
            <w:p w:rsidRPr="00412015" w:rsidR="001670E7" w:rsidRDefault="00914A77" w14:paraId="721F42C2" w14:textId="49C78169">
              <w:pPr>
                <w:pStyle w:val="Heading2"/>
                <w:rPr>
                  <w:rFonts w:ascii="QBE Sans" w:hAnsi="QBE Sans" w:cs="QBE Sans"/>
                  <w:lang w:eastAsia="en-GB"/>
                </w:rPr>
              </w:pPr>
              <w:r w:rsidRPr="00412015">
                <w:rPr>
                  <w:rFonts w:ascii="QBE Sans" w:hAnsi="QBE Sans" w:cs="QBE Sans"/>
                  <w:lang w:eastAsia="en-GB"/>
                </w:rPr>
                <w:t xml:space="preserve">Supplement H – Barges (Dry &amp; Wet, Non-Propelled) </w:t>
              </w:r>
            </w:p>
          </w:sdtContent>
        </w:sdt>
        <w:p w:rsidRPr="00412015" w:rsidR="001670E7" w:rsidP="00E2219D" w:rsidRDefault="00914A77" w14:paraId="34510CD4" w14:textId="0FE0EE91">
          <w:pPr>
            <w:spacing w:before="100" w:beforeAutospacing="1" w:after="100"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Tow loss, sinking, cargo loss, pollution. Mandatory Photos: Towing brackets, deck</w:t>
          </w:r>
          <w:r w:rsidR="00E2219D">
            <w:rPr>
              <w:rFonts w:ascii="QBE Sans" w:hAnsi="QBE Sans" w:eastAsia="Times New Roman" w:cs="QBE Sans"/>
              <w:lang w:eastAsia="en-GB"/>
            </w:rPr>
            <w:t>s</w:t>
          </w:r>
          <w:r w:rsidRPr="00412015">
            <w:rPr>
              <w:rFonts w:ascii="QBE Sans" w:hAnsi="QBE Sans" w:eastAsia="Times New Roman" w:cs="QBE Sans"/>
              <w:lang w:eastAsia="en-GB"/>
            </w:rPr>
            <w:t>, hatche</w:t>
          </w:r>
          <w:r w:rsidR="00B905AB">
            <w:rPr>
              <w:rFonts w:ascii="QBE Sans" w:hAnsi="QBE Sans" w:eastAsia="Times New Roman" w:cs="QBE Sans"/>
              <w:lang w:eastAsia="en-GB"/>
            </w:rPr>
            <w:t>s</w:t>
          </w:r>
          <w:r w:rsidRPr="00412015">
            <w:rPr>
              <w:rFonts w:ascii="QBE Sans" w:hAnsi="QBE Sans" w:eastAsia="Times New Roman" w:cs="QBE Sans"/>
              <w:lang w:eastAsia="en-GB"/>
            </w:rPr>
            <w:t>.</w:t>
          </w:r>
        </w:p>
      </w:sdtContent>
    </w:sdt>
    <w:tbl>
      <w:tblPr>
        <w:tblW w:w="9016" w:type="dxa"/>
        <w:tblLayout w:type="fixed"/>
        <w:tblCellMar>
          <w:top w:w="15" w:type="dxa"/>
          <w:left w:w="15" w:type="dxa"/>
          <w:bottom w:w="15" w:type="dxa"/>
          <w:right w:w="15" w:type="dxa"/>
        </w:tblCellMar>
        <w:tblLook w:val="04A0" w:firstRow="1" w:lastRow="0" w:firstColumn="1" w:lastColumn="0" w:noHBand="0" w:noVBand="1"/>
      </w:tblPr>
      <w:tblGrid>
        <w:gridCol w:w="2122"/>
        <w:gridCol w:w="1275"/>
        <w:gridCol w:w="1418"/>
        <w:gridCol w:w="1134"/>
        <w:gridCol w:w="3067"/>
      </w:tblGrid>
      <w:sdt>
        <w:sdtPr>
          <w:rPr>
            <w:rFonts w:ascii="QBE Sans" w:hAnsi="QBE Sans" w:eastAsia="Times New Roman" w:cs="QBE Sans"/>
            <w:b/>
            <w:bCs/>
            <w:lang w:eastAsia="en-GB"/>
          </w:rPr>
          <w:id w:val="1363558921"/>
          <w:lock w:val="sdtContentLocked"/>
          <w:placeholder>
            <w:docPart w:val="CBE8439AD83D4653A5128A95F1070771"/>
          </w:placeholder>
        </w:sdtPr>
        <w:sdtEndPr/>
        <w:sdtContent>
          <w:tr w:rsidRPr="00412015" w:rsidR="00386EDF" w:rsidTr="00386EDF" w14:paraId="710053E1" w14:textId="77777777">
            <w:trPr>
              <w:tblHeader/>
            </w:trPr>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46600B3" w14:textId="29A48C34">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DF3754C"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FE7A9C5"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568B725"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D46D259" w14:textId="44B9DEC9">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5AC9DE37"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929002540"/>
              <w:lock w:val="sdtContentLocked"/>
              <w:placeholder>
                <w:docPart w:val="CBE8439AD83D4653A5128A95F1070771"/>
              </w:placeholder>
            </w:sdtPr>
            <w:sdtEndPr/>
            <w:sdtContent>
              <w:p w:rsidRPr="00412015" w:rsidR="00386EDF" w:rsidRDefault="00386EDF" w14:paraId="349EDDBE" w14:textId="52B3096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Towing brackets &amp; padeyes integrity</w:t>
                </w:r>
              </w:p>
            </w:sdtContent>
          </w:sdt>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794C6B8" w14:textId="77777777">
            <w:pPr>
              <w:spacing w:after="0" w:line="240" w:lineRule="auto"/>
              <w:rPr>
                <w:rFonts w:ascii="QBE Sans" w:hAnsi="QBE Sans" w:eastAsia="Times New Roman" w:cs="QBE Sans"/>
                <w:lang w:eastAsia="en-GB"/>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19844F4" w14:textId="77777777">
            <w:pPr>
              <w:spacing w:after="0" w:line="240" w:lineRule="auto"/>
              <w:rPr>
                <w:rFonts w:ascii="QBE Sans" w:hAnsi="QBE Sans" w:eastAsia="Times New Roman" w:cs="QBE Sans"/>
                <w:lang w:eastAsia="en-GB"/>
              </w:rPr>
            </w:pP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99A22C1"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933FEFB" w14:textId="77777777">
            <w:pPr>
              <w:spacing w:after="0" w:line="240" w:lineRule="auto"/>
              <w:rPr>
                <w:rFonts w:ascii="QBE Sans" w:hAnsi="QBE Sans" w:eastAsia="Times New Roman" w:cs="QBE Sans"/>
                <w:lang w:eastAsia="en-GB"/>
              </w:rPr>
            </w:pPr>
          </w:p>
        </w:tc>
      </w:tr>
      <w:tr w:rsidRPr="00412015" w:rsidR="00386EDF" w:rsidTr="00386EDF" w14:paraId="611B4624"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426566333"/>
              <w:lock w:val="sdtContentLocked"/>
              <w:placeholder>
                <w:docPart w:val="CBE8439AD83D4653A5128A95F1070771"/>
              </w:placeholder>
            </w:sdtPr>
            <w:sdtEndPr/>
            <w:sdtContent>
              <w:p w:rsidRPr="00412015" w:rsidR="00386EDF" w:rsidRDefault="00386EDF" w14:paraId="0D5EC7B7" w14:textId="30BCC920">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Deck cargo lashing points</w:t>
                </w:r>
              </w:p>
            </w:sdtContent>
          </w:sdt>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D583A53" w14:textId="77777777">
            <w:pPr>
              <w:spacing w:after="0" w:line="240" w:lineRule="auto"/>
              <w:rPr>
                <w:rFonts w:ascii="QBE Sans" w:hAnsi="QBE Sans" w:eastAsia="Times New Roman" w:cs="QBE Sans"/>
                <w:lang w:eastAsia="en-GB"/>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CC25B78" w14:textId="77777777">
            <w:pPr>
              <w:spacing w:after="0" w:line="240" w:lineRule="auto"/>
              <w:rPr>
                <w:rFonts w:ascii="QBE Sans" w:hAnsi="QBE Sans" w:eastAsia="Times New Roman" w:cs="QBE Sans"/>
                <w:lang w:eastAsia="en-GB"/>
              </w:rPr>
            </w:pP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73BD1D9"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CEE6811" w14:textId="77777777">
            <w:pPr>
              <w:spacing w:after="0" w:line="240" w:lineRule="auto"/>
              <w:rPr>
                <w:rFonts w:ascii="QBE Sans" w:hAnsi="QBE Sans" w:eastAsia="Times New Roman" w:cs="QBE Sans"/>
                <w:lang w:eastAsia="en-GB"/>
              </w:rPr>
            </w:pPr>
          </w:p>
        </w:tc>
      </w:tr>
      <w:tr w:rsidRPr="00412015" w:rsidR="00386EDF" w:rsidTr="00386EDF" w14:paraId="3F2A7121"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485859898"/>
              <w:lock w:val="sdtContentLocked"/>
              <w:placeholder>
                <w:docPart w:val="CBE8439AD83D4653A5128A95F1070771"/>
              </w:placeholder>
            </w:sdtPr>
            <w:sdtEndPr/>
            <w:sdtContent>
              <w:p w:rsidRPr="00412015" w:rsidR="00386EDF" w:rsidRDefault="00386EDF" w14:paraId="6E5EB78E" w14:textId="520A55A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Hull integrity &amp; water ingress checks</w:t>
                </w:r>
              </w:p>
            </w:sdtContent>
          </w:sdt>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9378CDD" w14:textId="77777777">
            <w:pPr>
              <w:spacing w:after="0" w:line="240" w:lineRule="auto"/>
              <w:rPr>
                <w:rFonts w:ascii="QBE Sans" w:hAnsi="QBE Sans" w:eastAsia="Times New Roman" w:cs="QBE Sans"/>
                <w:lang w:eastAsia="en-GB"/>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323B0FB" w14:textId="77777777">
            <w:pPr>
              <w:spacing w:after="0" w:line="240" w:lineRule="auto"/>
              <w:rPr>
                <w:rFonts w:ascii="QBE Sans" w:hAnsi="QBE Sans" w:eastAsia="Times New Roman" w:cs="QBE Sans"/>
                <w:lang w:eastAsia="en-GB"/>
              </w:rPr>
            </w:pP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B497DF4"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D71BB46" w14:textId="77777777">
            <w:pPr>
              <w:spacing w:after="0" w:line="240" w:lineRule="auto"/>
              <w:rPr>
                <w:rFonts w:ascii="QBE Sans" w:hAnsi="QBE Sans" w:eastAsia="Times New Roman" w:cs="QBE Sans"/>
                <w:lang w:eastAsia="en-GB"/>
              </w:rPr>
            </w:pPr>
          </w:p>
        </w:tc>
      </w:tr>
      <w:tr w:rsidRPr="00412015" w:rsidR="00386EDF" w:rsidTr="00386EDF" w14:paraId="75B25C62"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01186910"/>
              <w:lock w:val="sdtContentLocked"/>
              <w:placeholder>
                <w:docPart w:val="CBE8439AD83D4653A5128A95F1070771"/>
              </w:placeholder>
            </w:sdtPr>
            <w:sdtEndPr/>
            <w:sdtContent>
              <w:p w:rsidRPr="00412015" w:rsidR="00386EDF" w:rsidRDefault="00386EDF" w14:paraId="5A42CCD6" w14:textId="3CC21717">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Spill containment for wet barges</w:t>
                </w:r>
              </w:p>
            </w:sdtContent>
          </w:sdt>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C8F20D3" w14:textId="77777777">
            <w:pPr>
              <w:spacing w:after="0" w:line="240" w:lineRule="auto"/>
              <w:rPr>
                <w:rFonts w:ascii="QBE Sans" w:hAnsi="QBE Sans" w:eastAsia="Times New Roman" w:cs="QBE Sans"/>
                <w:lang w:eastAsia="en-GB"/>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9EAF74C" w14:textId="77777777">
            <w:pPr>
              <w:spacing w:after="0" w:line="240" w:lineRule="auto"/>
              <w:rPr>
                <w:rFonts w:ascii="QBE Sans" w:hAnsi="QBE Sans" w:eastAsia="Times New Roman" w:cs="QBE Sans"/>
                <w:lang w:eastAsia="en-GB"/>
              </w:rPr>
            </w:pP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61E04BC"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8A8903D" w14:textId="77777777">
            <w:pPr>
              <w:spacing w:after="0" w:line="240" w:lineRule="auto"/>
              <w:rPr>
                <w:rFonts w:ascii="QBE Sans" w:hAnsi="QBE Sans" w:eastAsia="Times New Roman" w:cs="QBE Sans"/>
                <w:lang w:eastAsia="en-GB"/>
              </w:rPr>
            </w:pPr>
          </w:p>
        </w:tc>
      </w:tr>
      <w:tr w:rsidRPr="00412015" w:rsidR="00386EDF" w:rsidTr="00386EDF" w14:paraId="16DF47B5"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68406395"/>
              <w:lock w:val="sdtContentLocked"/>
              <w:placeholder>
                <w:docPart w:val="CBE8439AD83D4653A5128A95F1070771"/>
              </w:placeholder>
            </w:sdtPr>
            <w:sdtEndPr/>
            <w:sdtContent>
              <w:p w:rsidRPr="00412015" w:rsidR="00386EDF" w:rsidRDefault="00386EDF" w14:paraId="568F0EEA" w14:textId="21F62525">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Stability under load</w:t>
                </w:r>
              </w:p>
            </w:sdtContent>
          </w:sdt>
        </w:tc>
        <w:tc>
          <w:tcPr>
            <w:tcW w:w="127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11E324B" w14:textId="77777777">
            <w:pPr>
              <w:spacing w:after="0" w:line="240" w:lineRule="auto"/>
              <w:rPr>
                <w:rFonts w:ascii="QBE Sans" w:hAnsi="QBE Sans" w:eastAsia="Times New Roman" w:cs="QBE Sans"/>
                <w:lang w:eastAsia="en-GB"/>
              </w:rPr>
            </w:pPr>
          </w:p>
        </w:tc>
        <w:tc>
          <w:tcPr>
            <w:tcW w:w="1418"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E7C3DA4" w14:textId="77777777">
            <w:pPr>
              <w:spacing w:after="0" w:line="240" w:lineRule="auto"/>
              <w:rPr>
                <w:rFonts w:ascii="QBE Sans" w:hAnsi="QBE Sans" w:eastAsia="Times New Roman" w:cs="QBE Sans"/>
                <w:lang w:eastAsia="en-GB"/>
              </w:rPr>
            </w:pPr>
          </w:p>
        </w:tc>
        <w:tc>
          <w:tcPr>
            <w:tcW w:w="1134"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F55809E" w14:textId="77777777">
            <w:pPr>
              <w:spacing w:after="0" w:line="240" w:lineRule="auto"/>
              <w:rPr>
                <w:rFonts w:ascii="QBE Sans" w:hAnsi="QBE Sans" w:eastAsia="Times New Roman" w:cs="QBE Sans"/>
                <w:lang w:eastAsia="en-GB"/>
              </w:rPr>
            </w:pPr>
          </w:p>
        </w:tc>
        <w:tc>
          <w:tcPr>
            <w:tcW w:w="306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E33DE2E" w14:textId="77777777">
            <w:pPr>
              <w:spacing w:after="0" w:line="240" w:lineRule="auto"/>
              <w:rPr>
                <w:rFonts w:ascii="QBE Sans" w:hAnsi="QBE Sans" w:eastAsia="Times New Roman" w:cs="QBE Sans"/>
                <w:lang w:eastAsia="en-GB"/>
              </w:rPr>
            </w:pPr>
          </w:p>
        </w:tc>
      </w:tr>
    </w:tbl>
    <w:sdt>
      <w:sdtPr>
        <w:id w:val="-1970265486"/>
        <w:lock w:val="sdtContentLocked"/>
        <w:placeholder>
          <w:docPart w:val="DefaultPlaceholder_-1854013440"/>
        </w:placeholder>
        <w15:appearance w15:val="hidden"/>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p w:rsidR="00B905AB" w:rsidRDefault="00B905AB" w14:paraId="06F640DC" w14:textId="77777777">
          <w:pPr>
            <w:pStyle w:val="Heading2"/>
            <w:rPr>
              <w:rFonts w:ascii="QBE Sans" w:hAnsi="QBE Sans" w:cs="QBE Sans" w:eastAsiaTheme="minorEastAsia"/>
              <w:b w:val="0"/>
              <w:bCs w:val="0"/>
              <w:color w:val="auto"/>
              <w:sz w:val="22"/>
              <w:szCs w:val="22"/>
              <w:lang w:eastAsia="en-GB"/>
            </w:rPr>
            <w:sectPr w:rsidR="00B905AB">
              <w:pgSz w:w="11906" w:h="16838"/>
              <w:pgMar w:top="1134" w:right="1440" w:bottom="1134" w:left="1440" w:header="708" w:footer="708" w:gutter="0"/>
              <w:cols w:space="720"/>
              <w:formProt w:val="0"/>
              <w:docGrid w:linePitch="360" w:charSpace="4096"/>
            </w:sectPr>
          </w:pPr>
        </w:p>
        <w:p w:rsidRPr="00412015" w:rsidR="001670E7" w:rsidRDefault="00914A77" w14:paraId="0ECE98B0" w14:textId="2E02D422">
          <w:pPr>
            <w:pStyle w:val="Heading2"/>
            <w:rPr>
              <w:rFonts w:ascii="QBE Sans" w:hAnsi="QBE Sans" w:cs="QBE Sans"/>
              <w:lang w:eastAsia="en-GB"/>
            </w:rPr>
          </w:pPr>
          <w:r w:rsidRPr="00412015">
            <w:rPr>
              <w:rFonts w:ascii="QBE Sans" w:hAnsi="QBE Sans" w:cs="QBE Sans"/>
              <w:lang w:eastAsia="en-GB"/>
            </w:rPr>
            <w:t xml:space="preserve">Supplement I – Work Vessels (Construction / Dredger / Research) </w:t>
          </w:r>
        </w:p>
        <w:p w:rsidRPr="00412015" w:rsidR="001670E7" w:rsidRDefault="00914A77" w14:paraId="26C458AD" w14:textId="6A9D5480">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Lifting accidents, crew injury, pollution. Mandatory Photos: Dredge arms, cranes, work decks.</w:t>
          </w:r>
        </w:p>
      </w:sdtContent>
    </w:sdt>
    <w:tbl>
      <w:tblPr>
        <w:tblW w:w="8847" w:type="dxa"/>
        <w:tblLayout w:type="fixed"/>
        <w:tblCellMar>
          <w:top w:w="15" w:type="dxa"/>
          <w:left w:w="15" w:type="dxa"/>
          <w:bottom w:w="15" w:type="dxa"/>
          <w:right w:w="15" w:type="dxa"/>
        </w:tblCellMar>
        <w:tblLook w:val="04A0" w:firstRow="1" w:lastRow="0" w:firstColumn="1" w:lastColumn="0" w:noHBand="0" w:noVBand="1"/>
      </w:tblPr>
      <w:tblGrid>
        <w:gridCol w:w="1530"/>
        <w:gridCol w:w="1256"/>
        <w:gridCol w:w="1256"/>
        <w:gridCol w:w="1256"/>
        <w:gridCol w:w="3549"/>
      </w:tblGrid>
      <w:sdt>
        <w:sdtPr>
          <w:rPr>
            <w:rFonts w:ascii="QBE Sans" w:hAnsi="QBE Sans" w:eastAsia="Times New Roman" w:cs="QBE Sans"/>
            <w:b/>
            <w:bCs/>
            <w:lang w:eastAsia="en-GB"/>
          </w:rPr>
          <w:id w:val="1167897467"/>
          <w:lock w:val="sdtContentLocked"/>
          <w:placeholder>
            <w:docPart w:val="6BDE63455B744CDF9B5AC71380049C57"/>
          </w:placeholder>
        </w:sdtPr>
        <w:sdtEndPr/>
        <w:sdtContent>
          <w:tr w:rsidRPr="00412015" w:rsidR="00386EDF" w:rsidTr="00386EDF" w14:paraId="3026A27E" w14:textId="77777777">
            <w:trPr>
              <w:tblHeader/>
            </w:trPr>
            <w:tc>
              <w:tcPr>
                <w:tcW w:w="1555"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58ABC4A" w14:textId="4600ABDD">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B0EF88F"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8626E8C"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337E094"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1AF60F0" w14:textId="5BAE3A55">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7E5CD0E5"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613742602"/>
              <w:lock w:val="sdtContentLocked"/>
              <w:placeholder>
                <w:docPart w:val="6BDE63455B744CDF9B5AC71380049C57"/>
              </w:placeholder>
            </w:sdtPr>
            <w:sdtEndPr/>
            <w:sdtContent>
              <w:p w:rsidRPr="00412015" w:rsidR="00386EDF" w:rsidRDefault="00386EDF" w14:paraId="5534844E" w14:textId="54236A6A">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Dredge/cutting equipment guards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E2C6167"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7A170D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77248A3"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65963F8" w14:textId="77777777">
            <w:pPr>
              <w:spacing w:after="0" w:line="240" w:lineRule="auto"/>
              <w:rPr>
                <w:rFonts w:ascii="QBE Sans" w:hAnsi="QBE Sans" w:eastAsia="Times New Roman" w:cs="QBE Sans"/>
                <w:lang w:eastAsia="en-GB"/>
              </w:rPr>
            </w:pPr>
          </w:p>
        </w:tc>
      </w:tr>
      <w:tr w:rsidRPr="00412015" w:rsidR="00386EDF" w:rsidTr="00386EDF" w14:paraId="728CD50E"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747687555"/>
              <w:lock w:val="sdtContentLocked"/>
              <w:placeholder>
                <w:docPart w:val="6BDE63455B744CDF9B5AC71380049C57"/>
              </w:placeholder>
            </w:sdtPr>
            <w:sdtEndPr/>
            <w:sdtContent>
              <w:p w:rsidRPr="00412015" w:rsidR="00386EDF" w:rsidRDefault="00386EDF" w14:paraId="49C6DD0C" w14:textId="05973E92">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Work deck crane &amp; rigging</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ECCF86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861C8B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A5D79F5"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2F1C7A4E" w14:textId="77777777">
            <w:pPr>
              <w:spacing w:after="0" w:line="240" w:lineRule="auto"/>
              <w:rPr>
                <w:rFonts w:ascii="QBE Sans" w:hAnsi="QBE Sans" w:eastAsia="Times New Roman" w:cs="QBE Sans"/>
                <w:lang w:eastAsia="en-GB"/>
              </w:rPr>
            </w:pPr>
          </w:p>
        </w:tc>
      </w:tr>
      <w:tr w:rsidRPr="00412015" w:rsidR="00386EDF" w:rsidTr="00386EDF" w14:paraId="6564419A"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val="en-GB" w:eastAsia="en-GB"/>
              </w:rPr>
              <w:id w:val="-377164745"/>
              <w:lock w:val="sdtContentLocked"/>
              <w:placeholder>
                <w:docPart w:val="6BDE63455B744CDF9B5AC71380049C57"/>
              </w:placeholder>
            </w:sdtPr>
            <w:sdtEndPr/>
            <w:sdtContent>
              <w:p w:rsidRPr="00412015" w:rsidR="00386EDF" w:rsidRDefault="00386EDF" w14:paraId="1FD6684F" w14:textId="3C2F1199">
                <w:pPr>
                  <w:spacing w:after="0" w:line="240" w:lineRule="auto"/>
                  <w:rPr>
                    <w:rFonts w:ascii="QBE Sans" w:hAnsi="QBE Sans" w:eastAsia="Times New Roman" w:cs="QBE Sans"/>
                    <w:lang w:val="en-GB" w:eastAsia="en-GB"/>
                  </w:rPr>
                </w:pPr>
                <w:r w:rsidRPr="00412015">
                  <w:rPr>
                    <w:rFonts w:ascii="QBE Sans" w:hAnsi="QBE Sans" w:eastAsia="Times New Roman" w:cs="QBE Sans"/>
                    <w:lang w:val="en-GB" w:eastAsia="en-GB"/>
                  </w:rPr>
                  <w:t>Spoil discharge controls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AB8CD1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EA0A86D"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46A1293"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45754FD" w14:textId="77777777">
            <w:pPr>
              <w:spacing w:after="0" w:line="240" w:lineRule="auto"/>
              <w:rPr>
                <w:rFonts w:ascii="QBE Sans" w:hAnsi="QBE Sans" w:eastAsia="Times New Roman" w:cs="QBE Sans"/>
                <w:lang w:eastAsia="en-GB"/>
              </w:rPr>
            </w:pPr>
          </w:p>
        </w:tc>
      </w:tr>
      <w:tr w:rsidRPr="00412015" w:rsidR="00386EDF" w:rsidTr="00386EDF" w14:paraId="38E74C9C"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314770443"/>
              <w:lock w:val="sdtContentLocked"/>
              <w:placeholder>
                <w:docPart w:val="6BDE63455B744CDF9B5AC71380049C57"/>
              </w:placeholder>
            </w:sdtPr>
            <w:sdtEndPr/>
            <w:sdtContent>
              <w:p w:rsidRPr="00412015" w:rsidR="00386EDF" w:rsidRDefault="00386EDF" w14:paraId="5235AD07" w14:textId="64C8E0B6">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Slurry/fuel transfer leaks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DFEF1B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88C265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3A7B32B"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3915143" w14:textId="77777777">
            <w:pPr>
              <w:spacing w:after="0" w:line="240" w:lineRule="auto"/>
              <w:rPr>
                <w:rFonts w:ascii="QBE Sans" w:hAnsi="QBE Sans" w:eastAsia="Times New Roman" w:cs="QBE Sans"/>
                <w:lang w:eastAsia="en-GB"/>
              </w:rPr>
            </w:pPr>
          </w:p>
        </w:tc>
      </w:tr>
      <w:tr w:rsidRPr="00412015" w:rsidR="00386EDF" w:rsidTr="00386EDF" w14:paraId="6ACD8DF6"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961645419"/>
              <w:lock w:val="sdtContentLocked"/>
              <w:placeholder>
                <w:docPart w:val="6BDE63455B744CDF9B5AC71380049C57"/>
              </w:placeholder>
            </w:sdtPr>
            <w:sdtEndPr/>
            <w:sdtContent>
              <w:p w:rsidRPr="00412015" w:rsidR="00386EDF" w:rsidRDefault="00386EDF" w14:paraId="1C72CB46" w14:textId="048A37C3">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Research gear securing</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1D8A521"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F43C5D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608D33F"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B9CD614" w14:textId="77777777">
            <w:pPr>
              <w:spacing w:after="0" w:line="240" w:lineRule="auto"/>
              <w:rPr>
                <w:rFonts w:ascii="QBE Sans" w:hAnsi="QBE Sans" w:eastAsia="Times New Roman" w:cs="QBE Sans"/>
                <w:lang w:eastAsia="en-GB"/>
              </w:rPr>
            </w:pPr>
          </w:p>
        </w:tc>
      </w:tr>
      <w:tr w:rsidRPr="00412015" w:rsidR="00386EDF" w:rsidTr="00386EDF" w14:paraId="3017565F" w14:textId="77777777">
        <w:tc>
          <w:tcPr>
            <w:tcW w:w="1555"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677416647"/>
              <w:lock w:val="sdtContentLocked"/>
              <w:placeholder>
                <w:docPart w:val="6BDE63455B744CDF9B5AC71380049C57"/>
              </w:placeholder>
            </w:sdtPr>
            <w:sdtEndPr/>
            <w:sdtContent>
              <w:p w:rsidRPr="00412015" w:rsidR="00386EDF" w:rsidRDefault="00386EDF" w14:paraId="6ACC0842" w14:textId="04BFD2B1">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Enclosed space risks in holds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7210E77"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A34C598"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58D344E" w14:textId="77777777">
            <w:pPr>
              <w:spacing w:after="0" w:line="240" w:lineRule="auto"/>
              <w:rPr>
                <w:rFonts w:ascii="QBE Sans" w:hAnsi="QBE Sans" w:eastAsia="Times New Roman" w:cs="QBE Sans"/>
                <w:lang w:eastAsia="en-GB"/>
              </w:rPr>
            </w:pPr>
          </w:p>
        </w:tc>
        <w:tc>
          <w:tcPr>
            <w:tcW w:w="3607"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51C773F" w14:textId="77777777">
            <w:pPr>
              <w:spacing w:after="0" w:line="240" w:lineRule="auto"/>
              <w:rPr>
                <w:rFonts w:ascii="QBE Sans" w:hAnsi="QBE Sans" w:eastAsia="Times New Roman" w:cs="QBE Sans"/>
                <w:lang w:eastAsia="en-GB"/>
              </w:rPr>
            </w:pPr>
          </w:p>
        </w:tc>
      </w:tr>
    </w:tbl>
    <w:sdt>
      <w:sdtPr>
        <w:id w:val="1573466326"/>
        <w:lock w:val="sdtContentLocked"/>
        <w:placeholder>
          <w:docPart w:val="DefaultPlaceholder_-1854013440"/>
        </w:placeholder>
        <w15:appearance w15:val="hidden"/>
        <w:rPr>
          <w:rFonts w:ascii="QBE Sans" w:hAnsi="QBE Sans" w:eastAsia="" w:cs="QBE Sans" w:eastAsiaTheme="minorEastAsia"/>
          <w:b w:val="0"/>
          <w:bCs w:val="0"/>
          <w:color w:val="auto"/>
          <w:sz w:val="22"/>
          <w:szCs w:val="22"/>
          <w:lang w:eastAsia="en-GB"/>
        </w:rPr>
      </w:sdtPr>
      <w:sdtEndPr>
        <w:rPr>
          <w:rFonts w:ascii="QBE Sans" w:hAnsi="QBE Sans" w:eastAsia="Times New Roman" w:cs="QBE Sans" w:eastAsiaTheme="minorEastAsia"/>
          <w:b w:val="0"/>
          <w:bCs w:val="0"/>
          <w:color w:val="auto"/>
          <w:sz w:val="22"/>
          <w:szCs w:val="22"/>
          <w:lang w:eastAsia="en-GB"/>
        </w:rPr>
      </w:sdtEndPr>
      <w:sdtContent>
        <w:p w:rsidR="00B905AB" w:rsidRDefault="00B905AB" w14:paraId="47691E6E" w14:textId="77777777">
          <w:pPr>
            <w:pStyle w:val="Heading2"/>
            <w:rPr>
              <w:rFonts w:ascii="QBE Sans" w:hAnsi="QBE Sans" w:cs="QBE Sans" w:eastAsiaTheme="minorEastAsia"/>
              <w:b w:val="0"/>
              <w:bCs w:val="0"/>
              <w:color w:val="auto"/>
              <w:sz w:val="22"/>
              <w:szCs w:val="22"/>
              <w:lang w:eastAsia="en-GB"/>
            </w:rPr>
          </w:pPr>
        </w:p>
        <w:p w:rsidR="00B905AB" w:rsidRDefault="00B905AB" w14:paraId="602374E3" w14:textId="77777777">
          <w:pPr>
            <w:pStyle w:val="Heading2"/>
            <w:rPr>
              <w:rFonts w:ascii="QBE Sans" w:hAnsi="QBE Sans" w:cs="QBE Sans" w:eastAsiaTheme="minorEastAsia"/>
              <w:b w:val="0"/>
              <w:bCs w:val="0"/>
              <w:color w:val="auto"/>
              <w:sz w:val="22"/>
              <w:szCs w:val="22"/>
              <w:lang w:eastAsia="en-GB"/>
            </w:rPr>
            <w:sectPr w:rsidR="00B905AB">
              <w:pgSz w:w="11906" w:h="16838"/>
              <w:pgMar w:top="1134" w:right="1440" w:bottom="1134" w:left="1440" w:header="708" w:footer="708" w:gutter="0"/>
              <w:cols w:space="720"/>
              <w:formProt w:val="0"/>
              <w:docGrid w:linePitch="360" w:charSpace="4096"/>
            </w:sectPr>
          </w:pPr>
        </w:p>
        <w:p w:rsidRPr="00412015" w:rsidR="001670E7" w:rsidRDefault="00914A77" w14:paraId="0A5953FB" w14:textId="26C13AAE">
          <w:pPr>
            <w:pStyle w:val="Heading2"/>
            <w:rPr>
              <w:rFonts w:ascii="QBE Sans" w:hAnsi="QBE Sans" w:cs="QBE Sans"/>
              <w:lang w:eastAsia="en-GB"/>
            </w:rPr>
          </w:pPr>
          <w:r w:rsidRPr="00412015">
            <w:rPr>
              <w:rFonts w:ascii="QBE Sans" w:hAnsi="QBE Sans" w:cs="QBE Sans"/>
              <w:lang w:eastAsia="en-GB"/>
            </w:rPr>
            <w:t xml:space="preserve">Supplement J – Yacht / Superyacht </w:t>
          </w:r>
        </w:p>
        <w:p w:rsidRPr="00412015" w:rsidR="001670E7" w:rsidRDefault="00914A77" w14:paraId="1FF77304" w14:textId="261B0738">
          <w:pPr>
            <w:spacing w:beforeAutospacing="1" w:afterAutospacing="1" w:line="240" w:lineRule="auto"/>
            <w:rPr>
              <w:rFonts w:ascii="QBE Sans" w:hAnsi="QBE Sans" w:eastAsia="Times New Roman" w:cs="QBE Sans"/>
              <w:lang w:eastAsia="en-GB"/>
            </w:rPr>
          </w:pPr>
          <w:r w:rsidRPr="00412015">
            <w:rPr>
              <w:rFonts w:ascii="QBE Sans" w:hAnsi="QBE Sans" w:eastAsia="Times New Roman" w:cs="QBE Sans"/>
              <w:lang w:eastAsia="en-GB"/>
            </w:rPr>
            <w:t>Key P&amp;I Risks: Passenger injury, collision, pollution. Mandatory Photos: Guest areas, tenders, helipad (if appl.).</w:t>
          </w:r>
        </w:p>
      </w:sdtContent>
    </w:sdt>
    <w:tbl>
      <w:tblPr>
        <w:tblW w:w="8870" w:type="dxa"/>
        <w:tblLayout w:type="fixed"/>
        <w:tblCellMar>
          <w:top w:w="15" w:type="dxa"/>
          <w:left w:w="15" w:type="dxa"/>
          <w:bottom w:w="15" w:type="dxa"/>
          <w:right w:w="15" w:type="dxa"/>
        </w:tblCellMar>
        <w:tblLook w:val="04A0" w:firstRow="1" w:lastRow="0" w:firstColumn="1" w:lastColumn="0" w:noHBand="0" w:noVBand="1"/>
      </w:tblPr>
      <w:tblGrid>
        <w:gridCol w:w="2155"/>
        <w:gridCol w:w="1297"/>
        <w:gridCol w:w="1297"/>
        <w:gridCol w:w="1297"/>
        <w:gridCol w:w="2824"/>
      </w:tblGrid>
      <w:sdt>
        <w:sdtPr>
          <w:rPr>
            <w:rFonts w:ascii="QBE Sans" w:hAnsi="QBE Sans" w:eastAsia="Times New Roman" w:cs="QBE Sans"/>
            <w:b/>
            <w:bCs/>
            <w:lang w:eastAsia="en-GB"/>
          </w:rPr>
          <w:id w:val="840437144"/>
          <w:lock w:val="sdtContentLocked"/>
          <w:placeholder>
            <w:docPart w:val="61CCE731C2F5401688C8B015A5D01286"/>
          </w:placeholder>
        </w:sdtPr>
        <w:sdtEndPr/>
        <w:sdtContent>
          <w:tr w:rsidRPr="00412015" w:rsidR="00386EDF" w:rsidTr="00386EDF" w14:paraId="34B9098F" w14:textId="77777777">
            <w:trPr>
              <w:tblHeader/>
            </w:trPr>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3042815" w14:textId="6DB377EA">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Item</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B4E2D68"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Good</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130B5AA"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Satisfactory</w:t>
                </w: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4B619A7" w14:textId="77777777">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Poor</w:t>
                </w: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9030A8F" w14:textId="6AF5AB24">
                <w:pPr>
                  <w:spacing w:after="0" w:line="240" w:lineRule="auto"/>
                  <w:jc w:val="center"/>
                  <w:rPr>
                    <w:rFonts w:ascii="QBE Sans" w:hAnsi="QBE Sans" w:eastAsia="Times New Roman" w:cs="QBE Sans"/>
                    <w:b/>
                    <w:bCs/>
                    <w:lang w:eastAsia="en-GB"/>
                  </w:rPr>
                </w:pPr>
                <w:r w:rsidRPr="00412015">
                  <w:rPr>
                    <w:rFonts w:ascii="QBE Sans" w:hAnsi="QBE Sans" w:eastAsia="Times New Roman" w:cs="QBE Sans"/>
                    <w:b/>
                    <w:bCs/>
                    <w:lang w:eastAsia="en-GB"/>
                  </w:rPr>
                  <w:t>Comments + Photo Ref</w:t>
                </w:r>
              </w:p>
            </w:tc>
          </w:tr>
        </w:sdtContent>
      </w:sdt>
      <w:tr w:rsidRPr="00412015" w:rsidR="00386EDF" w:rsidTr="00386EDF" w14:paraId="3C7D8243"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497627771"/>
              <w:lock w:val="sdtContentLocked"/>
              <w:placeholder>
                <w:docPart w:val="61CCE731C2F5401688C8B015A5D01286"/>
              </w:placeholder>
            </w:sdtPr>
            <w:sdtEndPr/>
            <w:sdtContent>
              <w:p w:rsidRPr="00412015" w:rsidR="00386EDF" w:rsidRDefault="00386EDF" w14:paraId="39B08539" w14:textId="1F68B42D">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Guest safety briefings &amp; barriers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4527284"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A00271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2E78D6C" w14:textId="77777777">
            <w:pPr>
              <w:spacing w:after="0" w:line="240" w:lineRule="auto"/>
              <w:rPr>
                <w:rFonts w:ascii="QBE Sans" w:hAnsi="QBE Sans" w:eastAsia="Times New Roman" w:cs="QBE Sans"/>
                <w:lang w:eastAsia="en-GB"/>
              </w:rPr>
            </w:pP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58291E55" w14:textId="77777777">
            <w:pPr>
              <w:spacing w:after="0" w:line="240" w:lineRule="auto"/>
              <w:rPr>
                <w:rFonts w:ascii="QBE Sans" w:hAnsi="QBE Sans" w:eastAsia="Times New Roman" w:cs="QBE Sans"/>
                <w:lang w:eastAsia="en-GB"/>
              </w:rPr>
            </w:pPr>
          </w:p>
        </w:tc>
      </w:tr>
      <w:tr w:rsidRPr="00412015" w:rsidR="00386EDF" w:rsidTr="00386EDF" w14:paraId="051F3742"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10258840"/>
              <w:lock w:val="sdtContentLocked"/>
              <w:placeholder>
                <w:docPart w:val="61CCE731C2F5401688C8B015A5D01286"/>
              </w:placeholder>
            </w:sdtPr>
            <w:sdtEndPr/>
            <w:sdtContent>
              <w:p w:rsidRPr="00412015" w:rsidR="00386EDF" w:rsidRDefault="00386EDF" w14:paraId="35FB26F2" w14:textId="2076A94C">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Tender launch &amp; recovery systems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DC79A32"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D736A60"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FC4A23D" w14:textId="77777777">
            <w:pPr>
              <w:spacing w:after="0" w:line="240" w:lineRule="auto"/>
              <w:rPr>
                <w:rFonts w:ascii="QBE Sans" w:hAnsi="QBE Sans" w:eastAsia="Times New Roman" w:cs="QBE Sans"/>
                <w:lang w:eastAsia="en-GB"/>
              </w:rPr>
            </w:pP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590F54B" w14:textId="77777777">
            <w:pPr>
              <w:spacing w:after="0" w:line="240" w:lineRule="auto"/>
              <w:rPr>
                <w:rFonts w:ascii="QBE Sans" w:hAnsi="QBE Sans" w:eastAsia="Times New Roman" w:cs="QBE Sans"/>
                <w:lang w:eastAsia="en-GB"/>
              </w:rPr>
            </w:pPr>
          </w:p>
        </w:tc>
      </w:tr>
      <w:tr w:rsidRPr="00412015" w:rsidR="00386EDF" w:rsidTr="00386EDF" w14:paraId="56AB5B1C"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577590937"/>
              <w:lock w:val="sdtContentLocked"/>
              <w:placeholder>
                <w:docPart w:val="61CCE731C2F5401688C8B015A5D01286"/>
              </w:placeholder>
            </w:sdtPr>
            <w:sdtEndPr/>
            <w:sdtContent>
              <w:p w:rsidRPr="00412015" w:rsidR="00386EDF" w:rsidRDefault="00386EDF" w14:paraId="19979FDE" w14:textId="4543B177">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Helipad markings &amp; fire gear</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8BE3861"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3485CC29"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BF62288" w14:textId="77777777">
            <w:pPr>
              <w:spacing w:after="0" w:line="240" w:lineRule="auto"/>
              <w:rPr>
                <w:rFonts w:ascii="QBE Sans" w:hAnsi="QBE Sans" w:eastAsia="Times New Roman" w:cs="QBE Sans"/>
                <w:lang w:eastAsia="en-GB"/>
              </w:rPr>
            </w:pP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C976284" w14:textId="77777777">
            <w:pPr>
              <w:spacing w:after="0" w:line="240" w:lineRule="auto"/>
              <w:rPr>
                <w:rFonts w:ascii="QBE Sans" w:hAnsi="QBE Sans" w:eastAsia="Times New Roman" w:cs="QBE Sans"/>
                <w:lang w:eastAsia="en-GB"/>
              </w:rPr>
            </w:pPr>
          </w:p>
        </w:tc>
      </w:tr>
      <w:tr w:rsidRPr="00412015" w:rsidR="00386EDF" w:rsidTr="00386EDF" w14:paraId="322F8E2A" w14:textId="77777777">
        <w:tc>
          <w:tcPr>
            <w:tcW w:w="2122" w:type="dxa"/>
            <w:tcBorders>
              <w:top w:val="single" w:color="000000" w:sz="4" w:space="0"/>
              <w:left w:val="single" w:color="000000" w:sz="4" w:space="0"/>
              <w:bottom w:val="single" w:color="000000" w:sz="4" w:space="0"/>
              <w:right w:val="single" w:color="000000" w:sz="4" w:space="0"/>
            </w:tcBorders>
            <w:vAlign w:val="center"/>
          </w:tcPr>
          <w:sdt>
            <w:sdtPr>
              <w:rPr>
                <w:rFonts w:ascii="QBE Sans" w:hAnsi="QBE Sans" w:eastAsia="Times New Roman" w:cs="QBE Sans"/>
                <w:lang w:eastAsia="en-GB"/>
              </w:rPr>
              <w:id w:val="-1993409374"/>
              <w:lock w:val="sdtContentLocked"/>
              <w:placeholder>
                <w:docPart w:val="61CCE731C2F5401688C8B015A5D01286"/>
              </w:placeholder>
            </w:sdtPr>
            <w:sdtEndPr/>
            <w:sdtContent>
              <w:p w:rsidRPr="00412015" w:rsidR="00386EDF" w:rsidRDefault="00386EDF" w14:paraId="06D33670" w14:textId="54E08692">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Fuel bunkering procedures</w:t>
                </w:r>
              </w:p>
            </w:sdtContent>
          </w:sdt>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B6E5D36"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3FAC4F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6625A25" w14:textId="77777777">
            <w:pPr>
              <w:spacing w:after="0" w:line="240" w:lineRule="auto"/>
              <w:rPr>
                <w:rFonts w:ascii="QBE Sans" w:hAnsi="QBE Sans" w:eastAsia="Times New Roman" w:cs="QBE Sans"/>
                <w:lang w:eastAsia="en-GB"/>
              </w:rPr>
            </w:pP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46291C4D" w14:textId="77777777">
            <w:pPr>
              <w:spacing w:after="0" w:line="240" w:lineRule="auto"/>
              <w:rPr>
                <w:rFonts w:ascii="QBE Sans" w:hAnsi="QBE Sans" w:eastAsia="Times New Roman" w:cs="QBE Sans"/>
                <w:lang w:eastAsia="en-GB"/>
              </w:rPr>
            </w:pPr>
          </w:p>
        </w:tc>
      </w:tr>
      <w:tr w:rsidRPr="00412015" w:rsidR="00386EDF" w:rsidTr="00386EDF" w14:paraId="5825B70D" w14:textId="77777777">
        <w:sdt>
          <w:sdtPr>
            <w:rPr>
              <w:rFonts w:ascii="QBE Sans" w:hAnsi="QBE Sans" w:eastAsia="Times New Roman" w:cs="QBE Sans"/>
              <w:lang w:eastAsia="en-GB"/>
            </w:rPr>
            <w:id w:val="-1790968108"/>
            <w:lock w:val="sdtContentLocked"/>
            <w:placeholder>
              <w:docPart w:val="61CCE731C2F5401688C8B015A5D01286"/>
            </w:placeholder>
          </w:sdtPr>
          <w:sdtEndPr/>
          <w:sdtContent>
            <w:tc>
              <w:tcPr>
                <w:tcW w:w="2122"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656DB314" w14:textId="06507FE5">
                <w:pPr>
                  <w:spacing w:after="0" w:line="240" w:lineRule="auto"/>
                  <w:rPr>
                    <w:rFonts w:ascii="QBE Sans" w:hAnsi="QBE Sans" w:eastAsia="Times New Roman" w:cs="QBE Sans"/>
                    <w:lang w:eastAsia="en-GB"/>
                  </w:rPr>
                </w:pPr>
                <w:r w:rsidRPr="00412015">
                  <w:rPr>
                    <w:rFonts w:ascii="QBE Sans" w:hAnsi="QBE Sans" w:eastAsia="Times New Roman" w:cs="QBE Sans"/>
                    <w:lang w:eastAsia="en-GB"/>
                  </w:rPr>
                  <w:t>Interior trip hazards &amp; handrails</w:t>
                </w:r>
              </w:p>
            </w:tc>
          </w:sdtContent>
        </w:sdt>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7956A633"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0C32E565" w14:textId="77777777">
            <w:pPr>
              <w:spacing w:after="0" w:line="240" w:lineRule="auto"/>
              <w:rPr>
                <w:rFonts w:ascii="QBE Sans" w:hAnsi="QBE Sans" w:eastAsia="Times New Roman" w:cs="QBE Sans"/>
                <w:lang w:eastAsia="en-GB"/>
              </w:rPr>
            </w:pPr>
          </w:p>
        </w:tc>
        <w:tc>
          <w:tcPr>
            <w:tcW w:w="1276"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79718B4" w14:textId="77777777">
            <w:pPr>
              <w:spacing w:after="0" w:line="240" w:lineRule="auto"/>
              <w:rPr>
                <w:rFonts w:ascii="QBE Sans" w:hAnsi="QBE Sans" w:eastAsia="Times New Roman" w:cs="QBE Sans"/>
                <w:lang w:eastAsia="en-GB"/>
              </w:rPr>
            </w:pPr>
          </w:p>
        </w:tc>
        <w:tc>
          <w:tcPr>
            <w:tcW w:w="2779" w:type="dxa"/>
            <w:tcBorders>
              <w:top w:val="single" w:color="000000" w:sz="4" w:space="0"/>
              <w:left w:val="single" w:color="000000" w:sz="4" w:space="0"/>
              <w:bottom w:val="single" w:color="000000" w:sz="4" w:space="0"/>
              <w:right w:val="single" w:color="000000" w:sz="4" w:space="0"/>
            </w:tcBorders>
            <w:vAlign w:val="center"/>
          </w:tcPr>
          <w:p w:rsidRPr="00412015" w:rsidR="00386EDF" w:rsidRDefault="00386EDF" w14:paraId="1A9B7009" w14:textId="77777777">
            <w:pPr>
              <w:spacing w:after="0" w:line="240" w:lineRule="auto"/>
              <w:rPr>
                <w:rFonts w:ascii="QBE Sans" w:hAnsi="QBE Sans" w:eastAsia="Times New Roman" w:cs="QBE Sans"/>
                <w:lang w:eastAsia="en-GB"/>
              </w:rPr>
            </w:pPr>
          </w:p>
        </w:tc>
      </w:tr>
    </w:tbl>
    <w:p w:rsidRPr="00412015" w:rsidR="001670E7" w:rsidRDefault="001670E7" w14:paraId="39EC46E3" w14:textId="77777777">
      <w:pPr>
        <w:spacing w:after="0" w:line="240" w:lineRule="auto"/>
        <w:rPr>
          <w:rFonts w:ascii="QBE Sans" w:hAnsi="QBE Sans" w:eastAsia="Times New Roman" w:cs="QBE Sans"/>
          <w:lang w:eastAsia="en-GB"/>
        </w:rPr>
      </w:pPr>
    </w:p>
    <w:p w:rsidRPr="00412015" w:rsidR="001670E7" w:rsidRDefault="001670E7" w14:paraId="38685226" w14:textId="77777777">
      <w:pPr>
        <w:spacing w:after="0" w:line="240" w:lineRule="auto"/>
        <w:rPr>
          <w:rFonts w:ascii="QBE Sans" w:hAnsi="QBE Sans" w:eastAsia="Times New Roman" w:cs="QBE Sans"/>
          <w:lang w:eastAsia="en-GB"/>
        </w:rPr>
      </w:pPr>
    </w:p>
    <w:sectPr w:rsidRPr="00412015" w:rsidR="001670E7">
      <w:pgSz w:w="11906" w:h="16838" w:orient="portrait"/>
      <w:pgMar w:top="1134" w:right="1440" w:bottom="1134" w:left="1440"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084F" w:rsidRDefault="0046084F" w14:paraId="15CD92B1" w14:textId="77777777">
      <w:pPr>
        <w:spacing w:after="0" w:line="240" w:lineRule="auto"/>
      </w:pPr>
      <w:r>
        <w:separator/>
      </w:r>
    </w:p>
  </w:endnote>
  <w:endnote w:type="continuationSeparator" w:id="0">
    <w:p w:rsidR="0046084F" w:rsidRDefault="0046084F" w14:paraId="1B82416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QBE Sans">
    <w:altName w:val="Calibri"/>
    <w:panose1 w:val="020B0503020203020204"/>
    <w:charset w:val="00"/>
    <w:family w:val="swiss"/>
    <w:pitch w:val="variable"/>
    <w:sig w:usb0="A000006F" w:usb1="4000207B" w:usb2="00000008" w:usb3="00000000" w:csb0="00000093" w:csb1="00000000"/>
  </w:font>
  <w:font w:name="QBE Sans SemiBold">
    <w:altName w:val="Calibri"/>
    <w:panose1 w:val="020B0703020203020204"/>
    <w:charset w:val="00"/>
    <w:family w:val="swiss"/>
    <w:pitch w:val="variable"/>
    <w:sig w:usb0="A000006F" w:usb1="400020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4B6" w:rsidRDefault="004B44B6" w14:paraId="4C451B2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52D51785" w14:textId="77777777">
      <w:trPr>
        <w:jc w:val="center"/>
      </w:trPr>
      <w:tc>
        <w:tcPr>
          <w:tcW w:w="342" w:type="dxa"/>
          <w:tcBorders>
            <w:top w:val="nil"/>
            <w:left w:val="nil"/>
            <w:bottom w:val="nil"/>
            <w:right w:val="nil"/>
          </w:tcBorders>
          <w:vAlign w:val="center"/>
        </w:tcPr>
        <w:p w:rsidR="001670E7" w:rsidRDefault="00914A77" w14:paraId="2B8BDDFC"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3</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2FCFD2C2" w14:textId="74C3C0F1">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w:t>
          </w:r>
          <w:r>
            <w:rPr>
              <w:rFonts w:ascii="QBE Sans" w:hAnsi="QBE Sans" w:eastAsia="Times New Roman" w:cs="QBE Sans"/>
              <w:color w:val="00205B"/>
              <w:kern w:val="2"/>
              <w:sz w:val="15"/>
              <w:szCs w:val="15"/>
            </w:rPr>
            <w:t xml:space="preserve"> 2026  Edition</w:t>
          </w:r>
          <w:r w:rsidR="003A3ACA">
            <w:rPr>
              <w:rFonts w:ascii="QBE Sans" w:hAnsi="QBE Sans" w:eastAsia="Times New Roman" w:cs="QBE Sans"/>
              <w:color w:val="00205B"/>
              <w:kern w:val="2"/>
              <w:sz w:val="15"/>
              <w:szCs w:val="15"/>
            </w:rPr>
            <w:t xml:space="preserve"> </w:t>
          </w:r>
          <w:r w:rsidR="006C0C44">
            <w:rPr>
              <w:rFonts w:ascii="QBE Sans" w:hAnsi="QBE Sans" w:eastAsia="Times New Roman" w:cs="QBE Sans"/>
              <w:color w:val="00205B"/>
              <w:kern w:val="2"/>
              <w:sz w:val="15"/>
              <w:szCs w:val="15"/>
            </w:rPr>
            <w:t>V1.</w:t>
          </w:r>
          <w:r w:rsidR="004B44B6">
            <w:rPr>
              <w:rFonts w:ascii="QBE Sans" w:hAnsi="QBE Sans" w:eastAsia="Times New Roman" w:cs="QBE Sans"/>
              <w:color w:val="00205B"/>
              <w:kern w:val="2"/>
              <w:sz w:val="15"/>
              <w:szCs w:val="15"/>
            </w:rPr>
            <w:t>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4ED98FA8" wp14:editId="0B6901BE">
                <wp:extent cx="446405" cy="120015"/>
                <wp:effectExtent l="0" t="0" r="0" b="0"/>
                <wp:docPr id="3"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P="000B18E4" w:rsidRDefault="00914A77" w14:paraId="53F42840" w14:textId="37976751">
    <w:pPr>
      <w:ind w:left="-567"/>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rsidR="001670E7" w:rsidRDefault="001670E7" w14:paraId="58B8FE68" w14:textId="6857B57E">
    <w:pPr>
      <w:pStyle w:val="Footer"/>
    </w:pPr>
  </w:p>
  <w:p w:rsidR="001670E7" w:rsidRDefault="00914A77" w14:paraId="4C04CFD8" w14:textId="495F8F69">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rsidR="001670E7" w:rsidRDefault="001670E7" w14:paraId="6FA6792B" w14:textId="3E3AF554">
    <w:pPr>
      <w:pStyle w:val="Footer"/>
      <w:tabs>
        <w:tab w:val="clear" w:pos="4680"/>
        <w:tab w:val="clear" w:pos="9360"/>
        <w:tab w:val="left" w:pos="202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76EE66E7" w14:textId="77777777">
      <w:trPr>
        <w:jc w:val="center"/>
      </w:trPr>
      <w:tc>
        <w:tcPr>
          <w:tcW w:w="342" w:type="dxa"/>
          <w:tcBorders>
            <w:top w:val="nil"/>
            <w:left w:val="nil"/>
            <w:bottom w:val="nil"/>
            <w:right w:val="nil"/>
          </w:tcBorders>
          <w:vAlign w:val="center"/>
        </w:tcPr>
        <w:p w:rsidR="001670E7" w:rsidRDefault="00914A77" w14:paraId="6E40C059"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3</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451FFB09" w14:textId="77777777">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January 2026  Edition                                                                                                                                                                                                           </w:t>
          </w:r>
          <w:r>
            <w:rPr>
              <w:rFonts w:ascii="QBE Sans" w:hAnsi="QBE Sans" w:eastAsia="Times New Roman" w:cs="Times New Roman"/>
              <w:noProof/>
              <w:kern w:val="2"/>
            </w:rPr>
            <w:drawing>
              <wp:inline distT="0" distB="0" distL="0" distR="0" wp14:anchorId="538A3A3F" wp14:editId="78E95C7F">
                <wp:extent cx="446405" cy="120015"/>
                <wp:effectExtent l="0" t="0" r="0" b="0"/>
                <wp:docPr id="4" name="Picture 3"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32EE9591" w14:textId="777777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rsidR="001670E7" w:rsidRDefault="001670E7" w14:paraId="05ECBA04" w14:textId="77777777">
    <w:pPr>
      <w:pStyle w:val="Footer"/>
    </w:pPr>
  </w:p>
  <w:p w:rsidR="001670E7" w:rsidRDefault="00914A77" w14:paraId="65A8D2DD" w14:textId="77777777">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rsidR="001670E7" w:rsidRDefault="001670E7" w14:paraId="18AE56F5" w14:textId="77777777">
    <w:pPr>
      <w:pStyle w:val="Footer"/>
      <w:tabs>
        <w:tab w:val="clear" w:pos="4680"/>
        <w:tab w:val="clear" w:pos="9360"/>
        <w:tab w:val="left" w:pos="2025"/>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559A22F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6E9981D1" w14:textId="77777777">
      <w:trPr>
        <w:jc w:val="center"/>
      </w:trPr>
      <w:tc>
        <w:tcPr>
          <w:tcW w:w="342" w:type="dxa"/>
          <w:tcBorders>
            <w:top w:val="nil"/>
            <w:left w:val="nil"/>
            <w:bottom w:val="nil"/>
            <w:right w:val="nil"/>
          </w:tcBorders>
          <w:vAlign w:val="center"/>
        </w:tcPr>
        <w:p w:rsidR="001670E7" w:rsidRDefault="00914A77" w14:paraId="406C41E3"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6</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14287191" w14:textId="22EE3A92">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181952FF" wp14:editId="1E91BBE8">
                <wp:extent cx="446405" cy="120015"/>
                <wp:effectExtent l="0" t="0" r="0" b="0"/>
                <wp:docPr id="2029469438" name="Image2"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P="00017EC2" w:rsidRDefault="00914A77" w14:paraId="12162D55" w14:textId="28083BBA">
    <w:pPr>
      <w:ind w:left="-567"/>
      <w:jc w:val="both"/>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037A5214" w14:textId="77777777">
      <w:trPr>
        <w:jc w:val="center"/>
      </w:trPr>
      <w:tc>
        <w:tcPr>
          <w:tcW w:w="342" w:type="dxa"/>
          <w:tcBorders>
            <w:top w:val="nil"/>
            <w:left w:val="nil"/>
            <w:bottom w:val="nil"/>
            <w:right w:val="nil"/>
          </w:tcBorders>
          <w:vAlign w:val="center"/>
        </w:tcPr>
        <w:p w:rsidR="001670E7" w:rsidRDefault="00914A77" w14:paraId="4244EEBA"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6</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698737F3" w14:textId="77777777">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January 2026  Edition                                                                                                                                                                                                           </w:t>
          </w:r>
          <w:r>
            <w:rPr>
              <w:rFonts w:ascii="QBE Sans" w:hAnsi="QBE Sans" w:eastAsia="Times New Roman" w:cs="Times New Roman"/>
              <w:noProof/>
              <w:kern w:val="2"/>
            </w:rPr>
            <w:drawing>
              <wp:inline distT="0" distB="0" distL="0" distR="0" wp14:anchorId="57E280C2" wp14:editId="27726546">
                <wp:extent cx="446405" cy="120015"/>
                <wp:effectExtent l="0" t="0" r="0" b="0"/>
                <wp:docPr id="774858417" name="Image2"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06AB72DB" w14:textId="777777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388EBF27" w14:textId="77777777">
      <w:trPr>
        <w:jc w:val="center"/>
      </w:trPr>
      <w:tc>
        <w:tcPr>
          <w:tcW w:w="342" w:type="dxa"/>
          <w:tcBorders>
            <w:top w:val="nil"/>
            <w:left w:val="nil"/>
            <w:bottom w:val="nil"/>
            <w:right w:val="nil"/>
          </w:tcBorders>
          <w:vAlign w:val="center"/>
        </w:tcPr>
        <w:p w:rsidR="001670E7" w:rsidRDefault="00914A77" w14:paraId="61ACE3A4"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14</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40A5ED55" w14:textId="0B150450">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British Marine Loss Prevention Survey Form –</w:t>
          </w:r>
          <w:r w:rsidR="004B44B6">
            <w:rPr>
              <w:rFonts w:ascii="QBE Sans" w:hAnsi="QBE Sans" w:eastAsia="Times New Roman" w:cs="QBE Sans"/>
              <w:color w:val="00205B"/>
              <w:kern w:val="2"/>
              <w:sz w:val="15"/>
              <w:szCs w:val="15"/>
            </w:rPr>
            <w:t xml:space="preserve">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75867C1F" wp14:editId="4354B2F6">
                <wp:extent cx="446405" cy="120015"/>
                <wp:effectExtent l="0" t="0" r="0" b="0"/>
                <wp:docPr id="17" name="Image2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412F09" w14:paraId="57481CE0" w14:textId="5B9AE75E">
    <w:pPr>
      <w:ind w:left="-567"/>
      <w:jc w:val="center"/>
      <w:rPr>
        <w:rFonts w:ascii="QBE Sans" w:hAnsi="QBE Sans" w:cs="QBE Sans"/>
        <w:sz w:val="16"/>
        <w:szCs w:val="16"/>
      </w:rPr>
    </w:pPr>
    <w:r>
      <w:rPr>
        <w:noProof/>
      </w:rPr>
      <w:drawing>
        <wp:anchor distT="0" distB="0" distL="0" distR="0" simplePos="0" relativeHeight="251658242" behindDoc="1" locked="0" layoutInCell="1" allowOverlap="1" wp14:anchorId="23627165" wp14:editId="2CA259EE">
          <wp:simplePos x="0" y="0"/>
          <wp:positionH relativeFrom="column">
            <wp:posOffset>5290820</wp:posOffset>
          </wp:positionH>
          <wp:positionV relativeFrom="paragraph">
            <wp:posOffset>1205230</wp:posOffset>
          </wp:positionV>
          <wp:extent cx="2384425" cy="697230"/>
          <wp:effectExtent l="0" t="0" r="0" b="0"/>
          <wp:wrapNone/>
          <wp:docPr id="18" name="Picture 703009585"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03009585" descr="A logo with a ship in the middle&#10;&#10;AI-generated content may be incorrect."/>
                  <pic:cNvPicPr>
                    <a:picLocks noChangeAspect="1" noChangeArrowheads="1"/>
                  </pic:cNvPicPr>
                </pic:nvPicPr>
                <pic:blipFill>
                  <a:blip r:embed="rId2"/>
                  <a:stretch>
                    <a:fillRect/>
                  </a:stretch>
                </pic:blipFill>
                <pic:spPr bwMode="auto">
                  <a:xfrm>
                    <a:off x="0" y="0"/>
                    <a:ext cx="2384425" cy="697230"/>
                  </a:xfrm>
                  <a:prstGeom prst="rect">
                    <a:avLst/>
                  </a:prstGeom>
                  <a:noFill/>
                </pic:spPr>
              </pic:pic>
            </a:graphicData>
          </a:graphic>
        </wp:anchor>
      </w:drawing>
    </w:r>
    <w:r w:rsidR="00914A77">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6BD99913" w14:textId="7777777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2C03147C" w14:textId="77777777">
      <w:trPr>
        <w:jc w:val="center"/>
      </w:trPr>
      <w:tc>
        <w:tcPr>
          <w:tcW w:w="342" w:type="dxa"/>
          <w:tcBorders>
            <w:top w:val="nil"/>
            <w:left w:val="nil"/>
            <w:bottom w:val="nil"/>
            <w:right w:val="nil"/>
          </w:tcBorders>
          <w:vAlign w:val="center"/>
        </w:tcPr>
        <w:p w:rsidR="001670E7" w:rsidRDefault="00914A77" w14:paraId="170527AC"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17</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3BCFBFEF" w14:textId="1B7721BF">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sidR="004B44B6">
            <w:rPr>
              <w:rFonts w:ascii="QBE Sans" w:hAnsi="QBE Sans" w:eastAsia="Times New Roman" w:cs="QBE Sans"/>
              <w:color w:val="00205B"/>
              <w:kern w:val="2"/>
              <w:sz w:val="15"/>
              <w:szCs w:val="15"/>
            </w:rPr>
            <w:t xml:space="preserve"> </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5ACB58DE" wp14:editId="461D356F">
                <wp:extent cx="446405" cy="120015"/>
                <wp:effectExtent l="0" t="0" r="0" b="0"/>
                <wp:docPr id="20" name="Image2 Copy 1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Copy 1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0D3598AA" w14:textId="77777777">
    <w:pPr>
      <w:ind w:left="-567"/>
      <w:jc w:val="center"/>
      <w:rPr>
        <w:rFonts w:ascii="QBE Sans" w:hAnsi="QBE Sans" w:cs="QBE Sans"/>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A1E3C07" w14:textId="77777777"/>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55900024" w14:textId="77777777">
      <w:trPr>
        <w:jc w:val="center"/>
      </w:trPr>
      <w:tc>
        <w:tcPr>
          <w:tcW w:w="342" w:type="dxa"/>
          <w:tcBorders>
            <w:top w:val="nil"/>
            <w:left w:val="nil"/>
            <w:bottom w:val="nil"/>
            <w:right w:val="nil"/>
          </w:tcBorders>
          <w:vAlign w:val="center"/>
        </w:tcPr>
        <w:p w:rsidR="001670E7" w:rsidRDefault="00914A77" w14:paraId="1BEE2F4A"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19</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1B98F231" w14:textId="1F784B1D">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75C062F4" wp14:editId="70A13422">
                <wp:extent cx="446405" cy="120015"/>
                <wp:effectExtent l="0" t="0" r="0" b="0"/>
                <wp:docPr id="1669407547" name="Image2 Copy 1 Copy 1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 Copy 1 Copy 1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106243B7"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rsidR="00AF22DA" w:rsidP="00AF22DA" w:rsidRDefault="00AF22DA" w14:paraId="2FC119B8" w14:textId="77777777">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p w:rsidR="00AF22DA" w:rsidRDefault="00AF22DA" w14:paraId="7420F76E" w14:textId="77777777">
    <w:pPr>
      <w:ind w:left="-567"/>
      <w:jc w:val="center"/>
      <w:rPr>
        <w:rFonts w:ascii="QBE Sans" w:hAnsi="QBE Sans" w:cs="QBE Sans"/>
        <w:sz w:val="16"/>
        <w:szCs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AF0112C" w14:textId="77777777"/>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62D38F2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32028A30" w14:textId="77777777">
      <w:trPr>
        <w:jc w:val="center"/>
      </w:trPr>
      <w:tc>
        <w:tcPr>
          <w:tcW w:w="342" w:type="dxa"/>
          <w:tcBorders>
            <w:top w:val="nil"/>
            <w:left w:val="nil"/>
            <w:bottom w:val="nil"/>
            <w:right w:val="nil"/>
          </w:tcBorders>
          <w:vAlign w:val="center"/>
        </w:tcPr>
        <w:p w:rsidR="001670E7" w:rsidRDefault="00914A77" w14:paraId="2B0CF34C"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24</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2ADE6CD9" w14:textId="11DDB167">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1734584B" wp14:editId="4E2C0305">
                <wp:extent cx="446405" cy="120015"/>
                <wp:effectExtent l="0" t="0" r="0" b="0"/>
                <wp:docPr id="1806016736"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267C269C"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p w:rsidR="008E7BCB" w:rsidP="008E7BCB" w:rsidRDefault="008E7BCB" w14:paraId="59C52AF6" w14:textId="77777777">
    <w:pPr>
      <w:pStyle w:val="Normal14"/>
      <w:spacing w:after="240"/>
      <w:ind w:left="0"/>
      <w:jc w:val="center"/>
      <w:rPr>
        <w:rFonts w:cs="Arial"/>
        <w:b/>
        <w:bCs/>
        <w:color w:val="FF0000"/>
        <w:szCs w:val="28"/>
        <w:lang w:val="en-GB"/>
      </w:rPr>
    </w:pPr>
    <w:r>
      <w:rPr>
        <w:rFonts w:cs="Arial"/>
        <w:b/>
        <w:bCs/>
        <w:color w:val="FF0000"/>
        <w:szCs w:val="28"/>
        <w:lang w:val="en-GB"/>
      </w:rPr>
      <w:t>PLEASE REMOVE ALL GUIDANCE NOTES FROM FINAL REPORTS</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2269566F" w14:textId="77777777">
      <w:trPr>
        <w:jc w:val="center"/>
      </w:trPr>
      <w:tc>
        <w:tcPr>
          <w:tcW w:w="342" w:type="dxa"/>
          <w:tcBorders>
            <w:top w:val="nil"/>
            <w:left w:val="nil"/>
            <w:bottom w:val="nil"/>
            <w:right w:val="nil"/>
          </w:tcBorders>
          <w:vAlign w:val="center"/>
        </w:tcPr>
        <w:p w:rsidR="001670E7" w:rsidRDefault="00914A77" w14:paraId="2861F6D3"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24</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5146C110" w14:textId="77777777">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January 2026  Edition                                                                                                                                                                                                           </w:t>
          </w:r>
          <w:r>
            <w:rPr>
              <w:rFonts w:ascii="QBE Sans" w:hAnsi="QBE Sans" w:eastAsia="Times New Roman" w:cs="Times New Roman"/>
              <w:noProof/>
              <w:kern w:val="2"/>
            </w:rPr>
            <w:drawing>
              <wp:inline distT="0" distB="0" distL="0" distR="0" wp14:anchorId="097CC57D" wp14:editId="12B10AC1">
                <wp:extent cx="446405" cy="120015"/>
                <wp:effectExtent l="0" t="0" r="0" b="0"/>
                <wp:docPr id="1197444179"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3E25AF13"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9D2FA6" w:rsidTr="001670E7" w14:paraId="37663DA0" w14:textId="77777777">
      <w:trPr>
        <w:jc w:val="center"/>
      </w:trPr>
      <w:tc>
        <w:tcPr>
          <w:tcW w:w="342" w:type="dxa"/>
          <w:tcBorders>
            <w:top w:val="nil"/>
            <w:left w:val="nil"/>
            <w:bottom w:val="nil"/>
            <w:right w:val="nil"/>
          </w:tcBorders>
          <w:vAlign w:val="center"/>
        </w:tcPr>
        <w:p w:rsidR="009D2FA6" w:rsidRDefault="009D2FA6" w14:paraId="43A356B3"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24</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9D2FA6" w:rsidRDefault="009D2FA6" w14:paraId="6C41E7CB" w14:textId="38A0C5ED">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00E84BB5" wp14:editId="6AAD0591">
                <wp:extent cx="446405" cy="120015"/>
                <wp:effectExtent l="0" t="0" r="0" b="0"/>
                <wp:docPr id="1209675176" name="Image5"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5"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9D2FA6" w:rsidRDefault="009D2FA6" w14:paraId="6856E5BC"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6C973F7D" w14:textId="77777777">
      <w:trPr>
        <w:jc w:val="center"/>
      </w:trPr>
      <w:tc>
        <w:tcPr>
          <w:tcW w:w="342" w:type="dxa"/>
          <w:tcBorders>
            <w:top w:val="nil"/>
            <w:left w:val="nil"/>
            <w:bottom w:val="nil"/>
            <w:right w:val="nil"/>
          </w:tcBorders>
          <w:vAlign w:val="center"/>
        </w:tcPr>
        <w:p w:rsidR="001670E7" w:rsidRDefault="00914A77" w14:paraId="004BAE61"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25</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726D77BB" w14:textId="6AB95642">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65DE006F" wp14:editId="10C3889B">
                <wp:extent cx="446405" cy="120015"/>
                <wp:effectExtent l="0" t="0" r="0" b="0"/>
                <wp:docPr id="34" name="Image5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5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016B7EB2"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6D812111" w14:textId="77777777"/>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00D5FD0D" w14:textId="77777777">
      <w:trPr>
        <w:jc w:val="center"/>
      </w:trPr>
      <w:tc>
        <w:tcPr>
          <w:tcW w:w="342" w:type="dxa"/>
          <w:tcBorders>
            <w:top w:val="nil"/>
            <w:left w:val="nil"/>
            <w:bottom w:val="nil"/>
            <w:right w:val="nil"/>
          </w:tcBorders>
          <w:vAlign w:val="center"/>
        </w:tcPr>
        <w:p w:rsidR="001670E7" w:rsidRDefault="00914A77" w14:paraId="6A1CD854"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26</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6FA3FAB6" w14:textId="3EF4C2D1">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55197A14" wp14:editId="4D6D3A3D">
                <wp:extent cx="446405" cy="120015"/>
                <wp:effectExtent l="0" t="0" r="0" b="0"/>
                <wp:docPr id="253437129" name="Image5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5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2C59829D"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6B9AF00F" w14:textId="77777777"/>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tbl>
    <w:tblPr>
      <w:tblStyle w:val="GridTable1Light-Accent51"/>
      <w:tblW w:w="11058" w:type="dxa"/>
      <w:jc w:val="center"/>
      <w:tblLayout w:type="fixed"/>
      <w:tblCellMar>
        <w:left w:w="0" w:type="dxa"/>
        <w:right w:w="0" w:type="dxa"/>
      </w:tblCellMar>
      <w:tblLook w:val="0600" w:firstRow="0" w:lastRow="0" w:firstColumn="0" w:lastColumn="0" w:noHBand="1" w:noVBand="1"/>
    </w:tblPr>
    <w:tblGrid>
      <w:gridCol w:w="342"/>
      <w:gridCol w:w="10716"/>
    </w:tblGrid>
    <w:tr w:rsidR="001670E7" w:rsidTr="001670E7" w14:paraId="51F46594" w14:textId="77777777">
      <w:trPr>
        <w:jc w:val="center"/>
      </w:trPr>
      <w:tc>
        <w:tcPr>
          <w:tcW w:w="342" w:type="dxa"/>
          <w:tcBorders>
            <w:top w:val="nil"/>
            <w:left w:val="nil"/>
            <w:bottom w:val="nil"/>
            <w:right w:val="nil"/>
          </w:tcBorders>
          <w:vAlign w:val="center"/>
        </w:tcPr>
        <w:p w:rsidR="001670E7" w:rsidRDefault="00914A77" w14:paraId="1736729D" w14:textId="77777777">
          <w:pPr>
            <w:widowControl w:val="0"/>
            <w:tabs>
              <w:tab w:val="center" w:pos="4513"/>
              <w:tab w:val="right" w:pos="9026"/>
            </w:tabs>
            <w:spacing w:after="0" w:line="240" w:lineRule="auto"/>
            <w:rPr>
              <w:rFonts w:cs="QBE Sans"/>
              <w:b/>
              <w:bCs/>
              <w:color w:val="00205B"/>
              <w:sz w:val="15"/>
              <w:szCs w:val="15"/>
            </w:rPr>
          </w:pPr>
          <w:r>
            <w:rPr>
              <w:rFonts w:ascii="QBE Sans" w:hAnsi="QBE Sans" w:eastAsia="Times New Roman" w:cs="QBE Sans"/>
              <w:color w:val="00205B"/>
              <w:kern w:val="2"/>
              <w:sz w:val="15"/>
              <w:szCs w:val="15"/>
            </w:rPr>
            <w:fldChar w:fldCharType="begin"/>
          </w:r>
          <w:r>
            <w:rPr>
              <w:rFonts w:ascii="QBE Sans" w:hAnsi="QBE Sans" w:eastAsia="Times New Roman" w:cs="QBE Sans"/>
              <w:color w:val="00205B"/>
              <w:kern w:val="2"/>
              <w:sz w:val="15"/>
              <w:szCs w:val="15"/>
            </w:rPr>
            <w:instrText xml:space="preserve"> PAGE </w:instrText>
          </w:r>
          <w:r>
            <w:rPr>
              <w:rFonts w:ascii="QBE Sans" w:hAnsi="QBE Sans" w:eastAsia="Times New Roman" w:cs="QBE Sans"/>
              <w:color w:val="00205B"/>
              <w:kern w:val="2"/>
              <w:sz w:val="15"/>
              <w:szCs w:val="15"/>
            </w:rPr>
            <w:fldChar w:fldCharType="separate"/>
          </w:r>
          <w:r>
            <w:rPr>
              <w:rFonts w:ascii="QBE Sans" w:hAnsi="QBE Sans" w:eastAsia="Times New Roman" w:cs="QBE Sans"/>
              <w:color w:val="00205B"/>
              <w:kern w:val="2"/>
              <w:sz w:val="15"/>
              <w:szCs w:val="15"/>
            </w:rPr>
            <w:t>29</w:t>
          </w:r>
          <w:r>
            <w:rPr>
              <w:rFonts w:ascii="QBE Sans" w:hAnsi="QBE Sans" w:eastAsia="Times New Roman" w:cs="QBE Sans"/>
              <w:color w:val="00205B"/>
              <w:kern w:val="2"/>
              <w:sz w:val="15"/>
              <w:szCs w:val="15"/>
            </w:rPr>
            <w:fldChar w:fldCharType="end"/>
          </w:r>
        </w:p>
      </w:tc>
      <w:tc>
        <w:tcPr>
          <w:tcW w:w="10715" w:type="dxa"/>
          <w:tcBorders>
            <w:top w:val="nil"/>
            <w:left w:val="nil"/>
            <w:bottom w:val="nil"/>
            <w:right w:val="nil"/>
          </w:tcBorders>
          <w:vAlign w:val="center"/>
        </w:tcPr>
        <w:p w:rsidR="001670E7" w:rsidRDefault="00914A77" w14:paraId="1ED7A57D" w14:textId="45B65B36">
          <w:pPr>
            <w:widowControl w:val="0"/>
            <w:tabs>
              <w:tab w:val="center" w:pos="4513"/>
              <w:tab w:val="right" w:pos="9026"/>
            </w:tabs>
            <w:spacing w:after="0" w:line="240" w:lineRule="auto"/>
            <w:rPr>
              <w:b/>
              <w:bCs/>
              <w:color w:val="00205B"/>
              <w:sz w:val="15"/>
              <w:szCs w:val="15"/>
            </w:rPr>
          </w:pPr>
          <w:r>
            <w:rPr>
              <w:rFonts w:ascii="QBE Sans" w:hAnsi="QBE Sans" w:eastAsia="Times New Roman" w:cs="QBE Sans"/>
              <w:color w:val="009AE4"/>
              <w:kern w:val="2"/>
              <w:sz w:val="15"/>
              <w:szCs w:val="15"/>
            </w:rPr>
            <w:t>|</w:t>
          </w:r>
          <w:r>
            <w:rPr>
              <w:rFonts w:ascii="QBE Sans" w:hAnsi="QBE Sans" w:eastAsia="Times New Roman" w:cs="QBE Sans"/>
              <w:color w:val="00205B"/>
              <w:spacing w:val="100"/>
              <w:kern w:val="2"/>
              <w:sz w:val="15"/>
              <w:szCs w:val="15"/>
            </w:rPr>
            <w:t xml:space="preserve"> </w:t>
          </w:r>
          <w:r>
            <w:rPr>
              <w:rFonts w:ascii="QBE Sans" w:hAnsi="QBE Sans" w:eastAsia="Times New Roman" w:cs="QBE Sans"/>
              <w:color w:val="00205B"/>
              <w:kern w:val="2"/>
              <w:sz w:val="15"/>
              <w:szCs w:val="15"/>
            </w:rPr>
            <w:t xml:space="preserve">British Marine Loss Prevention Survey Form – </w:t>
          </w:r>
          <w:r w:rsidR="004B44B6">
            <w:rPr>
              <w:rFonts w:ascii="QBE Sans" w:hAnsi="QBE Sans" w:eastAsia="Times New Roman" w:cs="QBE Sans"/>
              <w:color w:val="00205B"/>
              <w:kern w:val="2"/>
              <w:sz w:val="15"/>
              <w:szCs w:val="15"/>
            </w:rPr>
            <w:t>April 2026  Edition V1.3</w:t>
          </w:r>
          <w:r>
            <w:rPr>
              <w:rFonts w:ascii="QBE Sans" w:hAnsi="QBE Sans" w:eastAsia="Times New Roman" w:cs="QBE Sans"/>
              <w:color w:val="00205B"/>
              <w:kern w:val="2"/>
              <w:sz w:val="15"/>
              <w:szCs w:val="15"/>
            </w:rPr>
            <w:t xml:space="preserve">                                                                                                                                                                                                         </w:t>
          </w:r>
          <w:r>
            <w:rPr>
              <w:rFonts w:ascii="QBE Sans" w:hAnsi="QBE Sans" w:eastAsia="Times New Roman" w:cs="Times New Roman"/>
              <w:noProof/>
              <w:kern w:val="2"/>
            </w:rPr>
            <w:drawing>
              <wp:inline distT="0" distB="0" distL="0" distR="0" wp14:anchorId="0874742A" wp14:editId="76992D38">
                <wp:extent cx="446405" cy="120015"/>
                <wp:effectExtent l="0" t="0" r="0" b="0"/>
                <wp:docPr id="1869185690" name="Image5 Copy 1 Copy 1 Copy 1" descr="A black letter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Copy 1 Copy 1 Copy 1" descr="A black letter with a white background&#10;&#10;AI-generated content may be incorrect."/>
                        <pic:cNvPicPr>
                          <a:picLocks noChangeAspect="1" noChangeArrowheads="1"/>
                        </pic:cNvPicPr>
                      </pic:nvPicPr>
                      <pic:blipFill>
                        <a:blip r:embed="rId1"/>
                        <a:stretch>
                          <a:fillRect/>
                        </a:stretch>
                      </pic:blipFill>
                      <pic:spPr bwMode="auto">
                        <a:xfrm>
                          <a:off x="0" y="0"/>
                          <a:ext cx="446405" cy="120015"/>
                        </a:xfrm>
                        <a:prstGeom prst="rect">
                          <a:avLst/>
                        </a:prstGeom>
                        <a:noFill/>
                      </pic:spPr>
                    </pic:pic>
                  </a:graphicData>
                </a:graphic>
              </wp:inline>
            </w:drawing>
          </w:r>
        </w:p>
      </w:tc>
    </w:tr>
  </w:tbl>
  <w:p w:rsidR="001670E7" w:rsidRDefault="00914A77" w14:paraId="27E9CF4F" w14:textId="77777777">
    <w:pPr>
      <w:ind w:left="-567"/>
      <w:jc w:val="center"/>
      <w:rPr>
        <w:rFonts w:ascii="QBE Sans" w:hAnsi="QBE Sans" w:cs="QBE Sans"/>
        <w:color w:val="000000"/>
        <w:sz w:val="16"/>
        <w:szCs w:val="16"/>
      </w:rPr>
    </w:pPr>
    <w:r>
      <w:rPr>
        <w:rFonts w:ascii="QBE Sans" w:hAnsi="QBE Sans" w:cs="QBE Sans"/>
        <w:color w:val="000000"/>
        <w:sz w:val="16"/>
        <w:szCs w:val="16"/>
      </w:rPr>
      <w:t>This entire report, together with its summary, analysis and requirements for action (if any), has been prepared conditional upon the clear understanding that in no circumstances whatsoever shall British Marine be held responsible and/or liable for any inaccuracy in the report, or for any act, omission or negligence of its staff or its appointed surveyor howsoever arising and that it is provided for the sole reference of British Marine and without warranty as to the accuracy of any information or advice supplied therein.</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0A94B0D"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084F" w:rsidRDefault="0046084F" w14:paraId="7CBD0100" w14:textId="77777777">
      <w:pPr>
        <w:spacing w:after="0" w:line="240" w:lineRule="auto"/>
      </w:pPr>
      <w:r>
        <w:separator/>
      </w:r>
    </w:p>
  </w:footnote>
  <w:footnote w:type="continuationSeparator" w:id="0">
    <w:p w:rsidR="0046084F" w:rsidRDefault="0046084F" w14:paraId="160484C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44B6" w:rsidRDefault="004B44B6" w14:paraId="14BF1F9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17D5639F"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80785" behindDoc="1" locked="0" layoutInCell="1" allowOverlap="1" wp14:anchorId="705B99BC" wp14:editId="0525AC60">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487607458" name="Picture 487607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P="00E05ED5" w:rsidRDefault="001670E7" w14:paraId="7E8213AA" w14:textId="09BFA2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1670E7" w:rsidRDefault="00914A77" w14:paraId="288BA6C0" w14:textId="77777777">
    <w:pPr>
      <w:pStyle w:val="Header"/>
    </w:pPr>
    <w:r>
      <w:rPr>
        <w:noProof/>
      </w:rPr>
      <w:drawing>
        <wp:anchor distT="0" distB="0" distL="0" distR="0" simplePos="0" relativeHeight="251658241" behindDoc="1" locked="0" layoutInCell="1" allowOverlap="1" wp14:anchorId="5674841A" wp14:editId="4EFCCE7C">
          <wp:simplePos x="0" y="0"/>
          <wp:positionH relativeFrom="column">
            <wp:posOffset>4219575</wp:posOffset>
          </wp:positionH>
          <wp:positionV relativeFrom="paragraph">
            <wp:posOffset>-438785</wp:posOffset>
          </wp:positionV>
          <wp:extent cx="2384425" cy="697230"/>
          <wp:effectExtent l="0" t="0" r="0" b="0"/>
          <wp:wrapNone/>
          <wp:docPr id="2" name="Picture 1082254276"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82254276"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986021" w:rsidP="000172FD" w:rsidRDefault="00F96A83" w14:paraId="29CF11D3" w14:textId="2D8DB70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62353" behindDoc="1" locked="0" layoutInCell="1" allowOverlap="1" wp14:anchorId="7E55C465" wp14:editId="65E8A8DC">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652699370" name="Picture 652699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sidR="00986021">
      <w:rPr>
        <w:rFonts w:ascii="QBE Sans SemiBold" w:hAnsi="QBE Sans SemiBold" w:cs="QBE Sans SemiBold"/>
        <w:color w:val="002060"/>
        <w:sz w:val="36"/>
        <w:szCs w:val="36"/>
        <w:lang w:eastAsia="ko-KR"/>
      </w:rPr>
      <w:t>Loss Prevention Survey - Risk Report Form</w:t>
    </w:r>
  </w:p>
  <w:p w:rsidR="001670E7" w:rsidRDefault="001670E7" w14:paraId="11B39769" w14:textId="3FA0B9F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6212DD47" w14:textId="7777777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F96A83" w:rsidP="00F96A83" w:rsidRDefault="00F96A83" w14:paraId="6EBC2DD3"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66449" behindDoc="1" locked="0" layoutInCell="1" allowOverlap="1" wp14:anchorId="4436DA09" wp14:editId="075751C8">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365667274" name="Picture 1365667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4FB31B30" w14:textId="7526DB6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64EF3F8" w14:textId="7777777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407B85BC" w14:textId="7777777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F96A83" w:rsidP="00F96A83" w:rsidRDefault="00F96A83" w14:paraId="303BE5B7"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68497" behindDoc="1" locked="0" layoutInCell="1" allowOverlap="1" wp14:anchorId="04E866EA" wp14:editId="510C23CF">
          <wp:simplePos x="0" y="0"/>
          <wp:positionH relativeFrom="column">
            <wp:posOffset>8941937</wp:posOffset>
          </wp:positionH>
          <wp:positionV relativeFrom="paragraph">
            <wp:posOffset>-131445</wp:posOffset>
          </wp:positionV>
          <wp:extent cx="814070" cy="401320"/>
          <wp:effectExtent l="0" t="0" r="5080" b="0"/>
          <wp:wrapTight wrapText="bothSides">
            <wp:wrapPolygon edited="0">
              <wp:start x="0" y="0"/>
              <wp:lineTo x="0" y="20506"/>
              <wp:lineTo x="21229" y="20506"/>
              <wp:lineTo x="21229" y="0"/>
              <wp:lineTo x="0" y="0"/>
            </wp:wrapPolygon>
          </wp:wrapTight>
          <wp:docPr id="238312614" name="Picture 23831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1C2C5559" w14:textId="572136B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1670E7" w:rsidRDefault="00914A77" w14:paraId="7C27D25E" w14:textId="77777777">
    <w:pPr>
      <w:pStyle w:val="Header"/>
    </w:pPr>
    <w:r>
      <w:rPr>
        <w:noProof/>
      </w:rPr>
      <w:drawing>
        <wp:anchor distT="0" distB="0" distL="0" distR="0" simplePos="0" relativeHeight="251658243" behindDoc="1" locked="0" layoutInCell="1" allowOverlap="1" wp14:anchorId="6997B5AB" wp14:editId="7C2152DC">
          <wp:simplePos x="0" y="0"/>
          <wp:positionH relativeFrom="column">
            <wp:posOffset>7781925</wp:posOffset>
          </wp:positionH>
          <wp:positionV relativeFrom="paragraph">
            <wp:posOffset>-438785</wp:posOffset>
          </wp:positionV>
          <wp:extent cx="2384425" cy="697230"/>
          <wp:effectExtent l="0" t="0" r="0" b="0"/>
          <wp:wrapNone/>
          <wp:docPr id="19" name="Picture 703009585"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703009585"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1870E24" w14:textId="7777777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731D5F3B"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70545" behindDoc="1" locked="0" layoutInCell="1" allowOverlap="1" wp14:anchorId="48DB607B" wp14:editId="231126E0">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630509482" name="Picture 1630509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77EA4EAF" w14:textId="2524BBF9">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1670E7" w:rsidRDefault="00914A77" w14:paraId="555AEB63" w14:textId="77777777">
    <w:pPr>
      <w:pStyle w:val="Header"/>
    </w:pPr>
    <w:r>
      <w:rPr>
        <w:noProof/>
      </w:rPr>
      <w:drawing>
        <wp:anchor distT="0" distB="0" distL="0" distR="0" simplePos="0" relativeHeight="251658245" behindDoc="1" locked="0" layoutInCell="1" allowOverlap="1" wp14:anchorId="7359E22D" wp14:editId="5A46D2DB">
          <wp:simplePos x="0" y="0"/>
          <wp:positionH relativeFrom="column">
            <wp:posOffset>4219575</wp:posOffset>
          </wp:positionH>
          <wp:positionV relativeFrom="paragraph">
            <wp:posOffset>-438785</wp:posOffset>
          </wp:positionV>
          <wp:extent cx="2384425" cy="697230"/>
          <wp:effectExtent l="0" t="0" r="0" b="0"/>
          <wp:wrapNone/>
          <wp:docPr id="578281109" name="Picture 2034608314" descr="A logo with a ship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034608314" descr="A logo with a ship in the middle&#10;&#10;AI-generated content may be incorrect."/>
                  <pic:cNvPicPr>
                    <a:picLocks noChangeAspect="1" noChangeArrowheads="1"/>
                  </pic:cNvPicPr>
                </pic:nvPicPr>
                <pic:blipFill>
                  <a:blip r:embed="rId1"/>
                  <a:stretch>
                    <a:fillRect/>
                  </a:stretch>
                </pic:blipFill>
                <pic:spPr bwMode="auto">
                  <a:xfrm>
                    <a:off x="0" y="0"/>
                    <a:ext cx="2384425" cy="697230"/>
                  </a:xfrm>
                  <a:prstGeom prst="rect">
                    <a:avLst/>
                  </a:prstGeom>
                  <a:noFill/>
                </pic:spPr>
              </pic:pic>
            </a:graphicData>
          </a:graphic>
        </wp:anchor>
      </w:drawing>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2EA09126"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72593" behindDoc="1" locked="0" layoutInCell="1" allowOverlap="1" wp14:anchorId="60ED1BA5" wp14:editId="034A75AB">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258317051" name="Picture 258317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66F512AB" w14:textId="4B80FE17">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F3FB45B" w14:textId="77777777"/>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276BCCC7"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74641" behindDoc="1" locked="0" layoutInCell="1" allowOverlap="1" wp14:anchorId="6D9BB459" wp14:editId="0962B42B">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015888630" name="Picture 101588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72858208" w14:textId="5922CEFE">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4E67A998" w14:textId="77777777"/>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126DB99E"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76689" behindDoc="1" locked="0" layoutInCell="1" allowOverlap="1" wp14:anchorId="1676A8C2" wp14:editId="6134E374">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578095671" name="Picture 578095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2D0FA293" w14:textId="560ED77D">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3EB630CA" w14:textId="77777777"/>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986021" w:rsidR="004B375F" w:rsidP="004B375F" w:rsidRDefault="004B375F" w14:paraId="13FFCAEF" w14:textId="77777777">
    <w:pPr>
      <w:pStyle w:val="FrameContents"/>
      <w:widowControl w:val="0"/>
      <w:spacing w:after="0" w:line="216" w:lineRule="auto"/>
      <w:jc w:val="center"/>
      <w:rPr>
        <w:sz w:val="36"/>
        <w:szCs w:val="36"/>
      </w:rPr>
    </w:pPr>
    <w:r>
      <w:rPr>
        <w:rFonts w:ascii="Arial" w:hAnsi="Arial" w:eastAsia="Times New Roman" w:cs="Arial"/>
        <w:noProof/>
        <w:color w:val="000000"/>
        <w:sz w:val="17"/>
        <w:szCs w:val="17"/>
      </w:rPr>
      <w:drawing>
        <wp:anchor distT="0" distB="0" distL="114300" distR="114300" simplePos="0" relativeHeight="251678737" behindDoc="1" locked="0" layoutInCell="1" allowOverlap="1" wp14:anchorId="5718E121" wp14:editId="70819291">
          <wp:simplePos x="0" y="0"/>
          <wp:positionH relativeFrom="column">
            <wp:posOffset>5358809</wp:posOffset>
          </wp:positionH>
          <wp:positionV relativeFrom="paragraph">
            <wp:posOffset>-131652</wp:posOffset>
          </wp:positionV>
          <wp:extent cx="814070" cy="401320"/>
          <wp:effectExtent l="0" t="0" r="5080" b="0"/>
          <wp:wrapTight wrapText="bothSides">
            <wp:wrapPolygon edited="0">
              <wp:start x="0" y="0"/>
              <wp:lineTo x="0" y="20506"/>
              <wp:lineTo x="21229" y="20506"/>
              <wp:lineTo x="21229" y="0"/>
              <wp:lineTo x="0" y="0"/>
            </wp:wrapPolygon>
          </wp:wrapTight>
          <wp:docPr id="1102552300" name="Picture 110255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814070" cy="401320"/>
                  </a:xfrm>
                  <a:prstGeom prst="rect">
                    <a:avLst/>
                  </a:prstGeom>
                  <a:noFill/>
                  <a:ln>
                    <a:noFill/>
                  </a:ln>
                </pic:spPr>
              </pic:pic>
            </a:graphicData>
          </a:graphic>
          <wp14:sizeRelV relativeFrom="margin">
            <wp14:pctHeight>0</wp14:pctHeight>
          </wp14:sizeRelV>
        </wp:anchor>
      </w:drawing>
    </w:r>
    <w:r w:rsidRPr="00986021">
      <w:rPr>
        <w:rFonts w:ascii="QBE Sans SemiBold" w:hAnsi="QBE Sans SemiBold" w:cs="QBE Sans SemiBold"/>
        <w:color w:val="002060"/>
        <w:sz w:val="36"/>
        <w:szCs w:val="36"/>
        <w:lang w:eastAsia="ko-KR"/>
      </w:rPr>
      <w:t>Loss Prevention Survey - Risk Report Form</w:t>
    </w:r>
  </w:p>
  <w:p w:rsidR="001670E7" w:rsidRDefault="001670E7" w14:paraId="217BBB74" w14:textId="53663B5A">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70E7" w:rsidRDefault="001670E7" w14:paraId="019D4273"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A68F9"/>
    <w:multiLevelType w:val="multilevel"/>
    <w:tmpl w:val="CC86EFD6"/>
    <w:lvl w:ilvl="0">
      <w:start w:val="1"/>
      <w:numFmt w:val="bullet"/>
      <w:pStyle w:val="ListBullet2"/>
      <w:lvlText w:val=""/>
      <w:lvlJc w:val="left"/>
      <w:pPr>
        <w:tabs>
          <w:tab w:val="num" w:pos="720"/>
        </w:tabs>
        <w:ind w:left="720" w:hanging="360"/>
      </w:pPr>
      <w:rPr>
        <w:rFonts w:hint="default"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244EED"/>
    <w:multiLevelType w:val="hybridMultilevel"/>
    <w:tmpl w:val="547A51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5E51957"/>
    <w:multiLevelType w:val="multilevel"/>
    <w:tmpl w:val="871478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A98608C"/>
    <w:multiLevelType w:val="multilevel"/>
    <w:tmpl w:val="363CEF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A9E5A54"/>
    <w:multiLevelType w:val="hybridMultilevel"/>
    <w:tmpl w:val="D73A46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9E34F5"/>
    <w:multiLevelType w:val="multilevel"/>
    <w:tmpl w:val="980C98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2A251855"/>
    <w:multiLevelType w:val="multilevel"/>
    <w:tmpl w:val="C7CEB6AE"/>
    <w:lvl w:ilvl="0">
      <w:start w:val="1"/>
      <w:numFmt w:val="bullet"/>
      <w:pStyle w:val="ListBullet"/>
      <w:lvlText w:val=""/>
      <w:lvlJc w:val="left"/>
      <w:pPr>
        <w:tabs>
          <w:tab w:val="num" w:pos="360"/>
        </w:tabs>
        <w:ind w:left="360" w:hanging="360"/>
      </w:pPr>
      <w:rPr>
        <w:rFonts w:hint="default"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33B8467E"/>
    <w:multiLevelType w:val="multilevel"/>
    <w:tmpl w:val="425074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3D93719B"/>
    <w:multiLevelType w:val="multilevel"/>
    <w:tmpl w:val="3FCE0E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3FB5486A"/>
    <w:multiLevelType w:val="multilevel"/>
    <w:tmpl w:val="08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50F80EE7"/>
    <w:multiLevelType w:val="multilevel"/>
    <w:tmpl w:val="BC1C09FE"/>
    <w:lvl w:ilvl="0">
      <w:start w:val="1"/>
      <w:numFmt w:val="bullet"/>
      <w:pStyle w:val="ListBullet3"/>
      <w:lvlText w:val=""/>
      <w:lvlJc w:val="left"/>
      <w:pPr>
        <w:tabs>
          <w:tab w:val="num" w:pos="1080"/>
        </w:tabs>
        <w:ind w:left="1080" w:hanging="360"/>
      </w:pPr>
      <w:rPr>
        <w:rFonts w:hint="default"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5520629C"/>
    <w:multiLevelType w:val="hybridMultilevel"/>
    <w:tmpl w:val="33BC10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2647D7"/>
    <w:multiLevelType w:val="multilevel"/>
    <w:tmpl w:val="080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C311338"/>
    <w:multiLevelType w:val="multilevel"/>
    <w:tmpl w:val="EF762292"/>
    <w:lvl w:ilvl="0">
      <w:start w:val="1"/>
      <w:numFmt w:val="decimal"/>
      <w:pStyle w:val="ListNumber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1136E29"/>
    <w:multiLevelType w:val="multilevel"/>
    <w:tmpl w:val="DBB67C82"/>
    <w:lvl w:ilvl="0">
      <w:start w:val="1"/>
      <w:numFmt w:val="decimal"/>
      <w:pStyle w:val="ListNumb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626B6CBF"/>
    <w:multiLevelType w:val="multilevel"/>
    <w:tmpl w:val="E8B4E58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ind w:left="1440" w:hanging="360"/>
      </w:pPr>
      <w:rPr>
        <w:rFonts w:hint="default" w:ascii="Symbol" w:hAnsi="Symbol"/>
      </w:rPr>
    </w:lvl>
    <w:lvl w:ilvl="2">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A510046"/>
    <w:multiLevelType w:val="multilevel"/>
    <w:tmpl w:val="39887024"/>
    <w:lvl w:ilvl="0">
      <w:start w:val="1"/>
      <w:numFmt w:val="decimal"/>
      <w:pStyle w:val="ListNumber2"/>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116362952">
    <w:abstractNumId w:val="6"/>
  </w:num>
  <w:num w:numId="2" w16cid:durableId="259726671">
    <w:abstractNumId w:val="0"/>
  </w:num>
  <w:num w:numId="3" w16cid:durableId="1098405719">
    <w:abstractNumId w:val="10"/>
  </w:num>
  <w:num w:numId="4" w16cid:durableId="424037948">
    <w:abstractNumId w:val="14"/>
  </w:num>
  <w:num w:numId="5" w16cid:durableId="1499811887">
    <w:abstractNumId w:val="16"/>
  </w:num>
  <w:num w:numId="6" w16cid:durableId="238708900">
    <w:abstractNumId w:val="13"/>
  </w:num>
  <w:num w:numId="7" w16cid:durableId="1660231592">
    <w:abstractNumId w:val="12"/>
  </w:num>
  <w:num w:numId="8" w16cid:durableId="52969915">
    <w:abstractNumId w:val="11"/>
  </w:num>
  <w:num w:numId="9" w16cid:durableId="702169964">
    <w:abstractNumId w:val="15"/>
  </w:num>
  <w:num w:numId="10" w16cid:durableId="1147237099">
    <w:abstractNumId w:val="9"/>
  </w:num>
  <w:num w:numId="11" w16cid:durableId="450711154">
    <w:abstractNumId w:val="7"/>
  </w:num>
  <w:num w:numId="12" w16cid:durableId="613941701">
    <w:abstractNumId w:val="5"/>
  </w:num>
  <w:num w:numId="13" w16cid:durableId="148443717">
    <w:abstractNumId w:val="2"/>
  </w:num>
  <w:num w:numId="14" w16cid:durableId="1144465938">
    <w:abstractNumId w:val="3"/>
  </w:num>
  <w:num w:numId="15" w16cid:durableId="523832573">
    <w:abstractNumId w:val="8"/>
  </w:num>
  <w:num w:numId="16" w16cid:durableId="300622603">
    <w:abstractNumId w:val="4"/>
  </w:num>
  <w:num w:numId="17" w16cid:durableId="1772507865">
    <w:abstractNumId w:val="1"/>
  </w:num>
  <w:numIdMacAtCleanup w:val="1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trackRevisions w:val="false"/>
  <w:documentProtection w:edit="forms" w:enforcement="0"/>
  <w:defaultTabStop w:val="72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DYyMLYwM7IwNjI3NDFR0lEKTi0uzszPAykwNKwFAFzkDDAtAAAA"/>
  </w:docVars>
  <w:rsids>
    <w:rsidRoot w:val="001670E7"/>
    <w:rsid w:val="000013E7"/>
    <w:rsid w:val="00004BF6"/>
    <w:rsid w:val="000069EA"/>
    <w:rsid w:val="000079CF"/>
    <w:rsid w:val="00016372"/>
    <w:rsid w:val="000172FD"/>
    <w:rsid w:val="00017EC2"/>
    <w:rsid w:val="000300F6"/>
    <w:rsid w:val="0003696E"/>
    <w:rsid w:val="00040DAA"/>
    <w:rsid w:val="00046FB3"/>
    <w:rsid w:val="00055494"/>
    <w:rsid w:val="00056221"/>
    <w:rsid w:val="00061EE3"/>
    <w:rsid w:val="00063B1D"/>
    <w:rsid w:val="0007150D"/>
    <w:rsid w:val="00072ECB"/>
    <w:rsid w:val="00073A6B"/>
    <w:rsid w:val="0007517A"/>
    <w:rsid w:val="000971CD"/>
    <w:rsid w:val="00097FC4"/>
    <w:rsid w:val="000A29FF"/>
    <w:rsid w:val="000B125E"/>
    <w:rsid w:val="000B18E4"/>
    <w:rsid w:val="000B4E17"/>
    <w:rsid w:val="000C1D18"/>
    <w:rsid w:val="000C25E3"/>
    <w:rsid w:val="000C3A52"/>
    <w:rsid w:val="000C6D82"/>
    <w:rsid w:val="000D447D"/>
    <w:rsid w:val="000E560E"/>
    <w:rsid w:val="000E5FA3"/>
    <w:rsid w:val="000F3452"/>
    <w:rsid w:val="000F4F2D"/>
    <w:rsid w:val="00100F68"/>
    <w:rsid w:val="0010362A"/>
    <w:rsid w:val="001150B3"/>
    <w:rsid w:val="001174BC"/>
    <w:rsid w:val="00132ED4"/>
    <w:rsid w:val="00133C04"/>
    <w:rsid w:val="00141F46"/>
    <w:rsid w:val="00141F4B"/>
    <w:rsid w:val="00154E6D"/>
    <w:rsid w:val="00156A06"/>
    <w:rsid w:val="00156B22"/>
    <w:rsid w:val="001670E7"/>
    <w:rsid w:val="00171AE9"/>
    <w:rsid w:val="00171B5A"/>
    <w:rsid w:val="00176655"/>
    <w:rsid w:val="0018024B"/>
    <w:rsid w:val="00185FF2"/>
    <w:rsid w:val="00190C25"/>
    <w:rsid w:val="001A6D9B"/>
    <w:rsid w:val="001A7545"/>
    <w:rsid w:val="001B0FAE"/>
    <w:rsid w:val="001B1EFE"/>
    <w:rsid w:val="001C4CE4"/>
    <w:rsid w:val="001C505E"/>
    <w:rsid w:val="001F2977"/>
    <w:rsid w:val="001F2B75"/>
    <w:rsid w:val="001F3ADB"/>
    <w:rsid w:val="001F5803"/>
    <w:rsid w:val="001F58F4"/>
    <w:rsid w:val="001F7DCE"/>
    <w:rsid w:val="0022762F"/>
    <w:rsid w:val="002301CC"/>
    <w:rsid w:val="00232D5E"/>
    <w:rsid w:val="00246354"/>
    <w:rsid w:val="00246DED"/>
    <w:rsid w:val="002502ED"/>
    <w:rsid w:val="002535D6"/>
    <w:rsid w:val="00256802"/>
    <w:rsid w:val="00265894"/>
    <w:rsid w:val="002662A6"/>
    <w:rsid w:val="002723C8"/>
    <w:rsid w:val="002807B4"/>
    <w:rsid w:val="002863CD"/>
    <w:rsid w:val="00292029"/>
    <w:rsid w:val="00295FA1"/>
    <w:rsid w:val="002A232B"/>
    <w:rsid w:val="002A490A"/>
    <w:rsid w:val="002A5ADA"/>
    <w:rsid w:val="002B5149"/>
    <w:rsid w:val="002B6A79"/>
    <w:rsid w:val="002C1838"/>
    <w:rsid w:val="002C1CC8"/>
    <w:rsid w:val="002C5C94"/>
    <w:rsid w:val="002E5E69"/>
    <w:rsid w:val="002E7F1E"/>
    <w:rsid w:val="002F1C04"/>
    <w:rsid w:val="002F4184"/>
    <w:rsid w:val="002F5E52"/>
    <w:rsid w:val="002F7276"/>
    <w:rsid w:val="0030087B"/>
    <w:rsid w:val="00304614"/>
    <w:rsid w:val="00315082"/>
    <w:rsid w:val="0033164C"/>
    <w:rsid w:val="003343B2"/>
    <w:rsid w:val="00342951"/>
    <w:rsid w:val="00353257"/>
    <w:rsid w:val="00354B62"/>
    <w:rsid w:val="00363823"/>
    <w:rsid w:val="003810BD"/>
    <w:rsid w:val="00384BBF"/>
    <w:rsid w:val="00386E3D"/>
    <w:rsid w:val="00386EDF"/>
    <w:rsid w:val="00390337"/>
    <w:rsid w:val="003916E6"/>
    <w:rsid w:val="003A338E"/>
    <w:rsid w:val="003A3ACA"/>
    <w:rsid w:val="003B4ADE"/>
    <w:rsid w:val="003C776F"/>
    <w:rsid w:val="003E1248"/>
    <w:rsid w:val="003E3ACB"/>
    <w:rsid w:val="003E5CE4"/>
    <w:rsid w:val="003E5DAB"/>
    <w:rsid w:val="003F0908"/>
    <w:rsid w:val="003F1AF7"/>
    <w:rsid w:val="003F388F"/>
    <w:rsid w:val="00405E38"/>
    <w:rsid w:val="004119C1"/>
    <w:rsid w:val="00412015"/>
    <w:rsid w:val="00412F09"/>
    <w:rsid w:val="00414E1B"/>
    <w:rsid w:val="00421899"/>
    <w:rsid w:val="0043301B"/>
    <w:rsid w:val="0043760B"/>
    <w:rsid w:val="00440426"/>
    <w:rsid w:val="00443A85"/>
    <w:rsid w:val="004444F5"/>
    <w:rsid w:val="00446150"/>
    <w:rsid w:val="00446C68"/>
    <w:rsid w:val="00452A0C"/>
    <w:rsid w:val="004547A4"/>
    <w:rsid w:val="0046084F"/>
    <w:rsid w:val="004807A5"/>
    <w:rsid w:val="0048317E"/>
    <w:rsid w:val="0048733F"/>
    <w:rsid w:val="00487551"/>
    <w:rsid w:val="00490B97"/>
    <w:rsid w:val="004A5667"/>
    <w:rsid w:val="004A5D63"/>
    <w:rsid w:val="004A76E2"/>
    <w:rsid w:val="004B0DCF"/>
    <w:rsid w:val="004B2C92"/>
    <w:rsid w:val="004B2CCF"/>
    <w:rsid w:val="004B375F"/>
    <w:rsid w:val="004B44B6"/>
    <w:rsid w:val="004D359D"/>
    <w:rsid w:val="004E0AEB"/>
    <w:rsid w:val="004E0B69"/>
    <w:rsid w:val="004E3D85"/>
    <w:rsid w:val="004E7937"/>
    <w:rsid w:val="0050076F"/>
    <w:rsid w:val="00511A1D"/>
    <w:rsid w:val="00516E80"/>
    <w:rsid w:val="00517993"/>
    <w:rsid w:val="00523D69"/>
    <w:rsid w:val="00523E2A"/>
    <w:rsid w:val="00525C6F"/>
    <w:rsid w:val="00547CB5"/>
    <w:rsid w:val="00551AAF"/>
    <w:rsid w:val="00554BCE"/>
    <w:rsid w:val="005551D5"/>
    <w:rsid w:val="0056013C"/>
    <w:rsid w:val="00565376"/>
    <w:rsid w:val="00566886"/>
    <w:rsid w:val="005754C0"/>
    <w:rsid w:val="00576BD7"/>
    <w:rsid w:val="00593B5B"/>
    <w:rsid w:val="0059493A"/>
    <w:rsid w:val="00597862"/>
    <w:rsid w:val="005A758F"/>
    <w:rsid w:val="005B1770"/>
    <w:rsid w:val="005B3660"/>
    <w:rsid w:val="005E4890"/>
    <w:rsid w:val="005E49CB"/>
    <w:rsid w:val="005E6B8B"/>
    <w:rsid w:val="005F0AC1"/>
    <w:rsid w:val="005F4632"/>
    <w:rsid w:val="005F574A"/>
    <w:rsid w:val="00601882"/>
    <w:rsid w:val="0061261A"/>
    <w:rsid w:val="006165FA"/>
    <w:rsid w:val="00620F7E"/>
    <w:rsid w:val="00621498"/>
    <w:rsid w:val="006241A1"/>
    <w:rsid w:val="0062442D"/>
    <w:rsid w:val="00626621"/>
    <w:rsid w:val="0063719E"/>
    <w:rsid w:val="006409FA"/>
    <w:rsid w:val="00646184"/>
    <w:rsid w:val="006501E8"/>
    <w:rsid w:val="0065349E"/>
    <w:rsid w:val="00655D2C"/>
    <w:rsid w:val="006623E9"/>
    <w:rsid w:val="006626A3"/>
    <w:rsid w:val="00671F22"/>
    <w:rsid w:val="0067645D"/>
    <w:rsid w:val="00686CDC"/>
    <w:rsid w:val="00687152"/>
    <w:rsid w:val="00694774"/>
    <w:rsid w:val="00695B74"/>
    <w:rsid w:val="006A0CC3"/>
    <w:rsid w:val="006A14B0"/>
    <w:rsid w:val="006A2883"/>
    <w:rsid w:val="006B1FF9"/>
    <w:rsid w:val="006C0C44"/>
    <w:rsid w:val="006C799B"/>
    <w:rsid w:val="006D0BC5"/>
    <w:rsid w:val="006D35A1"/>
    <w:rsid w:val="006E5F85"/>
    <w:rsid w:val="00706E73"/>
    <w:rsid w:val="007115AD"/>
    <w:rsid w:val="0071344A"/>
    <w:rsid w:val="00734EF7"/>
    <w:rsid w:val="007351BB"/>
    <w:rsid w:val="00746D4C"/>
    <w:rsid w:val="00751008"/>
    <w:rsid w:val="00754139"/>
    <w:rsid w:val="007543C4"/>
    <w:rsid w:val="00754FA9"/>
    <w:rsid w:val="0075522E"/>
    <w:rsid w:val="00761E51"/>
    <w:rsid w:val="00766573"/>
    <w:rsid w:val="007703C7"/>
    <w:rsid w:val="007716E4"/>
    <w:rsid w:val="0077293A"/>
    <w:rsid w:val="007736FE"/>
    <w:rsid w:val="00780D51"/>
    <w:rsid w:val="0078644C"/>
    <w:rsid w:val="007900B0"/>
    <w:rsid w:val="007A201F"/>
    <w:rsid w:val="007A576E"/>
    <w:rsid w:val="007B18E2"/>
    <w:rsid w:val="007B326C"/>
    <w:rsid w:val="007B3F8A"/>
    <w:rsid w:val="007B451D"/>
    <w:rsid w:val="007E61CD"/>
    <w:rsid w:val="0080132F"/>
    <w:rsid w:val="00804C8C"/>
    <w:rsid w:val="00804F62"/>
    <w:rsid w:val="00806EC6"/>
    <w:rsid w:val="0080777E"/>
    <w:rsid w:val="008132DC"/>
    <w:rsid w:val="00815668"/>
    <w:rsid w:val="008205EB"/>
    <w:rsid w:val="00822300"/>
    <w:rsid w:val="00832D27"/>
    <w:rsid w:val="00837C42"/>
    <w:rsid w:val="008404CD"/>
    <w:rsid w:val="00845C1D"/>
    <w:rsid w:val="00850906"/>
    <w:rsid w:val="00854DA9"/>
    <w:rsid w:val="0086211F"/>
    <w:rsid w:val="00863882"/>
    <w:rsid w:val="0087326A"/>
    <w:rsid w:val="008739EB"/>
    <w:rsid w:val="0087493E"/>
    <w:rsid w:val="00884BB4"/>
    <w:rsid w:val="00885732"/>
    <w:rsid w:val="008A2F15"/>
    <w:rsid w:val="008A60C6"/>
    <w:rsid w:val="008C49D2"/>
    <w:rsid w:val="008D46EC"/>
    <w:rsid w:val="008D7731"/>
    <w:rsid w:val="008E1533"/>
    <w:rsid w:val="008E6626"/>
    <w:rsid w:val="008E7BCB"/>
    <w:rsid w:val="008F08E7"/>
    <w:rsid w:val="008F1DBB"/>
    <w:rsid w:val="008F7967"/>
    <w:rsid w:val="0090783D"/>
    <w:rsid w:val="00910FFD"/>
    <w:rsid w:val="00914A77"/>
    <w:rsid w:val="00916381"/>
    <w:rsid w:val="0092403F"/>
    <w:rsid w:val="009242DF"/>
    <w:rsid w:val="0092649F"/>
    <w:rsid w:val="00952F78"/>
    <w:rsid w:val="009575CA"/>
    <w:rsid w:val="0097488F"/>
    <w:rsid w:val="00980E6D"/>
    <w:rsid w:val="00981A95"/>
    <w:rsid w:val="00984F33"/>
    <w:rsid w:val="00986021"/>
    <w:rsid w:val="0099255B"/>
    <w:rsid w:val="00992655"/>
    <w:rsid w:val="009A2880"/>
    <w:rsid w:val="009A52D3"/>
    <w:rsid w:val="009B35FE"/>
    <w:rsid w:val="009B6873"/>
    <w:rsid w:val="009B6A08"/>
    <w:rsid w:val="009C3529"/>
    <w:rsid w:val="009C498E"/>
    <w:rsid w:val="009C77A3"/>
    <w:rsid w:val="009C7FF8"/>
    <w:rsid w:val="009D2FA6"/>
    <w:rsid w:val="009F03DC"/>
    <w:rsid w:val="009F4165"/>
    <w:rsid w:val="00A00654"/>
    <w:rsid w:val="00A05AAE"/>
    <w:rsid w:val="00A136B9"/>
    <w:rsid w:val="00A14C1E"/>
    <w:rsid w:val="00A234DB"/>
    <w:rsid w:val="00A273DC"/>
    <w:rsid w:val="00A35C07"/>
    <w:rsid w:val="00A370C2"/>
    <w:rsid w:val="00A4149C"/>
    <w:rsid w:val="00A514A2"/>
    <w:rsid w:val="00A51A48"/>
    <w:rsid w:val="00A53E0E"/>
    <w:rsid w:val="00A57642"/>
    <w:rsid w:val="00A74E20"/>
    <w:rsid w:val="00A76341"/>
    <w:rsid w:val="00A90195"/>
    <w:rsid w:val="00A96830"/>
    <w:rsid w:val="00AA25BC"/>
    <w:rsid w:val="00AA6C1C"/>
    <w:rsid w:val="00AB0BF6"/>
    <w:rsid w:val="00AB2078"/>
    <w:rsid w:val="00AB2C17"/>
    <w:rsid w:val="00AC7C3B"/>
    <w:rsid w:val="00AD3D73"/>
    <w:rsid w:val="00AD6958"/>
    <w:rsid w:val="00AE35B8"/>
    <w:rsid w:val="00AE764B"/>
    <w:rsid w:val="00AF16D5"/>
    <w:rsid w:val="00AF1FA4"/>
    <w:rsid w:val="00AF22DA"/>
    <w:rsid w:val="00AF46C6"/>
    <w:rsid w:val="00AF4BE5"/>
    <w:rsid w:val="00AF5703"/>
    <w:rsid w:val="00AF7152"/>
    <w:rsid w:val="00B077B2"/>
    <w:rsid w:val="00B07FD2"/>
    <w:rsid w:val="00B15CEC"/>
    <w:rsid w:val="00B33D75"/>
    <w:rsid w:val="00B40DEB"/>
    <w:rsid w:val="00B4312B"/>
    <w:rsid w:val="00B47E5F"/>
    <w:rsid w:val="00B530E8"/>
    <w:rsid w:val="00B5434A"/>
    <w:rsid w:val="00B55D55"/>
    <w:rsid w:val="00B57B04"/>
    <w:rsid w:val="00B65AAC"/>
    <w:rsid w:val="00B674BE"/>
    <w:rsid w:val="00B74680"/>
    <w:rsid w:val="00B75F11"/>
    <w:rsid w:val="00B76AB0"/>
    <w:rsid w:val="00B819EF"/>
    <w:rsid w:val="00B82B2A"/>
    <w:rsid w:val="00B857E2"/>
    <w:rsid w:val="00B857F0"/>
    <w:rsid w:val="00B86933"/>
    <w:rsid w:val="00B905AB"/>
    <w:rsid w:val="00B925F7"/>
    <w:rsid w:val="00B95210"/>
    <w:rsid w:val="00B97EA2"/>
    <w:rsid w:val="00BA1866"/>
    <w:rsid w:val="00BA24BF"/>
    <w:rsid w:val="00BA4A3C"/>
    <w:rsid w:val="00BA6186"/>
    <w:rsid w:val="00BC2E48"/>
    <w:rsid w:val="00BD5DAC"/>
    <w:rsid w:val="00BE0120"/>
    <w:rsid w:val="00BE39B6"/>
    <w:rsid w:val="00BF27B0"/>
    <w:rsid w:val="00C00098"/>
    <w:rsid w:val="00C00E60"/>
    <w:rsid w:val="00C04002"/>
    <w:rsid w:val="00C12C0F"/>
    <w:rsid w:val="00C13782"/>
    <w:rsid w:val="00C17D02"/>
    <w:rsid w:val="00C2789B"/>
    <w:rsid w:val="00C3121B"/>
    <w:rsid w:val="00C33B2B"/>
    <w:rsid w:val="00C35075"/>
    <w:rsid w:val="00C36B20"/>
    <w:rsid w:val="00C41B0A"/>
    <w:rsid w:val="00C41B83"/>
    <w:rsid w:val="00C44B62"/>
    <w:rsid w:val="00C47756"/>
    <w:rsid w:val="00C53E1A"/>
    <w:rsid w:val="00C556E2"/>
    <w:rsid w:val="00C66C93"/>
    <w:rsid w:val="00C702FC"/>
    <w:rsid w:val="00C713A0"/>
    <w:rsid w:val="00C71892"/>
    <w:rsid w:val="00C73259"/>
    <w:rsid w:val="00C74236"/>
    <w:rsid w:val="00C824A4"/>
    <w:rsid w:val="00C90A9D"/>
    <w:rsid w:val="00C92D04"/>
    <w:rsid w:val="00C94B15"/>
    <w:rsid w:val="00CA2398"/>
    <w:rsid w:val="00CB25AF"/>
    <w:rsid w:val="00CB4859"/>
    <w:rsid w:val="00CC263A"/>
    <w:rsid w:val="00CC72E9"/>
    <w:rsid w:val="00CE729B"/>
    <w:rsid w:val="00D00038"/>
    <w:rsid w:val="00D230D8"/>
    <w:rsid w:val="00D2581B"/>
    <w:rsid w:val="00D26638"/>
    <w:rsid w:val="00D27179"/>
    <w:rsid w:val="00D33D5D"/>
    <w:rsid w:val="00D418F5"/>
    <w:rsid w:val="00D527DD"/>
    <w:rsid w:val="00D53C03"/>
    <w:rsid w:val="00D61FBE"/>
    <w:rsid w:val="00D62A57"/>
    <w:rsid w:val="00D63A23"/>
    <w:rsid w:val="00D65388"/>
    <w:rsid w:val="00D806DD"/>
    <w:rsid w:val="00D808FE"/>
    <w:rsid w:val="00D817F7"/>
    <w:rsid w:val="00D830E6"/>
    <w:rsid w:val="00D84954"/>
    <w:rsid w:val="00D94970"/>
    <w:rsid w:val="00D96788"/>
    <w:rsid w:val="00D96C3E"/>
    <w:rsid w:val="00DA00F2"/>
    <w:rsid w:val="00DA06B4"/>
    <w:rsid w:val="00DA3C8E"/>
    <w:rsid w:val="00DA4D23"/>
    <w:rsid w:val="00DA61F7"/>
    <w:rsid w:val="00DA72C8"/>
    <w:rsid w:val="00DB2D7C"/>
    <w:rsid w:val="00DB3703"/>
    <w:rsid w:val="00DB4817"/>
    <w:rsid w:val="00DC141B"/>
    <w:rsid w:val="00DC29A4"/>
    <w:rsid w:val="00DC63F0"/>
    <w:rsid w:val="00DC6B31"/>
    <w:rsid w:val="00DD7907"/>
    <w:rsid w:val="00DF6757"/>
    <w:rsid w:val="00E00867"/>
    <w:rsid w:val="00E02441"/>
    <w:rsid w:val="00E03E88"/>
    <w:rsid w:val="00E05ED5"/>
    <w:rsid w:val="00E146BF"/>
    <w:rsid w:val="00E15B27"/>
    <w:rsid w:val="00E2219D"/>
    <w:rsid w:val="00E24C17"/>
    <w:rsid w:val="00E25AE7"/>
    <w:rsid w:val="00E300D0"/>
    <w:rsid w:val="00E31CD3"/>
    <w:rsid w:val="00E375CD"/>
    <w:rsid w:val="00E401A4"/>
    <w:rsid w:val="00E45A71"/>
    <w:rsid w:val="00E53337"/>
    <w:rsid w:val="00E55442"/>
    <w:rsid w:val="00E62E1E"/>
    <w:rsid w:val="00E652E1"/>
    <w:rsid w:val="00E721BB"/>
    <w:rsid w:val="00E734CB"/>
    <w:rsid w:val="00E745B1"/>
    <w:rsid w:val="00E777F8"/>
    <w:rsid w:val="00E8589A"/>
    <w:rsid w:val="00E94AF0"/>
    <w:rsid w:val="00EA4CFA"/>
    <w:rsid w:val="00EB4C7A"/>
    <w:rsid w:val="00EC74C0"/>
    <w:rsid w:val="00EE39E6"/>
    <w:rsid w:val="00EE66A8"/>
    <w:rsid w:val="00EF6FB3"/>
    <w:rsid w:val="00F02F04"/>
    <w:rsid w:val="00F168E2"/>
    <w:rsid w:val="00F20DFB"/>
    <w:rsid w:val="00F21E28"/>
    <w:rsid w:val="00F31805"/>
    <w:rsid w:val="00F43233"/>
    <w:rsid w:val="00F435A8"/>
    <w:rsid w:val="00F451C3"/>
    <w:rsid w:val="00F505A4"/>
    <w:rsid w:val="00F53B08"/>
    <w:rsid w:val="00F55FFA"/>
    <w:rsid w:val="00F64796"/>
    <w:rsid w:val="00F71D3E"/>
    <w:rsid w:val="00F72253"/>
    <w:rsid w:val="00F76364"/>
    <w:rsid w:val="00F818DD"/>
    <w:rsid w:val="00F873C3"/>
    <w:rsid w:val="00F9573B"/>
    <w:rsid w:val="00F96A83"/>
    <w:rsid w:val="00F97EFA"/>
    <w:rsid w:val="00FA352A"/>
    <w:rsid w:val="00FA732B"/>
    <w:rsid w:val="00FB079E"/>
    <w:rsid w:val="00FB0874"/>
    <w:rsid w:val="00FC02A1"/>
    <w:rsid w:val="00FD0472"/>
    <w:rsid w:val="00FD0938"/>
    <w:rsid w:val="00FD6E57"/>
    <w:rsid w:val="00FE1810"/>
    <w:rsid w:val="00FF0A9F"/>
    <w:rsid w:val="00FF20B5"/>
    <w:rsid w:val="6126F7B9"/>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36CE41"/>
  <w15:docId w15:val="{1FAC2EEE-6DF2-4497-8A91-E661C5F1D2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locked="1"/>
    <w:lsdException w:name="Plain Table 2" w:locked="1"/>
    <w:lsdException w:name="Plain Table 3" w:locked="1"/>
    <w:lsdException w:name="Plain Table 4" w:locked="1"/>
    <w:lsdException w:name="Plain Table 5" w:locked="1"/>
    <w:lsdException w:name="Grid Table Light" w:locked="1"/>
    <w:lsdException w:name="Grid Table 1 Light" w:locked="1"/>
    <w:lsdException w:name="Grid Table 2" w:locked="1"/>
    <w:lsdException w:name="Grid Table 3" w:locked="1"/>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200" w:line="276" w:lineRule="auto"/>
    </w:p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erChar" w:customStyle="1">
    <w:name w:val="Header Char"/>
    <w:basedOn w:val="DefaultParagraphFont"/>
    <w:link w:val="Header"/>
    <w:uiPriority w:val="99"/>
    <w:qFormat/>
    <w:rsid w:val="00E618BF"/>
  </w:style>
  <w:style w:type="character" w:styleId="FooterChar" w:customStyle="1">
    <w:name w:val="Footer Char"/>
    <w:basedOn w:val="DefaultParagraphFont"/>
    <w:link w:val="Footer"/>
    <w:uiPriority w:val="99"/>
    <w:qFormat/>
    <w:rsid w:val="00E618BF"/>
  </w:style>
  <w:style w:type="character" w:styleId="Heading1Char" w:customStyle="1">
    <w:name w:val="Heading 1 Char"/>
    <w:basedOn w:val="DefaultParagraphFont"/>
    <w:link w:val="Heading1"/>
    <w:uiPriority w:val="9"/>
    <w:qFormat/>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qFormat/>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qFormat/>
    <w:rsid w:val="00FC693F"/>
    <w:rPr>
      <w:rFonts w:asciiTheme="majorHAnsi" w:hAnsiTheme="majorHAnsi" w:eastAsiaTheme="majorEastAsia" w:cstheme="majorBidi"/>
      <w:b/>
      <w:bCs/>
      <w:color w:val="4F81BD" w:themeColor="accent1"/>
    </w:rPr>
  </w:style>
  <w:style w:type="character" w:styleId="TitleChar" w:customStyle="1">
    <w:name w:val="Title Char"/>
    <w:basedOn w:val="DefaultParagraphFont"/>
    <w:link w:val="Title"/>
    <w:uiPriority w:val="10"/>
    <w:qFormat/>
    <w:rsid w:val="00FC693F"/>
    <w:rPr>
      <w:rFonts w:asciiTheme="majorHAnsi" w:hAnsiTheme="majorHAnsi" w:eastAsiaTheme="majorEastAsia" w:cstheme="majorBidi"/>
      <w:color w:val="17365D" w:themeColor="text2" w:themeShade="BF"/>
      <w:spacing w:val="5"/>
      <w:kern w:val="2"/>
      <w:sz w:val="52"/>
      <w:szCs w:val="52"/>
    </w:rPr>
  </w:style>
  <w:style w:type="character" w:styleId="SubtitleChar" w:customStyle="1">
    <w:name w:val="Subtitle Char"/>
    <w:basedOn w:val="DefaultParagraphFont"/>
    <w:link w:val="Subtitle"/>
    <w:uiPriority w:val="11"/>
    <w:qFormat/>
    <w:rsid w:val="00FC693F"/>
    <w:rPr>
      <w:rFonts w:asciiTheme="majorHAnsi" w:hAnsiTheme="majorHAnsi" w:eastAsiaTheme="majorEastAsia" w:cstheme="majorBidi"/>
      <w:i/>
      <w:iCs/>
      <w:color w:val="4F81BD" w:themeColor="accent1"/>
      <w:spacing w:val="15"/>
      <w:sz w:val="24"/>
      <w:szCs w:val="24"/>
    </w:rPr>
  </w:style>
  <w:style w:type="character" w:styleId="BodyTextChar" w:customStyle="1">
    <w:name w:val="Body Text Char"/>
    <w:basedOn w:val="DefaultParagraphFont"/>
    <w:link w:val="BodyText"/>
    <w:uiPriority w:val="99"/>
    <w:qFormat/>
    <w:rsid w:val="00AA1D8D"/>
  </w:style>
  <w:style w:type="character" w:styleId="BodyText2Char" w:customStyle="1">
    <w:name w:val="Body Text 2 Char"/>
    <w:basedOn w:val="DefaultParagraphFont"/>
    <w:link w:val="BodyText2"/>
    <w:uiPriority w:val="99"/>
    <w:qFormat/>
    <w:rsid w:val="00AA1D8D"/>
  </w:style>
  <w:style w:type="character" w:styleId="BodyText3Char" w:customStyle="1">
    <w:name w:val="Body Text 3 Char"/>
    <w:basedOn w:val="DefaultParagraphFont"/>
    <w:link w:val="BodyText3"/>
    <w:uiPriority w:val="99"/>
    <w:qFormat/>
    <w:rsid w:val="00AA1D8D"/>
    <w:rPr>
      <w:sz w:val="16"/>
      <w:szCs w:val="16"/>
    </w:rPr>
  </w:style>
  <w:style w:type="character" w:styleId="MacroTextChar" w:customStyle="1">
    <w:name w:val="Macro Text Char"/>
    <w:basedOn w:val="DefaultParagraphFont"/>
    <w:link w:val="MacroText"/>
    <w:uiPriority w:val="99"/>
    <w:qFormat/>
    <w:rsid w:val="0029639D"/>
    <w:rPr>
      <w:rFonts w:ascii="Courier" w:hAnsi="Courier"/>
      <w:sz w:val="20"/>
      <w:szCs w:val="20"/>
    </w:rPr>
  </w:style>
  <w:style w:type="character" w:styleId="QuoteChar" w:customStyle="1">
    <w:name w:val="Quote Char"/>
    <w:basedOn w:val="DefaultParagraphFont"/>
    <w:link w:val="Quote"/>
    <w:uiPriority w:val="29"/>
    <w:qFormat/>
    <w:rsid w:val="00FC693F"/>
    <w:rPr>
      <w:i/>
      <w:iCs/>
      <w:color w:val="000000" w:themeColor="text1"/>
    </w:rPr>
  </w:style>
  <w:style w:type="character" w:styleId="Heading4Char" w:customStyle="1">
    <w:name w:val="Heading 4 Char"/>
    <w:basedOn w:val="DefaultParagraphFont"/>
    <w:link w:val="Heading4"/>
    <w:uiPriority w:val="9"/>
    <w:semiHidden/>
    <w:qFormat/>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qFormat/>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qFormat/>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qFormat/>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qFormat/>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qFormat/>
    <w:rsid w:val="00FC693F"/>
    <w:rPr>
      <w:rFonts w:asciiTheme="majorHAnsi" w:hAnsiTheme="majorHAnsi" w:eastAsiaTheme="majorEastAsia" w:cstheme="majorBidi"/>
      <w:i/>
      <w:iCs/>
      <w:color w:val="404040" w:themeColor="text1" w:themeTint="BF"/>
      <w:sz w:val="20"/>
      <w:szCs w:val="20"/>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character" w:styleId="IntenseQuoteChar" w:customStyle="1">
    <w:name w:val="Intense Quote Char"/>
    <w:basedOn w:val="DefaultParagraphFont"/>
    <w:link w:val="IntenseQuote"/>
    <w:uiPriority w:val="30"/>
    <w:qFormat/>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Heading" w:customStyle="1">
    <w:name w:val="Heading"/>
    <w:basedOn w:val="Normal"/>
    <w:next w:val="BodyText"/>
    <w:qFormat/>
    <w:locked/>
    <w:pPr>
      <w:keepNext/>
      <w:spacing w:before="240" w:after="120"/>
    </w:pPr>
    <w:rPr>
      <w:rFonts w:ascii="Liberation Sans" w:hAnsi="Liberation Sans" w:eastAsia="Noto Sans CJK SC" w:cs="Lohit Devanagari"/>
      <w:sz w:val="28"/>
      <w:szCs w:val="28"/>
    </w:rPr>
  </w:style>
  <w:style w:type="paragraph" w:styleId="BodyText">
    <w:name w:val="Body Text"/>
    <w:basedOn w:val="Normal"/>
    <w:link w:val="BodyTextChar"/>
    <w:uiPriority w:val="99"/>
    <w:unhideWhenUsed/>
    <w:rsid w:val="00AA1D8D"/>
    <w:pPr>
      <w:spacing w:after="120"/>
    </w:pPr>
  </w:style>
  <w:style w:type="paragraph" w:styleId="List">
    <w:name w:val="List"/>
    <w:basedOn w:val="Normal"/>
    <w:uiPriority w:val="99"/>
    <w:unhideWhenUsed/>
    <w:rsid w:val="00AA1D8D"/>
    <w:pPr>
      <w:ind w:left="360" w:hanging="360"/>
      <w:contextualSpacing/>
    </w:p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paragraph" w:styleId="Index" w:customStyle="1">
    <w:name w:val="Index"/>
    <w:basedOn w:val="Normal"/>
    <w:qFormat/>
    <w:locked/>
    <w:pPr>
      <w:suppressLineNumbers/>
    </w:pPr>
    <w:rPr>
      <w:rFonts w:cs="Lohit Devanagari"/>
    </w:rPr>
  </w:style>
  <w:style w:type="paragraph" w:styleId="HeaderandFooter" w:customStyle="1">
    <w:name w:val="Header and Footer"/>
    <w:basedOn w:val="Normal"/>
    <w:qFormat/>
    <w:lock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paragraph" w:styleId="NoSpacing">
    <w:name w:val="No Spacing"/>
    <w:uiPriority w:val="1"/>
    <w:qFormat/>
    <w:rsid w:val="00FC693F"/>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
      <w:sz w:val="52"/>
      <w:szCs w:val="52"/>
    </w:rPr>
  </w:style>
  <w:style w:type="paragraph" w:styleId="Subtitle">
    <w:name w:val="Subtitle"/>
    <w:basedOn w:val="Normal"/>
    <w:next w:val="Normal"/>
    <w:link w:val="SubtitleChar"/>
    <w:uiPriority w:val="11"/>
    <w:qFormat/>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2">
    <w:name w:val="Body Text 2"/>
    <w:basedOn w:val="Normal"/>
    <w:link w:val="BodyText2Char"/>
    <w:uiPriority w:val="99"/>
    <w:unhideWhenUsed/>
    <w:qFormat/>
    <w:rsid w:val="00AA1D8D"/>
    <w:pPr>
      <w:spacing w:after="120" w:line="480" w:lineRule="auto"/>
    </w:pPr>
  </w:style>
  <w:style w:type="paragraph" w:styleId="BodyText3">
    <w:name w:val="Body Text 3"/>
    <w:basedOn w:val="Normal"/>
    <w:link w:val="BodyText3Char"/>
    <w:uiPriority w:val="99"/>
    <w:unhideWhenUsed/>
    <w:qFormat/>
    <w:rsid w:val="00AA1D8D"/>
    <w:pPr>
      <w:spacing w:after="120"/>
    </w:pPr>
    <w:rPr>
      <w:sz w:val="16"/>
      <w:szCs w:val="16"/>
    </w:rPr>
  </w:style>
  <w:style w:type="paragraph" w:styleId="List2">
    <w:name w:val="List 2"/>
    <w:basedOn w:val="Normal"/>
    <w:uiPriority w:val="99"/>
    <w:unhideWhenUsed/>
    <w:qFormat/>
    <w:rsid w:val="00326F90"/>
    <w:pPr>
      <w:ind w:left="720" w:hanging="360"/>
      <w:contextualSpacing/>
    </w:pPr>
  </w:style>
  <w:style w:type="paragraph" w:styleId="List3">
    <w:name w:val="List 3"/>
    <w:basedOn w:val="Normal"/>
    <w:uiPriority w:val="99"/>
    <w:unhideWhenUsed/>
    <w:qFormat/>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6"/>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paragraph" w:styleId="IndexHeading">
    <w:name w:val="index heading"/>
    <w:basedOn w:val="Heading"/>
  </w:style>
  <w:style w:type="paragraph" w:styleId="TOCHeading">
    <w:name w:val="TOC Heading"/>
    <w:basedOn w:val="Heading1"/>
    <w:next w:val="Normal"/>
    <w:uiPriority w:val="39"/>
    <w:semiHidden/>
    <w:unhideWhenUsed/>
    <w:qFormat/>
    <w:rsid w:val="00FC693F"/>
    <w:pPr>
      <w:outlineLvl w:val="9"/>
    </w:pPr>
  </w:style>
  <w:style w:type="paragraph" w:styleId="NormalWeb">
    <w:name w:val="Normal (Web)"/>
    <w:basedOn w:val="Normal"/>
    <w:uiPriority w:val="99"/>
    <w:unhideWhenUsed/>
    <w:qFormat/>
    <w:rsid w:val="005E77CE"/>
    <w:pPr>
      <w:spacing w:beforeAutospacing="1" w:afterAutospacing="1" w:line="240" w:lineRule="auto"/>
    </w:pPr>
    <w:rPr>
      <w:rFonts w:ascii="Times New Roman" w:hAnsi="Times New Roman" w:eastAsia="Times New Roman" w:cs="Times New Roman"/>
      <w:sz w:val="24"/>
      <w:szCs w:val="24"/>
      <w:lang w:val="en-GB" w:eastAsia="en-GB"/>
    </w:rPr>
  </w:style>
  <w:style w:type="paragraph" w:styleId="Normal14" w:customStyle="1">
    <w:name w:val="Normal 14"/>
    <w:basedOn w:val="Normal"/>
    <w:qFormat/>
    <w:locked/>
    <w:rsid w:val="001E1FF3"/>
    <w:pPr>
      <w:tabs>
        <w:tab w:val="right" w:leader="dot" w:pos="9016"/>
      </w:tabs>
      <w:spacing w:after="100" w:line="240" w:lineRule="auto"/>
      <w:ind w:left="220"/>
    </w:pPr>
    <w:rPr>
      <w:rFonts w:ascii="Arial" w:hAnsi="Arial" w:eastAsiaTheme="minorHAnsi" w:cstheme="minorHAnsi"/>
      <w:szCs w:val="20"/>
    </w:rPr>
  </w:style>
  <w:style w:type="paragraph" w:styleId="FrameContents" w:customStyle="1">
    <w:name w:val="Frame Contents"/>
    <w:basedOn w:val="Normal"/>
    <w:qFormat/>
    <w:locked/>
  </w:style>
  <w:style w:type="table" w:styleId="TableGrid">
    <w:name w:val="Table Grid"/>
    <w:basedOn w:val="TableNormal"/>
    <w:uiPriority w:val="59"/>
    <w:locked/>
    <w:rsid w:val="00FC693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locked/>
    <w:rsid w:val="00FC693F"/>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locked/>
    <w:rsid w:val="00FC693F"/>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locked/>
    <w:rsid w:val="00FC693F"/>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locked/>
    <w:rsid w:val="00FC693F"/>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locked/>
    <w:rsid w:val="00FC693F"/>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locked/>
    <w:rsid w:val="00FC693F"/>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locked/>
    <w:rsid w:val="00FC693F"/>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locked/>
    <w:rsid w:val="00FC693F"/>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locked/>
    <w:rsid w:val="00FC693F"/>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locked/>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locked/>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locked/>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locked/>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locked/>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locked/>
    <w:rsid w:val="00CB0664"/>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locked/>
    <w:rsid w:val="00CB0664"/>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locked/>
    <w:rsid w:val="00CB0664"/>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locked/>
    <w:rsid w:val="00CB0664"/>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locked/>
    <w:rsid w:val="00CB0664"/>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locked/>
    <w:rsid w:val="00CB0664"/>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locked/>
    <w:rsid w:val="00CB0664"/>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locked/>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000000" w:themeColor="text1" w:sz="8" w:space="0"/>
          <w:left w:val="single" w:color="000000" w:themeColor="text1" w:sz="8" w:space="0"/>
          <w:bottom w:val="single" w:color="000000" w:themeColor="text1" w:sz="8" w:space="0"/>
          <w:right w:val="single" w:color="000000" w:themeColor="text1" w:sz="8" w:space="0"/>
          <w:insideH w:val="nil"/>
          <w:insideV w:val="nil"/>
        </w:tcBorders>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locked/>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locked/>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locked/>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locked/>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locked/>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locked/>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locked/>
    <w:rsid w:val="00CB0664"/>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locked/>
    <w:rsid w:val="00CB0664"/>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locked/>
    <w:rsid w:val="00CB0664"/>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locked/>
    <w:rsid w:val="00CB0664"/>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locked/>
    <w:rsid w:val="00CB0664"/>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locked/>
    <w:rsid w:val="00CB0664"/>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locked/>
    <w:rsid w:val="00CB0664"/>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locked/>
    <w:rsid w:val="00CB0664"/>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locked/>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locked/>
    <w:rsid w:val="00CB0664"/>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000000" w:themeColor="text1"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locked/>
    <w:rsid w:val="00CB0664"/>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4F81BD" w:themeColor="accent1"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locked/>
    <w:rsid w:val="00CB0664"/>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0504D" w:themeColor="accent2"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locked/>
    <w:rsid w:val="00CB0664"/>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9BBB59" w:themeColor="accent3"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locked/>
    <w:rsid w:val="00CB0664"/>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8064A2" w:themeColor="accent4"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locked/>
    <w:rsid w:val="00CB0664"/>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4BACC6" w:themeColor="accent5"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locked/>
    <w:rsid w:val="00CB0664"/>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79646" w:themeColor="accent6"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locked/>
    <w:rsid w:val="00CB0664"/>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locked/>
    <w:rsid w:val="00CB0664"/>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locked/>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locked/>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locked/>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locked/>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locked/>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locked/>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locked/>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locked/>
    <w:rsid w:val="00CB0664"/>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locked/>
    <w:rsid w:val="00CB0664"/>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4F81BD" w:themeColor="accent1"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locked/>
    <w:rsid w:val="00CB0664"/>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C0504D" w:themeColor="accent2"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locked/>
    <w:rsid w:val="00CB0664"/>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9BBB59" w:themeColor="accent3"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locked/>
    <w:rsid w:val="00CB0664"/>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8064A2" w:themeColor="accent4"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locked/>
    <w:rsid w:val="00CB0664"/>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4BACC6" w:themeColor="accent5"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locked/>
    <w:rsid w:val="00CB0664"/>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F79646" w:themeColor="accent6"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locked/>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locked/>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locked/>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locked/>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locked/>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locked/>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locked/>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locked/>
    <w:rsid w:val="00CB0664"/>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1Light-Accent51" w:customStyle="1">
    <w:name w:val="Grid Table 1 Light - Accent 51"/>
    <w:basedOn w:val="TableNormal"/>
    <w:uiPriority w:val="46"/>
    <w:locked/>
    <w:rsid w:val="002911E4"/>
    <w:rPr>
      <w:lang w:eastAsia="ko-KR"/>
    </w:rPr>
    <w:tblPr>
      <w:tblStyleRowBandSize w:val="1"/>
      <w:tblStyleColBandSize w:val="1"/>
      <w:tblBorders>
        <w:top w:val="single" w:color="D6EEFB" w:sz="4" w:space="0"/>
        <w:left w:val="single" w:color="D6EEFB" w:sz="4" w:space="0"/>
        <w:bottom w:val="single" w:color="D6EEFB" w:sz="4" w:space="0"/>
        <w:right w:val="single" w:color="D6EEFB" w:sz="4" w:space="0"/>
        <w:insideH w:val="single" w:color="D6EEFB" w:sz="4" w:space="0"/>
        <w:insideV w:val="single" w:color="D6EEFB" w:sz="4" w:space="0"/>
      </w:tblBorders>
    </w:tblPr>
    <w:tblStylePr w:type="firstRow">
      <w:rPr>
        <w:b/>
        <w:bCs/>
      </w:rPr>
      <w:tblPr/>
      <w:tcPr>
        <w:tcBorders>
          <w:bottom w:val="single" w:color="C1E6F9" w:sz="12" w:space="0"/>
        </w:tcBorders>
      </w:tcPr>
    </w:tblStylePr>
    <w:tblStylePr w:type="lastRow">
      <w:rPr>
        <w:b/>
        <w:bCs/>
      </w:rPr>
      <w:tblPr/>
      <w:tcPr>
        <w:tcBorders>
          <w:top w:val="double" w:color="C1E6F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2911E4"/>
    <w:tblPr>
      <w:tblStyleRowBandSize w:val="1"/>
      <w:tblStyleColBandSize w:val="1"/>
      <w:tblBorders>
        <w:top w:val="single" w:color="B6DDE8" w:themeColor="accent5" w:themeTint="66" w:sz="4" w:space="0"/>
        <w:left w:val="single" w:color="B6DDE8" w:themeColor="accent5" w:themeTint="66" w:sz="4" w:space="0"/>
        <w:bottom w:val="single" w:color="B6DDE8" w:themeColor="accent5" w:themeTint="66" w:sz="4" w:space="0"/>
        <w:right w:val="single" w:color="B6DDE8" w:themeColor="accent5" w:themeTint="66" w:sz="4" w:space="0"/>
        <w:insideH w:val="single" w:color="B6DDE8" w:themeColor="accent5" w:themeTint="66" w:sz="4" w:space="0"/>
        <w:insideV w:val="single" w:color="B6DDE8" w:themeColor="accent5" w:themeTint="66" w:sz="4" w:space="0"/>
      </w:tblBorders>
    </w:tblPr>
    <w:tblStylePr w:type="firstRow">
      <w:rPr>
        <w:b/>
        <w:bCs/>
      </w:rPr>
      <w:tblPr/>
      <w:tcPr>
        <w:tcBorders>
          <w:bottom w:val="single" w:color="4BACC6" w:themeColor="accent5" w:sz="12" w:space="0"/>
        </w:tcBorders>
      </w:tcPr>
    </w:tblStylePr>
    <w:tblStylePr w:type="lastRow">
      <w:rPr>
        <w:b/>
        <w:bCs/>
      </w:rPr>
      <w:tblPr/>
      <w:tcPr>
        <w:tcBorders>
          <w:top w:val="double" w:color="4BACC6" w:themeColor="accent5" w:sz="2" w:space="0"/>
        </w:tcBorders>
      </w:tcPr>
    </w:tblStylePr>
    <w:tblStylePr w:type="firstCol">
      <w:rPr>
        <w:b/>
        <w:bCs/>
      </w:rPr>
    </w:tblStylePr>
    <w:tblStylePr w:type="lastCol">
      <w:rPr>
        <w:b/>
        <w:bCs/>
      </w:rPr>
    </w:tblStylePr>
  </w:style>
  <w:style w:type="character" w:styleId="LineNumber">
    <w:name w:val="line number"/>
    <w:basedOn w:val="DefaultParagraphFont"/>
    <w:uiPriority w:val="99"/>
    <w:semiHidden/>
    <w:unhideWhenUsed/>
    <w:rsid w:val="00885732"/>
  </w:style>
  <w:style w:type="character" w:styleId="PlaceholderText">
    <w:name w:val="Placeholder Text"/>
    <w:basedOn w:val="DefaultParagraphFont"/>
    <w:uiPriority w:val="99"/>
    <w:semiHidden/>
    <w:rsid w:val="0041201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footer" Target="footer4.xml" Id="rId18" /><Relationship Type="http://schemas.openxmlformats.org/officeDocument/2006/relationships/header" Target="header8.xml" Id="rId26" /><Relationship Type="http://schemas.openxmlformats.org/officeDocument/2006/relationships/header" Target="header15.xml" Id="rId39" /><Relationship Type="http://schemas.openxmlformats.org/officeDocument/2006/relationships/footer" Target="footer6.xml" Id="rId21" /><Relationship Type="http://schemas.openxmlformats.org/officeDocument/2006/relationships/header" Target="header13.xml" Id="rId34" /><Relationship Type="http://schemas.openxmlformats.org/officeDocument/2006/relationships/header" Target="header16.xml" Id="rId42" /><Relationship Type="http://schemas.openxmlformats.org/officeDocument/2006/relationships/footer" Target="footer19.xml" Id="rId47" /><Relationship Type="http://schemas.openxmlformats.org/officeDocument/2006/relationships/header" Target="header20.xml" Id="rId50" /><Relationship Type="http://schemas.openxmlformats.org/officeDocument/2006/relationships/glossaryDocument" Target="glossary/document.xml" Id="rId55"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header" Target="header4.xml" Id="rId17" /><Relationship Type="http://schemas.openxmlformats.org/officeDocument/2006/relationships/footer" Target="footer8.xml" Id="rId25" /><Relationship Type="http://schemas.openxmlformats.org/officeDocument/2006/relationships/footer" Target="footer11.xml" Id="rId33" /><Relationship Type="http://schemas.openxmlformats.org/officeDocument/2006/relationships/footer" Target="footer14.xml" Id="rId38" /><Relationship Type="http://schemas.openxmlformats.org/officeDocument/2006/relationships/header" Target="header18.xml" Id="rId46"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header" Target="header5.xml" Id="rId20" /><Relationship Type="http://schemas.openxmlformats.org/officeDocument/2006/relationships/header" Target="header10.xml" Id="rId29" /><Relationship Type="http://schemas.openxmlformats.org/officeDocument/2006/relationships/footer" Target="footer16.xml" Id="rId41" /><Relationship Type="http://schemas.openxmlformats.org/officeDocument/2006/relationships/fontTable" Target="fontTable.xml" Id="rId54"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eader" Target="header7.xml" Id="rId24" /><Relationship Type="http://schemas.openxmlformats.org/officeDocument/2006/relationships/header" Target="header12.xml" Id="rId32" /><Relationship Type="http://schemas.openxmlformats.org/officeDocument/2006/relationships/footer" Target="footer13.xml" Id="rId37" /><Relationship Type="http://schemas.openxmlformats.org/officeDocument/2006/relationships/footer" Target="footer15.xml" Id="rId40" /><Relationship Type="http://schemas.openxmlformats.org/officeDocument/2006/relationships/footer" Target="footer18.xml" Id="rId45" /><Relationship Type="http://schemas.openxmlformats.org/officeDocument/2006/relationships/footer" Target="footer22.xml" Id="rId53"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footer" Target="footer7.xml" Id="rId23" /><Relationship Type="http://schemas.openxmlformats.org/officeDocument/2006/relationships/footer" Target="footer9.xml" Id="rId28" /><Relationship Type="http://schemas.openxmlformats.org/officeDocument/2006/relationships/header" Target="header14.xml" Id="rId36" /><Relationship Type="http://schemas.openxmlformats.org/officeDocument/2006/relationships/footer" Target="footer20.xml" Id="rId49" /><Relationship Type="http://schemas.openxmlformats.org/officeDocument/2006/relationships/endnotes" Target="endnotes.xml" Id="rId10" /><Relationship Type="http://schemas.openxmlformats.org/officeDocument/2006/relationships/footer" Target="footer5.xml" Id="rId19" /><Relationship Type="http://schemas.openxmlformats.org/officeDocument/2006/relationships/header" Target="header11.xml" Id="rId31" /><Relationship Type="http://schemas.openxmlformats.org/officeDocument/2006/relationships/header" Target="header17.xml" Id="rId44" /><Relationship Type="http://schemas.openxmlformats.org/officeDocument/2006/relationships/header" Target="header21.xml" Id="rId52"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 Type="http://schemas.openxmlformats.org/officeDocument/2006/relationships/header" Target="header6.xml" Id="rId22" /><Relationship Type="http://schemas.openxmlformats.org/officeDocument/2006/relationships/header" Target="header9.xml" Id="rId27" /><Relationship Type="http://schemas.openxmlformats.org/officeDocument/2006/relationships/footer" Target="footer10.xml" Id="rId30" /><Relationship Type="http://schemas.openxmlformats.org/officeDocument/2006/relationships/footer" Target="footer12.xml" Id="rId35" /><Relationship Type="http://schemas.openxmlformats.org/officeDocument/2006/relationships/footer" Target="footer17.xml" Id="rId43" /><Relationship Type="http://schemas.openxmlformats.org/officeDocument/2006/relationships/header" Target="header19.xml" Id="rId48" /><Relationship Type="http://schemas.openxmlformats.org/officeDocument/2006/relationships/theme" Target="theme/theme1.xml" Id="rId56" /><Relationship Type="http://schemas.openxmlformats.org/officeDocument/2006/relationships/webSettings" Target="webSettings.xml" Id="rId8" /><Relationship Type="http://schemas.openxmlformats.org/officeDocument/2006/relationships/footer" Target="footer21.xml" Id="rId51" /><Relationship Type="http://schemas.openxmlformats.org/officeDocument/2006/relationships/customXml" Target="../customXml/item3.xml" Id="rId3" /></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5.xml.rels><?xml version="1.0" encoding="UTF-8" standalone="yes"?>
<Relationships xmlns="http://schemas.openxmlformats.org/package/2006/relationships"><Relationship Id="rId1" Type="http://schemas.openxmlformats.org/officeDocument/2006/relationships/image" Target="media/image1.jpeg"/></Relationships>
</file>

<file path=word/_rels/footer6.xml.rels><?xml version="1.0" encoding="UTF-8" standalone="yes"?>
<Relationships xmlns="http://schemas.openxmlformats.org/package/2006/relationships"><Relationship Id="rId1" Type="http://schemas.openxmlformats.org/officeDocument/2006/relationships/image" Target="media/image1.jpeg"/></Relationships>
</file>

<file path=word/_rels/foot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footer9.xml.rels><?xml version="1.0" encoding="UTF-8" standalone="yes"?>
<Relationships xmlns="http://schemas.openxmlformats.org/package/2006/relationships"><Relationship Id="rId1" Type="http://schemas.openxmlformats.org/officeDocument/2006/relationships/image" Target="media/image1.jpeg"/></Relationships>
</file>

<file path=word/_rels/footer11.xml.rels><?xml version="1.0" encoding="UTF-8" standalone="yes"?>
<Relationships xmlns="http://schemas.openxmlformats.org/package/2006/relationships"><Relationship Id="rId1" Type="http://schemas.openxmlformats.org/officeDocument/2006/relationships/image" Target="media/image1.jpeg"/></Relationships>
</file>

<file path=word/_rels/footer14.xml.rels><?xml version="1.0" encoding="UTF-8" standalone="yes"?>
<Relationships xmlns="http://schemas.openxmlformats.org/package/2006/relationships"><Relationship Id="rId1" Type="http://schemas.openxmlformats.org/officeDocument/2006/relationships/image" Target="media/image1.jpeg"/></Relationships>
</file>

<file path=word/_rels/footer15.xml.rels><?xml version="1.0" encoding="UTF-8" standalone="yes"?>
<Relationships xmlns="http://schemas.openxmlformats.org/package/2006/relationships"><Relationship Id="rId1" Type="http://schemas.openxmlformats.org/officeDocument/2006/relationships/image" Target="media/image1.jpeg"/></Relationships>
</file>

<file path=word/_rels/footer16.xml.rels><?xml version="1.0" encoding="UTF-8" standalone="yes"?>
<Relationships xmlns="http://schemas.openxmlformats.org/package/2006/relationships"><Relationship Id="rId1" Type="http://schemas.openxmlformats.org/officeDocument/2006/relationships/image" Target="media/image1.jpeg"/></Relationships>
</file>

<file path=word/_rels/footer17.xml.rels><?xml version="1.0" encoding="UTF-8" standalone="yes"?>
<Relationships xmlns="http://schemas.openxmlformats.org/package/2006/relationships"><Relationship Id="rId1" Type="http://schemas.openxmlformats.org/officeDocument/2006/relationships/image" Target="media/image1.jpeg"/></Relationships>
</file>

<file path=word/_rels/footer19.xml.rels><?xml version="1.0" encoding="UTF-8" standalone="yes"?>
<Relationships xmlns="http://schemas.openxmlformats.org/package/2006/relationships"><Relationship Id="rId1" Type="http://schemas.openxmlformats.org/officeDocument/2006/relationships/image" Target="media/image1.jpeg"/></Relationships>
</file>

<file path=word/_rels/footer2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6.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9.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3.xml.rels><?xml version="1.0" encoding="UTF-8" standalone="yes"?>
<Relationships xmlns="http://schemas.openxmlformats.org/package/2006/relationships"><Relationship Id="rId1" Type="http://schemas.openxmlformats.org/officeDocument/2006/relationships/image" Target="media/image2.png"/></Relationships>
</file>

<file path=word/_rels/header14.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6.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18.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_rels/header20.xml.rels><?xml version="1.0" encoding="UTF-8" standalone="yes"?>
<Relationships xmlns="http://schemas.openxmlformats.org/package/2006/relationships"><Relationship Id="rId1" Type="http://schemas.openxmlformats.org/officeDocument/2006/relationships/image" Target="http://app-britishmarine.corp.qbe.com/BMSurveysApplication/documents/logo.jp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306B6D2-B110-45FB-A6A5-FEA23FCAE02B}"/>
      </w:docPartPr>
      <w:docPartBody>
        <w:p xmlns:wp14="http://schemas.microsoft.com/office/word/2010/wordml" w:rsidR="00D9013F" w:rsidRDefault="00B97EA2" w14:paraId="4C3E277F" wp14:textId="77777777">
          <w:r w:rsidRPr="00C64694">
            <w:rPr>
              <w:rStyle w:val="PlaceholderText"/>
            </w:rPr>
            <w:t>Click or tap here to enter text.</w:t>
          </w:r>
        </w:p>
      </w:docPartBody>
    </w:docPart>
    <w:docPart>
      <w:docPartPr>
        <w:name w:val="F28605F02BD742D49452A7882636AD29"/>
        <w:category>
          <w:name w:val="General"/>
          <w:gallery w:val="placeholder"/>
        </w:category>
        <w:types>
          <w:type w:val="bbPlcHdr"/>
        </w:types>
        <w:behaviors>
          <w:behavior w:val="content"/>
        </w:behaviors>
        <w:guid w:val="{06A41462-16E6-461A-AA02-C9FB51A2AB6D}"/>
      </w:docPartPr>
      <w:docPartBody>
        <w:p xmlns:wp14="http://schemas.microsoft.com/office/word/2010/wordml" w:rsidR="00505BF1" w:rsidP="000971CD" w:rsidRDefault="000971CD" w14:paraId="4F14D7C8" wp14:textId="77777777">
          <w:pPr>
            <w:pStyle w:val="F28605F02BD742D49452A7882636AD29"/>
          </w:pPr>
          <w:r w:rsidRPr="00C64694">
            <w:rPr>
              <w:rStyle w:val="PlaceholderText"/>
            </w:rPr>
            <w:t>Click or tap here to enter text.</w:t>
          </w:r>
        </w:p>
      </w:docPartBody>
    </w:docPart>
    <w:docPart>
      <w:docPartPr>
        <w:name w:val="5B2A13AA7C1043108C69412226E3DB62"/>
        <w:category>
          <w:name w:val="General"/>
          <w:gallery w:val="placeholder"/>
        </w:category>
        <w:types>
          <w:type w:val="bbPlcHdr"/>
        </w:types>
        <w:behaviors>
          <w:behavior w:val="content"/>
        </w:behaviors>
        <w:guid w:val="{6A24F945-6FE9-4B8C-9967-BF5F58032A23}"/>
      </w:docPartPr>
      <w:docPartBody>
        <w:p xmlns:wp14="http://schemas.microsoft.com/office/word/2010/wordml" w:rsidR="00505BF1" w:rsidP="000971CD" w:rsidRDefault="000971CD" w14:paraId="5362E849" wp14:textId="77777777">
          <w:pPr>
            <w:pStyle w:val="5B2A13AA7C1043108C69412226E3DB62"/>
          </w:pPr>
          <w:r w:rsidRPr="00C64694">
            <w:rPr>
              <w:rStyle w:val="PlaceholderText"/>
            </w:rPr>
            <w:t>Click or tap here to enter text.</w:t>
          </w:r>
        </w:p>
      </w:docPartBody>
    </w:docPart>
    <w:docPart>
      <w:docPartPr>
        <w:name w:val="FDC2617826334654B0F221A3E7CD4170"/>
        <w:category>
          <w:name w:val="General"/>
          <w:gallery w:val="placeholder"/>
        </w:category>
        <w:types>
          <w:type w:val="bbPlcHdr"/>
        </w:types>
        <w:behaviors>
          <w:behavior w:val="content"/>
        </w:behaviors>
        <w:guid w:val="{909BC105-C808-4775-BC2E-16409DDADFFA}"/>
      </w:docPartPr>
      <w:docPartBody>
        <w:p xmlns:wp14="http://schemas.microsoft.com/office/word/2010/wordml" w:rsidR="00505BF1" w:rsidP="000971CD" w:rsidRDefault="000971CD" w14:paraId="5B951852" wp14:textId="77777777">
          <w:pPr>
            <w:pStyle w:val="FDC2617826334654B0F221A3E7CD4170"/>
          </w:pPr>
          <w:r w:rsidRPr="00C64694">
            <w:rPr>
              <w:rStyle w:val="PlaceholderText"/>
            </w:rPr>
            <w:t>Click or tap here to enter text.</w:t>
          </w:r>
        </w:p>
      </w:docPartBody>
    </w:docPart>
    <w:docPart>
      <w:docPartPr>
        <w:name w:val="4E8DEF4A2D3D462884B05EAAD75EBEE9"/>
        <w:category>
          <w:name w:val="General"/>
          <w:gallery w:val="placeholder"/>
        </w:category>
        <w:types>
          <w:type w:val="bbPlcHdr"/>
        </w:types>
        <w:behaviors>
          <w:behavior w:val="content"/>
        </w:behaviors>
        <w:guid w:val="{4E2E3046-E2A1-404B-95B6-A1B71E232048}"/>
      </w:docPartPr>
      <w:docPartBody>
        <w:p xmlns:wp14="http://schemas.microsoft.com/office/word/2010/wordml" w:rsidR="00FC4D4B" w:rsidP="000B4E17" w:rsidRDefault="000B4E17" w14:paraId="2946BB5D" wp14:textId="77777777">
          <w:pPr>
            <w:pStyle w:val="4E8DEF4A2D3D462884B05EAAD75EBEE9"/>
          </w:pPr>
          <w:r w:rsidRPr="00C64694">
            <w:rPr>
              <w:rStyle w:val="PlaceholderText"/>
            </w:rPr>
            <w:t>Click or tap here to enter text.</w:t>
          </w:r>
        </w:p>
      </w:docPartBody>
    </w:docPart>
    <w:docPart>
      <w:docPartPr>
        <w:name w:val="DefaultPlaceholder_-1854013435"/>
        <w:category>
          <w:name w:val="General"/>
          <w:gallery w:val="placeholder"/>
        </w:category>
        <w:types>
          <w:type w:val="bbPlcHdr"/>
        </w:types>
        <w:behaviors>
          <w:behavior w:val="content"/>
        </w:behaviors>
        <w:guid w:val="{8984AFB5-7FDC-4DC6-BD61-A2FBF06D2152}"/>
      </w:docPartPr>
      <w:docPartBody>
        <w:p xmlns:wp14="http://schemas.microsoft.com/office/word/2010/wordml" w:rsidR="004E0AEB" w:rsidRDefault="004E0AEB" w14:paraId="3FBA781C" wp14:textId="77777777">
          <w:r w:rsidRPr="002A5985">
            <w:rPr>
              <w:rStyle w:val="PlaceholderText"/>
            </w:rPr>
            <w:t>Enter any content that you want to repeat, including other content controls. You can also insert this control around table rows in order to repeat parts of a table.</w:t>
          </w:r>
        </w:p>
      </w:docPartBody>
    </w:docPart>
    <w:docPart>
      <w:docPartPr>
        <w:name w:val="DA3DCADF6597455EBE05C677884B0A7D"/>
        <w:category>
          <w:name w:val="General"/>
          <w:gallery w:val="placeholder"/>
        </w:category>
        <w:types>
          <w:type w:val="bbPlcHdr"/>
        </w:types>
        <w:behaviors>
          <w:behavior w:val="content"/>
        </w:behaviors>
        <w:guid w:val="{87C04AD9-4DC0-44B9-AABF-34D9AA923F8A}"/>
      </w:docPartPr>
      <w:docPartBody>
        <w:p xmlns:wp14="http://schemas.microsoft.com/office/word/2010/wordml" w:rsidR="00AF4BE5" w:rsidP="00D27179" w:rsidRDefault="00D27179" w14:paraId="54FBB16C" wp14:textId="77777777">
          <w:pPr>
            <w:pStyle w:val="DA3DCADF6597455EBE05C677884B0A7D5"/>
          </w:pPr>
          <w:r w:rsidRPr="006242A6">
            <w:rPr>
              <w:rStyle w:val="PlaceholderText"/>
            </w:rPr>
            <w:t>Choose an item.</w:t>
          </w:r>
        </w:p>
      </w:docPartBody>
    </w:docPart>
    <w:docPart>
      <w:docPartPr>
        <w:name w:val="48BECBCBFF4A44B5815C841D750D3C9F"/>
        <w:category>
          <w:name w:val="General"/>
          <w:gallery w:val="placeholder"/>
        </w:category>
        <w:types>
          <w:type w:val="bbPlcHdr"/>
        </w:types>
        <w:behaviors>
          <w:behavior w:val="content"/>
        </w:behaviors>
        <w:guid w:val="{805D885A-0C25-4642-A480-AB8459C91ECF}"/>
      </w:docPartPr>
      <w:docPartBody>
        <w:p xmlns:wp14="http://schemas.microsoft.com/office/word/2010/wordml" w:rsidR="00AF4BE5" w:rsidP="00F43233" w:rsidRDefault="00F43233" w14:paraId="46E69C4A" wp14:textId="77777777">
          <w:pPr>
            <w:pStyle w:val="48BECBCBFF4A44B5815C841D750D3C9F"/>
          </w:pPr>
          <w:r w:rsidRPr="00C64694">
            <w:rPr>
              <w:rStyle w:val="PlaceholderText"/>
            </w:rPr>
            <w:t>Click or tap here to enter text.</w:t>
          </w:r>
        </w:p>
      </w:docPartBody>
    </w:docPart>
    <w:docPart>
      <w:docPartPr>
        <w:name w:val="43B2D4BB3DDA44A290B95A71878DD98C"/>
        <w:category>
          <w:name w:val="General"/>
          <w:gallery w:val="placeholder"/>
        </w:category>
        <w:types>
          <w:type w:val="bbPlcHdr"/>
        </w:types>
        <w:behaviors>
          <w:behavior w:val="content"/>
        </w:behaviors>
        <w:guid w:val="{988D82F7-5362-4BFE-9626-F3DBB42266C0}"/>
      </w:docPartPr>
      <w:docPartBody>
        <w:p xmlns:wp14="http://schemas.microsoft.com/office/word/2010/wordml" w:rsidR="00AF4BE5" w:rsidP="00D27179" w:rsidRDefault="00D27179" w14:paraId="37A642A9" wp14:textId="77777777">
          <w:pPr>
            <w:pStyle w:val="43B2D4BB3DDA44A290B95A71878DD98C5"/>
          </w:pPr>
          <w:r w:rsidRPr="00932A52">
            <w:rPr>
              <w:rStyle w:val="PlaceholderText"/>
            </w:rPr>
            <w:t>Choose an item.</w:t>
          </w:r>
        </w:p>
      </w:docPartBody>
    </w:docPart>
    <w:docPart>
      <w:docPartPr>
        <w:name w:val="63A136C9E119419A8EB1A478563D9119"/>
        <w:category>
          <w:name w:val="General"/>
          <w:gallery w:val="placeholder"/>
        </w:category>
        <w:types>
          <w:type w:val="bbPlcHdr"/>
        </w:types>
        <w:behaviors>
          <w:behavior w:val="content"/>
        </w:behaviors>
        <w:guid w:val="{9FF434EC-0479-4349-A8D7-19C26447D018}"/>
      </w:docPartPr>
      <w:docPartBody>
        <w:p xmlns:wp14="http://schemas.microsoft.com/office/word/2010/wordml" w:rsidR="00AF4BE5" w:rsidP="00D27179" w:rsidRDefault="00D27179" w14:paraId="30211418" wp14:textId="77777777">
          <w:pPr>
            <w:pStyle w:val="63A136C9E119419A8EB1A478563D91195"/>
          </w:pPr>
          <w:r w:rsidRPr="004C1EA9">
            <w:rPr>
              <w:rStyle w:val="PlaceholderText"/>
            </w:rPr>
            <w:t>Choose an item.</w:t>
          </w:r>
        </w:p>
      </w:docPartBody>
    </w:docPart>
    <w:docPart>
      <w:docPartPr>
        <w:name w:val="A57ECF11BE3646C087764B8E7E1BDD02"/>
        <w:category>
          <w:name w:val="General"/>
          <w:gallery w:val="placeholder"/>
        </w:category>
        <w:types>
          <w:type w:val="bbPlcHdr"/>
        </w:types>
        <w:behaviors>
          <w:behavior w:val="content"/>
        </w:behaviors>
        <w:guid w:val="{4B977FBE-D789-48DA-8BC3-9841872B3E7F}"/>
      </w:docPartPr>
      <w:docPartBody>
        <w:p xmlns:wp14="http://schemas.microsoft.com/office/word/2010/wordml" w:rsidR="00AF4BE5" w:rsidP="00D27179" w:rsidRDefault="00D27179" w14:paraId="7C5EBE31" wp14:textId="77777777">
          <w:pPr>
            <w:pStyle w:val="A57ECF11BE3646C087764B8E7E1BDD025"/>
          </w:pPr>
          <w:r w:rsidRPr="00932A52">
            <w:rPr>
              <w:rStyle w:val="PlaceholderText"/>
            </w:rPr>
            <w:t>Choose an item.</w:t>
          </w:r>
        </w:p>
      </w:docPartBody>
    </w:docPart>
    <w:docPart>
      <w:docPartPr>
        <w:name w:val="FB86BC8F45DC42C3B21902843820A2C2"/>
        <w:category>
          <w:name w:val="General"/>
          <w:gallery w:val="placeholder"/>
        </w:category>
        <w:types>
          <w:type w:val="bbPlcHdr"/>
        </w:types>
        <w:behaviors>
          <w:behavior w:val="content"/>
        </w:behaviors>
        <w:guid w:val="{42E36AA1-D9D2-400D-8D11-4A7E19EF10AF}"/>
      </w:docPartPr>
      <w:docPartBody>
        <w:p xmlns:wp14="http://schemas.microsoft.com/office/word/2010/wordml" w:rsidR="00AF4BE5" w:rsidP="00D27179" w:rsidRDefault="00D27179" w14:paraId="25058061" wp14:textId="77777777">
          <w:pPr>
            <w:pStyle w:val="FB86BC8F45DC42C3B21902843820A2C25"/>
          </w:pPr>
          <w:r w:rsidRPr="004C1EA9">
            <w:rPr>
              <w:rStyle w:val="PlaceholderText"/>
            </w:rPr>
            <w:t>Choose an item.</w:t>
          </w:r>
        </w:p>
      </w:docPartBody>
    </w:docPart>
    <w:docPart>
      <w:docPartPr>
        <w:name w:val="C62ED1A613AB460382EDC940ABA565A2"/>
        <w:category>
          <w:name w:val="General"/>
          <w:gallery w:val="placeholder"/>
        </w:category>
        <w:types>
          <w:type w:val="bbPlcHdr"/>
        </w:types>
        <w:behaviors>
          <w:behavior w:val="content"/>
        </w:behaviors>
        <w:guid w:val="{E146C3D6-3A12-4457-B7E6-4A5824DE565E}"/>
      </w:docPartPr>
      <w:docPartBody>
        <w:p xmlns:wp14="http://schemas.microsoft.com/office/word/2010/wordml" w:rsidR="00AF4BE5" w:rsidP="00D27179" w:rsidRDefault="00D27179" w14:paraId="05C06EF9" wp14:textId="77777777">
          <w:pPr>
            <w:pStyle w:val="C62ED1A613AB460382EDC940ABA565A25"/>
          </w:pPr>
          <w:r w:rsidRPr="00932A52">
            <w:rPr>
              <w:rStyle w:val="PlaceholderText"/>
            </w:rPr>
            <w:t>Choose an item.</w:t>
          </w:r>
        </w:p>
      </w:docPartBody>
    </w:docPart>
    <w:docPart>
      <w:docPartPr>
        <w:name w:val="25ACE23FFA3149F39B6B9C384C4F3CC6"/>
        <w:category>
          <w:name w:val="General"/>
          <w:gallery w:val="placeholder"/>
        </w:category>
        <w:types>
          <w:type w:val="bbPlcHdr"/>
        </w:types>
        <w:behaviors>
          <w:behavior w:val="content"/>
        </w:behaviors>
        <w:guid w:val="{074AFD3F-8301-464B-885B-0EC0A9D9B3EA}"/>
      </w:docPartPr>
      <w:docPartBody>
        <w:p xmlns:wp14="http://schemas.microsoft.com/office/word/2010/wordml" w:rsidR="00AF4BE5" w:rsidP="00D27179" w:rsidRDefault="00D27179" w14:paraId="6E992D02" wp14:textId="77777777">
          <w:pPr>
            <w:pStyle w:val="25ACE23FFA3149F39B6B9C384C4F3CC65"/>
          </w:pPr>
          <w:r w:rsidRPr="004C1EA9">
            <w:rPr>
              <w:rStyle w:val="PlaceholderText"/>
            </w:rPr>
            <w:t>Choose an item.</w:t>
          </w:r>
        </w:p>
      </w:docPartBody>
    </w:docPart>
    <w:docPart>
      <w:docPartPr>
        <w:name w:val="C5F734915E7F45A68F3FD25F942DB8A6"/>
        <w:category>
          <w:name w:val="General"/>
          <w:gallery w:val="placeholder"/>
        </w:category>
        <w:types>
          <w:type w:val="bbPlcHdr"/>
        </w:types>
        <w:behaviors>
          <w:behavior w:val="content"/>
        </w:behaviors>
        <w:guid w:val="{A795A61B-A113-4D93-93D2-3C330095C0BB}"/>
      </w:docPartPr>
      <w:docPartBody>
        <w:p xmlns:wp14="http://schemas.microsoft.com/office/word/2010/wordml" w:rsidR="00AF4BE5" w:rsidP="00D27179" w:rsidRDefault="00D27179" w14:paraId="31B2D352" wp14:textId="77777777">
          <w:pPr>
            <w:pStyle w:val="C5F734915E7F45A68F3FD25F942DB8A65"/>
          </w:pPr>
          <w:r w:rsidRPr="00932A52">
            <w:rPr>
              <w:rStyle w:val="PlaceholderText"/>
            </w:rPr>
            <w:t>Choose an item.</w:t>
          </w:r>
        </w:p>
      </w:docPartBody>
    </w:docPart>
    <w:docPart>
      <w:docPartPr>
        <w:name w:val="E60F552AF1894517BF430B4D9388E6A1"/>
        <w:category>
          <w:name w:val="General"/>
          <w:gallery w:val="placeholder"/>
        </w:category>
        <w:types>
          <w:type w:val="bbPlcHdr"/>
        </w:types>
        <w:behaviors>
          <w:behavior w:val="content"/>
        </w:behaviors>
        <w:guid w:val="{31F8B4E3-9853-4151-98D5-F1A055B64FA1}"/>
      </w:docPartPr>
      <w:docPartBody>
        <w:p xmlns:wp14="http://schemas.microsoft.com/office/word/2010/wordml" w:rsidR="00AF4BE5" w:rsidP="00D27179" w:rsidRDefault="00D27179" w14:paraId="16F0F22A" wp14:textId="77777777">
          <w:pPr>
            <w:pStyle w:val="E60F552AF1894517BF430B4D9388E6A15"/>
          </w:pPr>
          <w:r w:rsidRPr="004C1EA9">
            <w:rPr>
              <w:rStyle w:val="PlaceholderText"/>
            </w:rPr>
            <w:t>Choose an item.</w:t>
          </w:r>
        </w:p>
      </w:docPartBody>
    </w:docPart>
    <w:docPart>
      <w:docPartPr>
        <w:name w:val="9A7B24678F374E8E8A626C943E22490E"/>
        <w:category>
          <w:name w:val="General"/>
          <w:gallery w:val="placeholder"/>
        </w:category>
        <w:types>
          <w:type w:val="bbPlcHdr"/>
        </w:types>
        <w:behaviors>
          <w:behavior w:val="content"/>
        </w:behaviors>
        <w:guid w:val="{23D3E967-90AD-49F0-B14D-30F6856EA90F}"/>
      </w:docPartPr>
      <w:docPartBody>
        <w:p xmlns:wp14="http://schemas.microsoft.com/office/word/2010/wordml" w:rsidR="00AF4BE5" w:rsidP="00D27179" w:rsidRDefault="00D27179" w14:paraId="44CF066B" wp14:textId="77777777">
          <w:pPr>
            <w:pStyle w:val="9A7B24678F374E8E8A626C943E22490E5"/>
          </w:pPr>
          <w:r w:rsidRPr="00932A52">
            <w:rPr>
              <w:rStyle w:val="PlaceholderText"/>
            </w:rPr>
            <w:t>Choose an item.</w:t>
          </w:r>
        </w:p>
      </w:docPartBody>
    </w:docPart>
    <w:docPart>
      <w:docPartPr>
        <w:name w:val="8F9457A5A7204B86B74A49FB1A90AC47"/>
        <w:category>
          <w:name w:val="General"/>
          <w:gallery w:val="placeholder"/>
        </w:category>
        <w:types>
          <w:type w:val="bbPlcHdr"/>
        </w:types>
        <w:behaviors>
          <w:behavior w:val="content"/>
        </w:behaviors>
        <w:guid w:val="{4F1096A6-2FDA-44BB-A719-C117C9F784CD}"/>
      </w:docPartPr>
      <w:docPartBody>
        <w:p xmlns:wp14="http://schemas.microsoft.com/office/word/2010/wordml" w:rsidR="00AF4BE5" w:rsidP="00D27179" w:rsidRDefault="00D27179" w14:paraId="5ED4830D" wp14:textId="77777777">
          <w:pPr>
            <w:pStyle w:val="8F9457A5A7204B86B74A49FB1A90AC475"/>
          </w:pPr>
          <w:r w:rsidRPr="004C1EA9">
            <w:rPr>
              <w:rStyle w:val="PlaceholderText"/>
            </w:rPr>
            <w:t>Choose an item.</w:t>
          </w:r>
        </w:p>
      </w:docPartBody>
    </w:docPart>
    <w:docPart>
      <w:docPartPr>
        <w:name w:val="59F4DF87A9F74F049460131BA33E6FA7"/>
        <w:category>
          <w:name w:val="General"/>
          <w:gallery w:val="placeholder"/>
        </w:category>
        <w:types>
          <w:type w:val="bbPlcHdr"/>
        </w:types>
        <w:behaviors>
          <w:behavior w:val="content"/>
        </w:behaviors>
        <w:guid w:val="{DD703DE4-F627-450C-B772-EA8370E2880B}"/>
      </w:docPartPr>
      <w:docPartBody>
        <w:p xmlns:wp14="http://schemas.microsoft.com/office/word/2010/wordml" w:rsidR="00AF4BE5" w:rsidP="00D27179" w:rsidRDefault="00D27179" w14:paraId="658D8ED4" wp14:textId="77777777">
          <w:pPr>
            <w:pStyle w:val="59F4DF87A9F74F049460131BA33E6FA75"/>
          </w:pPr>
          <w:r w:rsidRPr="00932A52">
            <w:rPr>
              <w:rStyle w:val="PlaceholderText"/>
            </w:rPr>
            <w:t>Choose an item.</w:t>
          </w:r>
        </w:p>
      </w:docPartBody>
    </w:docPart>
    <w:docPart>
      <w:docPartPr>
        <w:name w:val="3E836076F2EF41388929DEF3ED71890D"/>
        <w:category>
          <w:name w:val="General"/>
          <w:gallery w:val="placeholder"/>
        </w:category>
        <w:types>
          <w:type w:val="bbPlcHdr"/>
        </w:types>
        <w:behaviors>
          <w:behavior w:val="content"/>
        </w:behaviors>
        <w:guid w:val="{6872CB18-405B-443D-A75A-D1F62A6FCC76}"/>
      </w:docPartPr>
      <w:docPartBody>
        <w:p xmlns:wp14="http://schemas.microsoft.com/office/word/2010/wordml" w:rsidR="00AF4BE5" w:rsidP="00D27179" w:rsidRDefault="00D27179" w14:paraId="01BBD84A" wp14:textId="77777777">
          <w:pPr>
            <w:pStyle w:val="3E836076F2EF41388929DEF3ED71890D5"/>
          </w:pPr>
          <w:r w:rsidRPr="004C1EA9">
            <w:rPr>
              <w:rStyle w:val="PlaceholderText"/>
            </w:rPr>
            <w:t>Choose an item.</w:t>
          </w:r>
        </w:p>
      </w:docPartBody>
    </w:docPart>
    <w:docPart>
      <w:docPartPr>
        <w:name w:val="C274C5E8F70243D694A302C738ABDB0F"/>
        <w:category>
          <w:name w:val="General"/>
          <w:gallery w:val="placeholder"/>
        </w:category>
        <w:types>
          <w:type w:val="bbPlcHdr"/>
        </w:types>
        <w:behaviors>
          <w:behavior w:val="content"/>
        </w:behaviors>
        <w:guid w:val="{6FC220C9-93D2-4A5F-8EFC-E5FC0A77BC36}"/>
      </w:docPartPr>
      <w:docPartBody>
        <w:p xmlns:wp14="http://schemas.microsoft.com/office/word/2010/wordml" w:rsidR="00AF4BE5" w:rsidP="00D27179" w:rsidRDefault="00D27179" w14:paraId="7494F12D" wp14:textId="77777777">
          <w:pPr>
            <w:pStyle w:val="C274C5E8F70243D694A302C738ABDB0F5"/>
          </w:pPr>
          <w:r w:rsidRPr="006242A6">
            <w:rPr>
              <w:rStyle w:val="PlaceholderText"/>
            </w:rPr>
            <w:t>Choose an item.</w:t>
          </w:r>
        </w:p>
      </w:docPartBody>
    </w:docPart>
    <w:docPart>
      <w:docPartPr>
        <w:name w:val="BEA0D1ACACBB4E978761BA08B37B4B4E"/>
        <w:category>
          <w:name w:val="General"/>
          <w:gallery w:val="placeholder"/>
        </w:category>
        <w:types>
          <w:type w:val="bbPlcHdr"/>
        </w:types>
        <w:behaviors>
          <w:behavior w:val="content"/>
        </w:behaviors>
        <w:guid w:val="{55D3075D-6313-4370-917B-09103972E1C0}"/>
      </w:docPartPr>
      <w:docPartBody>
        <w:p xmlns:wp14="http://schemas.microsoft.com/office/word/2010/wordml" w:rsidR="00AF4BE5" w:rsidP="00D27179" w:rsidRDefault="00D27179" w14:paraId="086CD67F" wp14:textId="77777777">
          <w:pPr>
            <w:pStyle w:val="BEA0D1ACACBB4E978761BA08B37B4B4E5"/>
          </w:pPr>
          <w:r w:rsidRPr="006242A6">
            <w:rPr>
              <w:rStyle w:val="PlaceholderText"/>
            </w:rPr>
            <w:t>Choose an item.</w:t>
          </w:r>
        </w:p>
      </w:docPartBody>
    </w:docPart>
    <w:docPart>
      <w:docPartPr>
        <w:name w:val="BD715E1C576940728013289751EE6F4A"/>
        <w:category>
          <w:name w:val="General"/>
          <w:gallery w:val="placeholder"/>
        </w:category>
        <w:types>
          <w:type w:val="bbPlcHdr"/>
        </w:types>
        <w:behaviors>
          <w:behavior w:val="content"/>
        </w:behaviors>
        <w:guid w:val="{9A741975-FA5F-4A09-886F-A5A313EE075D}"/>
      </w:docPartPr>
      <w:docPartBody>
        <w:p xmlns:wp14="http://schemas.microsoft.com/office/word/2010/wordml" w:rsidR="00AF4BE5" w:rsidP="00AF4BE5" w:rsidRDefault="00AF4BE5" w14:paraId="6FBA9631" wp14:textId="77777777">
          <w:pPr>
            <w:pStyle w:val="BD715E1C576940728013289751EE6F4A1"/>
          </w:pPr>
          <w:r w:rsidRPr="006242A6">
            <w:rPr>
              <w:rStyle w:val="PlaceholderText"/>
            </w:rPr>
            <w:t>Choose an item.</w:t>
          </w:r>
        </w:p>
      </w:docPartBody>
    </w:docPart>
    <w:docPart>
      <w:docPartPr>
        <w:name w:val="101E459D01ED4015A6B0830C84E6074D"/>
        <w:category>
          <w:name w:val="General"/>
          <w:gallery w:val="placeholder"/>
        </w:category>
        <w:types>
          <w:type w:val="bbPlcHdr"/>
        </w:types>
        <w:behaviors>
          <w:behavior w:val="content"/>
        </w:behaviors>
        <w:guid w:val="{62E2D6D6-6749-4AB9-ABEE-79077D4AE89D}"/>
      </w:docPartPr>
      <w:docPartBody>
        <w:p xmlns:wp14="http://schemas.microsoft.com/office/word/2010/wordml" w:rsidR="008942BF" w:rsidP="00D27179" w:rsidRDefault="00D27179" w14:paraId="4319954E" wp14:textId="77777777">
          <w:pPr>
            <w:pStyle w:val="101E459D01ED4015A6B0830C84E6074D5"/>
          </w:pPr>
          <w:r w:rsidRPr="00091B34">
            <w:rPr>
              <w:rStyle w:val="PlaceholderText"/>
            </w:rPr>
            <w:t>Choose an item.</w:t>
          </w:r>
        </w:p>
      </w:docPartBody>
    </w:docPart>
    <w:docPart>
      <w:docPartPr>
        <w:name w:val="0F187732661C48DF8267D6C8F70CAB34"/>
        <w:category>
          <w:name w:val="General"/>
          <w:gallery w:val="placeholder"/>
        </w:category>
        <w:types>
          <w:type w:val="bbPlcHdr"/>
        </w:types>
        <w:behaviors>
          <w:behavior w:val="content"/>
        </w:behaviors>
        <w:guid w:val="{52E0C1E2-FB57-48EE-9BCD-9CA29D7E2FAE}"/>
      </w:docPartPr>
      <w:docPartBody>
        <w:p xmlns:wp14="http://schemas.microsoft.com/office/word/2010/wordml" w:rsidR="008942BF" w:rsidP="00D27179" w:rsidRDefault="00D27179" w14:paraId="2D1DB36A" wp14:textId="77777777">
          <w:pPr>
            <w:pStyle w:val="0F187732661C48DF8267D6C8F70CAB345"/>
          </w:pPr>
          <w:r w:rsidRPr="006242A6">
            <w:rPr>
              <w:rStyle w:val="PlaceholderText"/>
            </w:rPr>
            <w:t>Choose an item.</w:t>
          </w:r>
        </w:p>
      </w:docPartBody>
    </w:docPart>
    <w:docPart>
      <w:docPartPr>
        <w:name w:val="BCB1D4E503974740835E19C5DCA033CA"/>
        <w:category>
          <w:name w:val="General"/>
          <w:gallery w:val="placeholder"/>
        </w:category>
        <w:types>
          <w:type w:val="bbPlcHdr"/>
        </w:types>
        <w:behaviors>
          <w:behavior w:val="content"/>
        </w:behaviors>
        <w:guid w:val="{865FCE68-3D38-4DFB-8F0B-48119DBE7E29}"/>
      </w:docPartPr>
      <w:docPartBody>
        <w:p xmlns:wp14="http://schemas.microsoft.com/office/word/2010/wordml" w:rsidR="008942BF" w:rsidP="00D27179" w:rsidRDefault="00D27179" w14:paraId="117B3504" wp14:textId="77777777">
          <w:pPr>
            <w:pStyle w:val="BCB1D4E503974740835E19C5DCA033CA5"/>
          </w:pPr>
          <w:r w:rsidRPr="008E3A1B">
            <w:rPr>
              <w:rStyle w:val="PlaceholderText"/>
            </w:rPr>
            <w:t>Choose an item.</w:t>
          </w:r>
        </w:p>
      </w:docPartBody>
    </w:docPart>
    <w:docPart>
      <w:docPartPr>
        <w:name w:val="6939948EFD414EEDAF8E7517BAC08B2F"/>
        <w:category>
          <w:name w:val="General"/>
          <w:gallery w:val="placeholder"/>
        </w:category>
        <w:types>
          <w:type w:val="bbPlcHdr"/>
        </w:types>
        <w:behaviors>
          <w:behavior w:val="content"/>
        </w:behaviors>
        <w:guid w:val="{E208EA0F-33F8-4997-9D96-17F8A92893E9}"/>
      </w:docPartPr>
      <w:docPartBody>
        <w:p xmlns:wp14="http://schemas.microsoft.com/office/word/2010/wordml" w:rsidR="008942BF" w:rsidP="00D27179" w:rsidRDefault="00D27179" w14:paraId="5C201682" wp14:textId="77777777">
          <w:pPr>
            <w:pStyle w:val="6939948EFD414EEDAF8E7517BAC08B2F5"/>
          </w:pPr>
          <w:r w:rsidRPr="006242A6">
            <w:rPr>
              <w:rStyle w:val="PlaceholderText"/>
            </w:rPr>
            <w:t>Choose an item.</w:t>
          </w:r>
        </w:p>
      </w:docPartBody>
    </w:docPart>
    <w:docPart>
      <w:docPartPr>
        <w:name w:val="8877CA34B1DB43E19CCE2D5EE48345F8"/>
        <w:category>
          <w:name w:val="General"/>
          <w:gallery w:val="placeholder"/>
        </w:category>
        <w:types>
          <w:type w:val="bbPlcHdr"/>
        </w:types>
        <w:behaviors>
          <w:behavior w:val="content"/>
        </w:behaviors>
        <w:guid w:val="{4E0C77FC-4270-4A13-9186-3CB68C75DB98}"/>
      </w:docPartPr>
      <w:docPartBody>
        <w:p xmlns:wp14="http://schemas.microsoft.com/office/word/2010/wordml" w:rsidR="008942BF" w:rsidP="00D27179" w:rsidRDefault="00D27179" w14:paraId="7D333AA0" wp14:textId="77777777">
          <w:pPr>
            <w:pStyle w:val="8877CA34B1DB43E19CCE2D5EE48345F85"/>
          </w:pPr>
          <w:r w:rsidRPr="008E3A1B">
            <w:rPr>
              <w:rStyle w:val="PlaceholderText"/>
            </w:rPr>
            <w:t>Choose an item.</w:t>
          </w:r>
        </w:p>
      </w:docPartBody>
    </w:docPart>
    <w:docPart>
      <w:docPartPr>
        <w:name w:val="3A0BAD1FB80B4FDB82FA05DEF211D6C2"/>
        <w:category>
          <w:name w:val="General"/>
          <w:gallery w:val="placeholder"/>
        </w:category>
        <w:types>
          <w:type w:val="bbPlcHdr"/>
        </w:types>
        <w:behaviors>
          <w:behavior w:val="content"/>
        </w:behaviors>
        <w:guid w:val="{03666816-E714-48FA-816B-0A83DE57BFD6}"/>
      </w:docPartPr>
      <w:docPartBody>
        <w:p xmlns:wp14="http://schemas.microsoft.com/office/word/2010/wordml" w:rsidR="008942BF" w:rsidP="00D27179" w:rsidRDefault="00D27179" w14:paraId="631F7CBC" wp14:textId="77777777">
          <w:pPr>
            <w:pStyle w:val="3A0BAD1FB80B4FDB82FA05DEF211D6C25"/>
          </w:pPr>
          <w:r w:rsidRPr="006242A6">
            <w:rPr>
              <w:rStyle w:val="PlaceholderText"/>
            </w:rPr>
            <w:t>Choose an item.</w:t>
          </w:r>
        </w:p>
      </w:docPartBody>
    </w:docPart>
    <w:docPart>
      <w:docPartPr>
        <w:name w:val="7077EFDF7ABB478AA8D2C26365C9B030"/>
        <w:category>
          <w:name w:val="General"/>
          <w:gallery w:val="placeholder"/>
        </w:category>
        <w:types>
          <w:type w:val="bbPlcHdr"/>
        </w:types>
        <w:behaviors>
          <w:behavior w:val="content"/>
        </w:behaviors>
        <w:guid w:val="{D84E19A7-B727-4E50-9A0A-68D77CEFBBE8}"/>
      </w:docPartPr>
      <w:docPartBody>
        <w:p xmlns:wp14="http://schemas.microsoft.com/office/word/2010/wordml" w:rsidR="008942BF" w:rsidP="00D27179" w:rsidRDefault="00D27179" w14:paraId="34DC1839" wp14:textId="77777777">
          <w:pPr>
            <w:pStyle w:val="7077EFDF7ABB478AA8D2C26365C9B0305"/>
          </w:pPr>
          <w:r w:rsidRPr="008E3A1B">
            <w:rPr>
              <w:rStyle w:val="PlaceholderText"/>
            </w:rPr>
            <w:t>Choose an item.</w:t>
          </w:r>
        </w:p>
      </w:docPartBody>
    </w:docPart>
    <w:docPart>
      <w:docPartPr>
        <w:name w:val="FAAC866915EB4797AE6401258525F7B2"/>
        <w:category>
          <w:name w:val="General"/>
          <w:gallery w:val="placeholder"/>
        </w:category>
        <w:types>
          <w:type w:val="bbPlcHdr"/>
        </w:types>
        <w:behaviors>
          <w:behavior w:val="content"/>
        </w:behaviors>
        <w:guid w:val="{24F42E0A-7DE9-484E-833F-CF4206AA9F04}"/>
      </w:docPartPr>
      <w:docPartBody>
        <w:p xmlns:wp14="http://schemas.microsoft.com/office/word/2010/wordml" w:rsidR="008942BF" w:rsidP="00D27179" w:rsidRDefault="00D27179" w14:paraId="6845146C" wp14:textId="77777777">
          <w:pPr>
            <w:pStyle w:val="FAAC866915EB4797AE6401258525F7B25"/>
          </w:pPr>
          <w:r w:rsidRPr="006242A6">
            <w:rPr>
              <w:rStyle w:val="PlaceholderText"/>
            </w:rPr>
            <w:t>Choose an item.</w:t>
          </w:r>
        </w:p>
      </w:docPartBody>
    </w:docPart>
    <w:docPart>
      <w:docPartPr>
        <w:name w:val="55799F9C67C447768495B9675ECEA268"/>
        <w:category>
          <w:name w:val="General"/>
          <w:gallery w:val="placeholder"/>
        </w:category>
        <w:types>
          <w:type w:val="bbPlcHdr"/>
        </w:types>
        <w:behaviors>
          <w:behavior w:val="content"/>
        </w:behaviors>
        <w:guid w:val="{0F714034-BC70-4D5E-92CB-9EA8AC732773}"/>
      </w:docPartPr>
      <w:docPartBody>
        <w:p xmlns:wp14="http://schemas.microsoft.com/office/word/2010/wordml" w:rsidR="008942BF" w:rsidP="00D27179" w:rsidRDefault="00D27179" w14:paraId="5FFC0D6E" wp14:textId="77777777">
          <w:pPr>
            <w:pStyle w:val="55799F9C67C447768495B9675ECEA2685"/>
          </w:pPr>
          <w:r w:rsidRPr="008E3A1B">
            <w:rPr>
              <w:rStyle w:val="PlaceholderText"/>
            </w:rPr>
            <w:t>Choose an item.</w:t>
          </w:r>
        </w:p>
      </w:docPartBody>
    </w:docPart>
    <w:docPart>
      <w:docPartPr>
        <w:name w:val="043A418AF9A140FE99FB78A23278D3CA"/>
        <w:category>
          <w:name w:val="General"/>
          <w:gallery w:val="placeholder"/>
        </w:category>
        <w:types>
          <w:type w:val="bbPlcHdr"/>
        </w:types>
        <w:behaviors>
          <w:behavior w:val="content"/>
        </w:behaviors>
        <w:guid w:val="{63E51826-CA66-4D50-9A27-DE4DA3FE897A}"/>
      </w:docPartPr>
      <w:docPartBody>
        <w:p xmlns:wp14="http://schemas.microsoft.com/office/word/2010/wordml" w:rsidR="008942BF" w:rsidP="00D27179" w:rsidRDefault="00D27179" w14:paraId="57A59658" wp14:textId="77777777">
          <w:pPr>
            <w:pStyle w:val="043A418AF9A140FE99FB78A23278D3CA5"/>
          </w:pPr>
          <w:r w:rsidRPr="006242A6">
            <w:rPr>
              <w:rStyle w:val="PlaceholderText"/>
            </w:rPr>
            <w:t>Choose an item.</w:t>
          </w:r>
        </w:p>
      </w:docPartBody>
    </w:docPart>
    <w:docPart>
      <w:docPartPr>
        <w:name w:val="972B5A501DC54DD68B80965B88D71E11"/>
        <w:category>
          <w:name w:val="General"/>
          <w:gallery w:val="placeholder"/>
        </w:category>
        <w:types>
          <w:type w:val="bbPlcHdr"/>
        </w:types>
        <w:behaviors>
          <w:behavior w:val="content"/>
        </w:behaviors>
        <w:guid w:val="{9DE3C6B2-D9F6-4FE5-8AE8-F2EB812CB703}"/>
      </w:docPartPr>
      <w:docPartBody>
        <w:p xmlns:wp14="http://schemas.microsoft.com/office/word/2010/wordml" w:rsidR="008942BF" w:rsidP="00D27179" w:rsidRDefault="00D27179" w14:paraId="4B095AE7" wp14:textId="77777777">
          <w:pPr>
            <w:pStyle w:val="972B5A501DC54DD68B80965B88D71E115"/>
          </w:pPr>
          <w:r w:rsidRPr="008E3A1B">
            <w:rPr>
              <w:rStyle w:val="PlaceholderText"/>
            </w:rPr>
            <w:t>Choose an item.</w:t>
          </w:r>
        </w:p>
      </w:docPartBody>
    </w:docPart>
    <w:docPart>
      <w:docPartPr>
        <w:name w:val="11665CFA35234EEAB70518F65B35D1CE"/>
        <w:category>
          <w:name w:val="General"/>
          <w:gallery w:val="placeholder"/>
        </w:category>
        <w:types>
          <w:type w:val="bbPlcHdr"/>
        </w:types>
        <w:behaviors>
          <w:behavior w:val="content"/>
        </w:behaviors>
        <w:guid w:val="{B3A0C4EF-7C19-48B9-85F8-39DBDD35DF98}"/>
      </w:docPartPr>
      <w:docPartBody>
        <w:p xmlns:wp14="http://schemas.microsoft.com/office/word/2010/wordml" w:rsidR="008942BF" w:rsidP="00AF4BE5" w:rsidRDefault="00AF4BE5" w14:paraId="5ED8C455" wp14:textId="77777777">
          <w:pPr>
            <w:pStyle w:val="11665CFA35234EEAB70518F65B35D1CE"/>
          </w:pPr>
          <w:r w:rsidRPr="00C64694">
            <w:rPr>
              <w:rStyle w:val="PlaceholderText"/>
            </w:rPr>
            <w:t>Click or tap here to enter text.</w:t>
          </w:r>
        </w:p>
      </w:docPartBody>
    </w:docPart>
    <w:docPart>
      <w:docPartPr>
        <w:name w:val="E57EDE7A2B1B4A8D943DA4A9C72889DC"/>
        <w:category>
          <w:name w:val="General"/>
          <w:gallery w:val="placeholder"/>
        </w:category>
        <w:types>
          <w:type w:val="bbPlcHdr"/>
        </w:types>
        <w:behaviors>
          <w:behavior w:val="content"/>
        </w:behaviors>
        <w:guid w:val="{F4441F5A-FBB1-4F2B-8536-E76E4047C2FD}"/>
      </w:docPartPr>
      <w:docPartBody>
        <w:p xmlns:wp14="http://schemas.microsoft.com/office/word/2010/wordml" w:rsidR="008942BF" w:rsidP="00AF4BE5" w:rsidRDefault="00AF4BE5" w14:paraId="6D91FE6C" wp14:textId="77777777">
          <w:pPr>
            <w:pStyle w:val="E57EDE7A2B1B4A8D943DA4A9C72889DC"/>
          </w:pPr>
          <w:r w:rsidRPr="00C64694">
            <w:rPr>
              <w:rStyle w:val="PlaceholderText"/>
            </w:rPr>
            <w:t>Click or tap here to enter text.</w:t>
          </w:r>
        </w:p>
      </w:docPartBody>
    </w:docPart>
    <w:docPart>
      <w:docPartPr>
        <w:name w:val="AFE1C44101BB4022A65908BDA2C4EA19"/>
        <w:category>
          <w:name w:val="General"/>
          <w:gallery w:val="placeholder"/>
        </w:category>
        <w:types>
          <w:type w:val="bbPlcHdr"/>
        </w:types>
        <w:behaviors>
          <w:behavior w:val="content"/>
        </w:behaviors>
        <w:guid w:val="{BA451F2F-6B83-4C03-99F0-D07F5E84A63F}"/>
      </w:docPartPr>
      <w:docPartBody>
        <w:p xmlns:wp14="http://schemas.microsoft.com/office/word/2010/wordml" w:rsidR="008942BF" w:rsidP="00AF4BE5" w:rsidRDefault="00AF4BE5" w14:paraId="72EE5986" wp14:textId="77777777">
          <w:pPr>
            <w:pStyle w:val="AFE1C44101BB4022A65908BDA2C4EA19"/>
          </w:pPr>
          <w:r w:rsidRPr="00C64694">
            <w:rPr>
              <w:rStyle w:val="PlaceholderText"/>
            </w:rPr>
            <w:t>Click or tap here to enter text.</w:t>
          </w:r>
        </w:p>
      </w:docPartBody>
    </w:docPart>
    <w:docPart>
      <w:docPartPr>
        <w:name w:val="E5D73A54B37349B4B96869DD73051C05"/>
        <w:category>
          <w:name w:val="General"/>
          <w:gallery w:val="placeholder"/>
        </w:category>
        <w:types>
          <w:type w:val="bbPlcHdr"/>
        </w:types>
        <w:behaviors>
          <w:behavior w:val="content"/>
        </w:behaviors>
        <w:guid w:val="{4708CDD7-B3CE-4A9B-9921-4997F4634165}"/>
      </w:docPartPr>
      <w:docPartBody>
        <w:p xmlns:wp14="http://schemas.microsoft.com/office/word/2010/wordml" w:rsidR="008942BF" w:rsidP="00AF4BE5" w:rsidRDefault="00AF4BE5" w14:paraId="01E0A917" wp14:textId="77777777">
          <w:pPr>
            <w:pStyle w:val="E5D73A54B37349B4B96869DD73051C05"/>
          </w:pPr>
          <w:r w:rsidRPr="00C64694">
            <w:rPr>
              <w:rStyle w:val="PlaceholderText"/>
            </w:rPr>
            <w:t>Click or tap here to enter text.</w:t>
          </w:r>
        </w:p>
      </w:docPartBody>
    </w:docPart>
    <w:docPart>
      <w:docPartPr>
        <w:name w:val="172CCC36BAF44680B6F42B1C26EF0837"/>
        <w:category>
          <w:name w:val="General"/>
          <w:gallery w:val="placeholder"/>
        </w:category>
        <w:types>
          <w:type w:val="bbPlcHdr"/>
        </w:types>
        <w:behaviors>
          <w:behavior w:val="content"/>
        </w:behaviors>
        <w:guid w:val="{1EDE307E-DF60-4A49-9899-D5DC47C5AF55}"/>
      </w:docPartPr>
      <w:docPartBody>
        <w:p xmlns:wp14="http://schemas.microsoft.com/office/word/2010/wordml" w:rsidR="008942BF" w:rsidP="00AF4BE5" w:rsidRDefault="00AF4BE5" w14:paraId="4F06CB8D" wp14:textId="77777777">
          <w:pPr>
            <w:pStyle w:val="172CCC36BAF44680B6F42B1C26EF0837"/>
          </w:pPr>
          <w:r w:rsidRPr="00C64694">
            <w:rPr>
              <w:rStyle w:val="PlaceholderText"/>
            </w:rPr>
            <w:t>Click or tap here to enter text.</w:t>
          </w:r>
        </w:p>
      </w:docPartBody>
    </w:docPart>
    <w:docPart>
      <w:docPartPr>
        <w:name w:val="1BDC642EBD7745108DC4246407791AC1"/>
        <w:category>
          <w:name w:val="General"/>
          <w:gallery w:val="placeholder"/>
        </w:category>
        <w:types>
          <w:type w:val="bbPlcHdr"/>
        </w:types>
        <w:behaviors>
          <w:behavior w:val="content"/>
        </w:behaviors>
        <w:guid w:val="{62781C24-C2C7-44EA-A089-0A9A58E6AAD1}"/>
      </w:docPartPr>
      <w:docPartBody>
        <w:p xmlns:wp14="http://schemas.microsoft.com/office/word/2010/wordml" w:rsidR="008942BF" w:rsidP="00AF4BE5" w:rsidRDefault="00AF4BE5" w14:paraId="03CDB35D" wp14:textId="77777777">
          <w:pPr>
            <w:pStyle w:val="1BDC642EBD7745108DC4246407791AC1"/>
          </w:pPr>
          <w:r w:rsidRPr="00C64694">
            <w:rPr>
              <w:rStyle w:val="PlaceholderText"/>
            </w:rPr>
            <w:t>Click or tap here to enter text.</w:t>
          </w:r>
        </w:p>
      </w:docPartBody>
    </w:docPart>
    <w:docPart>
      <w:docPartPr>
        <w:name w:val="1481DB378EC04481B0F7E277BFE8CADF"/>
        <w:category>
          <w:name w:val="General"/>
          <w:gallery w:val="placeholder"/>
        </w:category>
        <w:types>
          <w:type w:val="bbPlcHdr"/>
        </w:types>
        <w:behaviors>
          <w:behavior w:val="content"/>
        </w:behaviors>
        <w:guid w:val="{DF5E6476-1942-4DF8-9550-B031F6DBEA53}"/>
      </w:docPartPr>
      <w:docPartBody>
        <w:p xmlns:wp14="http://schemas.microsoft.com/office/word/2010/wordml" w:rsidR="008942BF" w:rsidP="00D27179" w:rsidRDefault="00D27179" w14:paraId="5D8D492E" wp14:textId="77777777">
          <w:pPr>
            <w:pStyle w:val="1481DB378EC04481B0F7E277BFE8CADF4"/>
          </w:pPr>
          <w:r w:rsidRPr="00091B34">
            <w:rPr>
              <w:rStyle w:val="PlaceholderText"/>
            </w:rPr>
            <w:t>Choose an item.</w:t>
          </w:r>
        </w:p>
      </w:docPartBody>
    </w:docPart>
    <w:docPart>
      <w:docPartPr>
        <w:name w:val="EA3CA45865D24A36960DD7A3F04CDDEC"/>
        <w:category>
          <w:name w:val="General"/>
          <w:gallery w:val="placeholder"/>
        </w:category>
        <w:types>
          <w:type w:val="bbPlcHdr"/>
        </w:types>
        <w:behaviors>
          <w:behavior w:val="content"/>
        </w:behaviors>
        <w:guid w:val="{5F5AE71F-2B84-435E-8679-E0BFF5FD8B2F}"/>
      </w:docPartPr>
      <w:docPartBody>
        <w:p xmlns:wp14="http://schemas.microsoft.com/office/word/2010/wordml" w:rsidR="008942BF" w:rsidP="00AF4BE5" w:rsidRDefault="00AF4BE5" w14:paraId="43B9CF38" wp14:textId="77777777">
          <w:pPr>
            <w:pStyle w:val="EA3CA45865D24A36960DD7A3F04CDDEC"/>
          </w:pPr>
          <w:r w:rsidRPr="00C64694">
            <w:rPr>
              <w:rStyle w:val="PlaceholderText"/>
            </w:rPr>
            <w:t>Click or tap here to enter text.</w:t>
          </w:r>
        </w:p>
      </w:docPartBody>
    </w:docPart>
    <w:docPart>
      <w:docPartPr>
        <w:name w:val="CBE8439AD83D4653A5128A95F1070771"/>
        <w:category>
          <w:name w:val="General"/>
          <w:gallery w:val="placeholder"/>
        </w:category>
        <w:types>
          <w:type w:val="bbPlcHdr"/>
        </w:types>
        <w:behaviors>
          <w:behavior w:val="content"/>
        </w:behaviors>
        <w:guid w:val="{5C91C121-BCF8-4CEA-9D27-51B8768B2C9E}"/>
      </w:docPartPr>
      <w:docPartBody>
        <w:p xmlns:wp14="http://schemas.microsoft.com/office/word/2010/wordml" w:rsidR="008942BF" w:rsidP="00AF4BE5" w:rsidRDefault="00AF4BE5" w14:paraId="5C06BDBB" wp14:textId="77777777">
          <w:pPr>
            <w:pStyle w:val="CBE8439AD83D4653A5128A95F1070771"/>
          </w:pPr>
          <w:r w:rsidRPr="00C64694">
            <w:rPr>
              <w:rStyle w:val="PlaceholderText"/>
            </w:rPr>
            <w:t>Click or tap here to enter text.</w:t>
          </w:r>
        </w:p>
      </w:docPartBody>
    </w:docPart>
    <w:docPart>
      <w:docPartPr>
        <w:name w:val="6BDE63455B744CDF9B5AC71380049C57"/>
        <w:category>
          <w:name w:val="General"/>
          <w:gallery w:val="placeholder"/>
        </w:category>
        <w:types>
          <w:type w:val="bbPlcHdr"/>
        </w:types>
        <w:behaviors>
          <w:behavior w:val="content"/>
        </w:behaviors>
        <w:guid w:val="{E5E7217C-78B0-48A7-ACC7-E23DDF7C7A56}"/>
      </w:docPartPr>
      <w:docPartBody>
        <w:p xmlns:wp14="http://schemas.microsoft.com/office/word/2010/wordml" w:rsidR="008942BF" w:rsidP="00AF4BE5" w:rsidRDefault="00AF4BE5" w14:paraId="593EB56A" wp14:textId="77777777">
          <w:pPr>
            <w:pStyle w:val="6BDE63455B744CDF9B5AC71380049C57"/>
          </w:pPr>
          <w:r w:rsidRPr="00C64694">
            <w:rPr>
              <w:rStyle w:val="PlaceholderText"/>
            </w:rPr>
            <w:t>Click or tap here to enter text.</w:t>
          </w:r>
        </w:p>
      </w:docPartBody>
    </w:docPart>
    <w:docPart>
      <w:docPartPr>
        <w:name w:val="61CCE731C2F5401688C8B015A5D01286"/>
        <w:category>
          <w:name w:val="General"/>
          <w:gallery w:val="placeholder"/>
        </w:category>
        <w:types>
          <w:type w:val="bbPlcHdr"/>
        </w:types>
        <w:behaviors>
          <w:behavior w:val="content"/>
        </w:behaviors>
        <w:guid w:val="{93AF4684-B8EC-42BC-A8D5-E7EED2CF0AFE}"/>
      </w:docPartPr>
      <w:docPartBody>
        <w:p xmlns:wp14="http://schemas.microsoft.com/office/word/2010/wordml" w:rsidR="008942BF" w:rsidP="00AF4BE5" w:rsidRDefault="00AF4BE5" w14:paraId="723B2F1F" wp14:textId="77777777">
          <w:pPr>
            <w:pStyle w:val="61CCE731C2F5401688C8B015A5D01286"/>
          </w:pPr>
          <w:r w:rsidRPr="00C6469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QBE Sans">
    <w:altName w:val="Calibri"/>
    <w:panose1 w:val="020B0503020203020204"/>
    <w:charset w:val="00"/>
    <w:family w:val="swiss"/>
    <w:pitch w:val="variable"/>
    <w:sig w:usb0="A000006F" w:usb1="4000207B" w:usb2="00000008" w:usb3="00000000" w:csb0="00000093" w:csb1="00000000"/>
  </w:font>
  <w:font w:name="QBE Sans SemiBold">
    <w:altName w:val="Calibri"/>
    <w:panose1 w:val="020B0703020203020204"/>
    <w:charset w:val="00"/>
    <w:family w:val="swiss"/>
    <w:pitch w:val="variable"/>
    <w:sig w:usb0="A000006F" w:usb1="400020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A2"/>
    <w:rsid w:val="00055494"/>
    <w:rsid w:val="00057FEE"/>
    <w:rsid w:val="00085C53"/>
    <w:rsid w:val="000971CD"/>
    <w:rsid w:val="000B125E"/>
    <w:rsid w:val="000B4E17"/>
    <w:rsid w:val="000E5FA3"/>
    <w:rsid w:val="001C505E"/>
    <w:rsid w:val="00225065"/>
    <w:rsid w:val="002301CC"/>
    <w:rsid w:val="002502ED"/>
    <w:rsid w:val="002863CD"/>
    <w:rsid w:val="002B3A87"/>
    <w:rsid w:val="002B5149"/>
    <w:rsid w:val="0031757E"/>
    <w:rsid w:val="00325B6A"/>
    <w:rsid w:val="00354B62"/>
    <w:rsid w:val="003916E6"/>
    <w:rsid w:val="00402E33"/>
    <w:rsid w:val="00406359"/>
    <w:rsid w:val="0043301B"/>
    <w:rsid w:val="004970FF"/>
    <w:rsid w:val="004B2C92"/>
    <w:rsid w:val="004E0AEB"/>
    <w:rsid w:val="00505BF1"/>
    <w:rsid w:val="005060DC"/>
    <w:rsid w:val="00511A1D"/>
    <w:rsid w:val="00521369"/>
    <w:rsid w:val="00525C6F"/>
    <w:rsid w:val="00591781"/>
    <w:rsid w:val="005E6B8B"/>
    <w:rsid w:val="005F574A"/>
    <w:rsid w:val="00606AAD"/>
    <w:rsid w:val="00653A83"/>
    <w:rsid w:val="00766573"/>
    <w:rsid w:val="007B3F8A"/>
    <w:rsid w:val="008508E7"/>
    <w:rsid w:val="008739EB"/>
    <w:rsid w:val="008942BF"/>
    <w:rsid w:val="008A31C5"/>
    <w:rsid w:val="00990888"/>
    <w:rsid w:val="009F03DC"/>
    <w:rsid w:val="00AF4BE5"/>
    <w:rsid w:val="00B4312B"/>
    <w:rsid w:val="00B65AAC"/>
    <w:rsid w:val="00B674BE"/>
    <w:rsid w:val="00B857E2"/>
    <w:rsid w:val="00B97EA2"/>
    <w:rsid w:val="00BA686D"/>
    <w:rsid w:val="00C357B0"/>
    <w:rsid w:val="00C92D04"/>
    <w:rsid w:val="00D27179"/>
    <w:rsid w:val="00D42288"/>
    <w:rsid w:val="00D53C03"/>
    <w:rsid w:val="00D9013F"/>
    <w:rsid w:val="00DA00F2"/>
    <w:rsid w:val="00E52F7B"/>
    <w:rsid w:val="00E87139"/>
    <w:rsid w:val="00EC74C0"/>
    <w:rsid w:val="00F02668"/>
    <w:rsid w:val="00F43233"/>
    <w:rsid w:val="00F45F54"/>
    <w:rsid w:val="00FA352A"/>
    <w:rsid w:val="00FB079E"/>
    <w:rsid w:val="00FC4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7179"/>
    <w:rPr>
      <w:color w:val="666666"/>
    </w:rPr>
  </w:style>
  <w:style w:type="paragraph" w:customStyle="1" w:styleId="F28605F02BD742D49452A7882636AD29">
    <w:name w:val="F28605F02BD742D49452A7882636AD29"/>
    <w:rsid w:val="000971CD"/>
  </w:style>
  <w:style w:type="paragraph" w:customStyle="1" w:styleId="5B2A13AA7C1043108C69412226E3DB62">
    <w:name w:val="5B2A13AA7C1043108C69412226E3DB62"/>
    <w:rsid w:val="000971CD"/>
  </w:style>
  <w:style w:type="paragraph" w:customStyle="1" w:styleId="FDC2617826334654B0F221A3E7CD4170">
    <w:name w:val="FDC2617826334654B0F221A3E7CD4170"/>
    <w:rsid w:val="000971CD"/>
  </w:style>
  <w:style w:type="paragraph" w:customStyle="1" w:styleId="4E8DEF4A2D3D462884B05EAAD75EBEE9">
    <w:name w:val="4E8DEF4A2D3D462884B05EAAD75EBEE9"/>
    <w:rsid w:val="000B4E17"/>
  </w:style>
  <w:style w:type="paragraph" w:customStyle="1" w:styleId="114EB46D79B84347843C35C618973A73">
    <w:name w:val="114EB46D79B84347843C35C618973A73"/>
    <w:rsid w:val="00AF4BE5"/>
  </w:style>
  <w:style w:type="paragraph" w:customStyle="1" w:styleId="101E459D01ED4015A6B0830C84E6074D">
    <w:name w:val="101E459D01ED4015A6B0830C84E6074D"/>
    <w:rsid w:val="00AF4BE5"/>
  </w:style>
  <w:style w:type="paragraph" w:customStyle="1" w:styleId="0F187732661C48DF8267D6C8F70CAB34">
    <w:name w:val="0F187732661C48DF8267D6C8F70CAB34"/>
    <w:rsid w:val="00AF4BE5"/>
  </w:style>
  <w:style w:type="paragraph" w:customStyle="1" w:styleId="BCB1D4E503974740835E19C5DCA033CA">
    <w:name w:val="BCB1D4E503974740835E19C5DCA033CA"/>
    <w:rsid w:val="00AF4BE5"/>
  </w:style>
  <w:style w:type="paragraph" w:customStyle="1" w:styleId="6939948EFD414EEDAF8E7517BAC08B2F">
    <w:name w:val="6939948EFD414EEDAF8E7517BAC08B2F"/>
    <w:rsid w:val="00AF4BE5"/>
  </w:style>
  <w:style w:type="paragraph" w:customStyle="1" w:styleId="8877CA34B1DB43E19CCE2D5EE48345F8">
    <w:name w:val="8877CA34B1DB43E19CCE2D5EE48345F8"/>
    <w:rsid w:val="00AF4BE5"/>
  </w:style>
  <w:style w:type="paragraph" w:customStyle="1" w:styleId="3A0BAD1FB80B4FDB82FA05DEF211D6C2">
    <w:name w:val="3A0BAD1FB80B4FDB82FA05DEF211D6C2"/>
    <w:rsid w:val="00AF4BE5"/>
  </w:style>
  <w:style w:type="paragraph" w:customStyle="1" w:styleId="7077EFDF7ABB478AA8D2C26365C9B030">
    <w:name w:val="7077EFDF7ABB478AA8D2C26365C9B030"/>
    <w:rsid w:val="00AF4BE5"/>
  </w:style>
  <w:style w:type="paragraph" w:customStyle="1" w:styleId="FAAC866915EB4797AE6401258525F7B2">
    <w:name w:val="FAAC866915EB4797AE6401258525F7B2"/>
    <w:rsid w:val="00AF4BE5"/>
  </w:style>
  <w:style w:type="paragraph" w:customStyle="1" w:styleId="55799F9C67C447768495B9675ECEA268">
    <w:name w:val="55799F9C67C447768495B9675ECEA268"/>
    <w:rsid w:val="00AF4BE5"/>
  </w:style>
  <w:style w:type="paragraph" w:customStyle="1" w:styleId="043A418AF9A140FE99FB78A23278D3CA">
    <w:name w:val="043A418AF9A140FE99FB78A23278D3CA"/>
    <w:rsid w:val="00AF4BE5"/>
  </w:style>
  <w:style w:type="paragraph" w:customStyle="1" w:styleId="972B5A501DC54DD68B80965B88D71E11">
    <w:name w:val="972B5A501DC54DD68B80965B88D71E11"/>
    <w:rsid w:val="00AF4BE5"/>
  </w:style>
  <w:style w:type="paragraph" w:customStyle="1" w:styleId="160066A379254ADB9876A2DC409DCA0D">
    <w:name w:val="160066A379254ADB9876A2DC409DCA0D"/>
    <w:rsid w:val="00AF4BE5"/>
  </w:style>
  <w:style w:type="paragraph" w:customStyle="1" w:styleId="89B3862CDA654135A926C0DFED4BA988">
    <w:name w:val="89B3862CDA654135A926C0DFED4BA988"/>
    <w:rsid w:val="00AF4BE5"/>
  </w:style>
  <w:style w:type="paragraph" w:customStyle="1" w:styleId="11665CFA35234EEAB70518F65B35D1CE">
    <w:name w:val="11665CFA35234EEAB70518F65B35D1CE"/>
    <w:rsid w:val="00AF4BE5"/>
  </w:style>
  <w:style w:type="paragraph" w:customStyle="1" w:styleId="E57EDE7A2B1B4A8D943DA4A9C72889DC">
    <w:name w:val="E57EDE7A2B1B4A8D943DA4A9C72889DC"/>
    <w:rsid w:val="00AF4BE5"/>
  </w:style>
  <w:style w:type="paragraph" w:customStyle="1" w:styleId="48BECBCBFF4A44B5815C841D750D3C9F">
    <w:name w:val="48BECBCBFF4A44B5815C841D750D3C9F"/>
    <w:rsid w:val="00F43233"/>
  </w:style>
  <w:style w:type="paragraph" w:customStyle="1" w:styleId="AFE1C44101BB4022A65908BDA2C4EA19">
    <w:name w:val="AFE1C44101BB4022A65908BDA2C4EA19"/>
    <w:rsid w:val="00AF4BE5"/>
  </w:style>
  <w:style w:type="paragraph" w:customStyle="1" w:styleId="E5D73A54B37349B4B96869DD73051C05">
    <w:name w:val="E5D73A54B37349B4B96869DD73051C05"/>
    <w:rsid w:val="00AF4BE5"/>
  </w:style>
  <w:style w:type="paragraph" w:customStyle="1" w:styleId="172CCC36BAF44680B6F42B1C26EF0837">
    <w:name w:val="172CCC36BAF44680B6F42B1C26EF0837"/>
    <w:rsid w:val="00AF4BE5"/>
  </w:style>
  <w:style w:type="paragraph" w:customStyle="1" w:styleId="1BDC642EBD7745108DC4246407791AC1">
    <w:name w:val="1BDC642EBD7745108DC4246407791AC1"/>
    <w:rsid w:val="00AF4BE5"/>
  </w:style>
  <w:style w:type="paragraph" w:customStyle="1" w:styleId="C274C5E8F70243D694A302C738ABDB0F1">
    <w:name w:val="C274C5E8F70243D694A302C738ABDB0F1"/>
    <w:rsid w:val="00AF4BE5"/>
    <w:pPr>
      <w:suppressAutoHyphens/>
      <w:spacing w:after="200" w:line="276" w:lineRule="auto"/>
    </w:pPr>
    <w:rPr>
      <w:kern w:val="0"/>
      <w:sz w:val="22"/>
      <w:szCs w:val="22"/>
      <w:lang w:val="en-US" w:eastAsia="en-US"/>
      <w14:ligatures w14:val="none"/>
    </w:rPr>
  </w:style>
  <w:style w:type="paragraph" w:customStyle="1" w:styleId="BEA0D1ACACBB4E978761BA08B37B4B4E1">
    <w:name w:val="BEA0D1ACACBB4E978761BA08B37B4B4E1"/>
    <w:rsid w:val="00AF4BE5"/>
    <w:pPr>
      <w:suppressAutoHyphens/>
      <w:spacing w:after="200" w:line="276" w:lineRule="auto"/>
    </w:pPr>
    <w:rPr>
      <w:kern w:val="0"/>
      <w:sz w:val="22"/>
      <w:szCs w:val="22"/>
      <w:lang w:val="en-US" w:eastAsia="en-US"/>
      <w14:ligatures w14:val="none"/>
    </w:rPr>
  </w:style>
  <w:style w:type="paragraph" w:customStyle="1" w:styleId="43B2D4BB3DDA44A290B95A71878DD98C">
    <w:name w:val="43B2D4BB3DDA44A290B95A71878DD98C"/>
    <w:rsid w:val="00AF4BE5"/>
    <w:pPr>
      <w:suppressAutoHyphens/>
      <w:spacing w:after="200" w:line="276" w:lineRule="auto"/>
    </w:pPr>
    <w:rPr>
      <w:kern w:val="0"/>
      <w:sz w:val="22"/>
      <w:szCs w:val="22"/>
      <w:lang w:val="en-US" w:eastAsia="en-US"/>
      <w14:ligatures w14:val="none"/>
    </w:rPr>
  </w:style>
  <w:style w:type="paragraph" w:customStyle="1" w:styleId="63A136C9E119419A8EB1A478563D9119">
    <w:name w:val="63A136C9E119419A8EB1A478563D9119"/>
    <w:rsid w:val="00AF4BE5"/>
    <w:pPr>
      <w:suppressAutoHyphens/>
      <w:spacing w:after="200" w:line="276" w:lineRule="auto"/>
    </w:pPr>
    <w:rPr>
      <w:kern w:val="0"/>
      <w:sz w:val="22"/>
      <w:szCs w:val="22"/>
      <w:lang w:val="en-US" w:eastAsia="en-US"/>
      <w14:ligatures w14:val="none"/>
    </w:rPr>
  </w:style>
  <w:style w:type="paragraph" w:customStyle="1" w:styleId="A57ECF11BE3646C087764B8E7E1BDD02">
    <w:name w:val="A57ECF11BE3646C087764B8E7E1BDD02"/>
    <w:rsid w:val="00AF4BE5"/>
    <w:pPr>
      <w:suppressAutoHyphens/>
      <w:spacing w:after="200" w:line="276" w:lineRule="auto"/>
    </w:pPr>
    <w:rPr>
      <w:kern w:val="0"/>
      <w:sz w:val="22"/>
      <w:szCs w:val="22"/>
      <w:lang w:val="en-US" w:eastAsia="en-US"/>
      <w14:ligatures w14:val="none"/>
    </w:rPr>
  </w:style>
  <w:style w:type="paragraph" w:customStyle="1" w:styleId="FB86BC8F45DC42C3B21902843820A2C2">
    <w:name w:val="FB86BC8F45DC42C3B21902843820A2C2"/>
    <w:rsid w:val="00AF4BE5"/>
    <w:pPr>
      <w:suppressAutoHyphens/>
      <w:spacing w:after="200" w:line="276" w:lineRule="auto"/>
    </w:pPr>
    <w:rPr>
      <w:kern w:val="0"/>
      <w:sz w:val="22"/>
      <w:szCs w:val="22"/>
      <w:lang w:val="en-US" w:eastAsia="en-US"/>
      <w14:ligatures w14:val="none"/>
    </w:rPr>
  </w:style>
  <w:style w:type="paragraph" w:customStyle="1" w:styleId="C62ED1A613AB460382EDC940ABA565A2">
    <w:name w:val="C62ED1A613AB460382EDC940ABA565A2"/>
    <w:rsid w:val="00AF4BE5"/>
    <w:pPr>
      <w:suppressAutoHyphens/>
      <w:spacing w:after="200" w:line="276" w:lineRule="auto"/>
    </w:pPr>
    <w:rPr>
      <w:kern w:val="0"/>
      <w:sz w:val="22"/>
      <w:szCs w:val="22"/>
      <w:lang w:val="en-US" w:eastAsia="en-US"/>
      <w14:ligatures w14:val="none"/>
    </w:rPr>
  </w:style>
  <w:style w:type="paragraph" w:customStyle="1" w:styleId="25ACE23FFA3149F39B6B9C384C4F3CC6">
    <w:name w:val="25ACE23FFA3149F39B6B9C384C4F3CC6"/>
    <w:rsid w:val="00AF4BE5"/>
    <w:pPr>
      <w:suppressAutoHyphens/>
      <w:spacing w:after="200" w:line="276" w:lineRule="auto"/>
    </w:pPr>
    <w:rPr>
      <w:kern w:val="0"/>
      <w:sz w:val="22"/>
      <w:szCs w:val="22"/>
      <w:lang w:val="en-US" w:eastAsia="en-US"/>
      <w14:ligatures w14:val="none"/>
    </w:rPr>
  </w:style>
  <w:style w:type="paragraph" w:customStyle="1" w:styleId="C274C5E8F70243D694A302C738ABDB0F">
    <w:name w:val="C274C5E8F70243D694A302C738ABDB0F"/>
    <w:rsid w:val="00F43233"/>
    <w:pPr>
      <w:suppressAutoHyphens/>
      <w:spacing w:after="200" w:line="276" w:lineRule="auto"/>
    </w:pPr>
    <w:rPr>
      <w:kern w:val="0"/>
      <w:sz w:val="22"/>
      <w:szCs w:val="22"/>
      <w:lang w:val="en-US" w:eastAsia="en-US"/>
      <w14:ligatures w14:val="none"/>
    </w:rPr>
  </w:style>
  <w:style w:type="paragraph" w:customStyle="1" w:styleId="BEA0D1ACACBB4E978761BA08B37B4B4E">
    <w:name w:val="BEA0D1ACACBB4E978761BA08B37B4B4E"/>
    <w:rsid w:val="00F43233"/>
    <w:pPr>
      <w:suppressAutoHyphens/>
      <w:spacing w:after="200" w:line="276" w:lineRule="auto"/>
    </w:pPr>
    <w:rPr>
      <w:kern w:val="0"/>
      <w:sz w:val="22"/>
      <w:szCs w:val="22"/>
      <w:lang w:val="en-US" w:eastAsia="en-US"/>
      <w14:ligatures w14:val="none"/>
    </w:rPr>
  </w:style>
  <w:style w:type="paragraph" w:customStyle="1" w:styleId="43B2D4BB3DDA44A290B95A71878DD98C1">
    <w:name w:val="43B2D4BB3DDA44A290B95A71878DD98C1"/>
    <w:rsid w:val="00F43233"/>
    <w:pPr>
      <w:suppressAutoHyphens/>
      <w:spacing w:after="200" w:line="276" w:lineRule="auto"/>
    </w:pPr>
    <w:rPr>
      <w:kern w:val="0"/>
      <w:sz w:val="22"/>
      <w:szCs w:val="22"/>
      <w:lang w:val="en-US" w:eastAsia="en-US"/>
      <w14:ligatures w14:val="none"/>
    </w:rPr>
  </w:style>
  <w:style w:type="paragraph" w:customStyle="1" w:styleId="63A136C9E119419A8EB1A478563D91191">
    <w:name w:val="63A136C9E119419A8EB1A478563D91191"/>
    <w:rsid w:val="00F43233"/>
    <w:pPr>
      <w:suppressAutoHyphens/>
      <w:spacing w:after="200" w:line="276" w:lineRule="auto"/>
    </w:pPr>
    <w:rPr>
      <w:kern w:val="0"/>
      <w:sz w:val="22"/>
      <w:szCs w:val="22"/>
      <w:lang w:val="en-US" w:eastAsia="en-US"/>
      <w14:ligatures w14:val="none"/>
    </w:rPr>
  </w:style>
  <w:style w:type="paragraph" w:customStyle="1" w:styleId="A57ECF11BE3646C087764B8E7E1BDD021">
    <w:name w:val="A57ECF11BE3646C087764B8E7E1BDD021"/>
    <w:rsid w:val="00F43233"/>
    <w:pPr>
      <w:suppressAutoHyphens/>
      <w:spacing w:after="200" w:line="276" w:lineRule="auto"/>
    </w:pPr>
    <w:rPr>
      <w:kern w:val="0"/>
      <w:sz w:val="22"/>
      <w:szCs w:val="22"/>
      <w:lang w:val="en-US" w:eastAsia="en-US"/>
      <w14:ligatures w14:val="none"/>
    </w:rPr>
  </w:style>
  <w:style w:type="paragraph" w:customStyle="1" w:styleId="FB86BC8F45DC42C3B21902843820A2C21">
    <w:name w:val="FB86BC8F45DC42C3B21902843820A2C21"/>
    <w:rsid w:val="00F43233"/>
    <w:pPr>
      <w:suppressAutoHyphens/>
      <w:spacing w:after="200" w:line="276" w:lineRule="auto"/>
    </w:pPr>
    <w:rPr>
      <w:kern w:val="0"/>
      <w:sz w:val="22"/>
      <w:szCs w:val="22"/>
      <w:lang w:val="en-US" w:eastAsia="en-US"/>
      <w14:ligatures w14:val="none"/>
    </w:rPr>
  </w:style>
  <w:style w:type="paragraph" w:customStyle="1" w:styleId="C62ED1A613AB460382EDC940ABA565A21">
    <w:name w:val="C62ED1A613AB460382EDC940ABA565A21"/>
    <w:rsid w:val="00F43233"/>
    <w:pPr>
      <w:suppressAutoHyphens/>
      <w:spacing w:after="200" w:line="276" w:lineRule="auto"/>
    </w:pPr>
    <w:rPr>
      <w:kern w:val="0"/>
      <w:sz w:val="22"/>
      <w:szCs w:val="22"/>
      <w:lang w:val="en-US" w:eastAsia="en-US"/>
      <w14:ligatures w14:val="none"/>
    </w:rPr>
  </w:style>
  <w:style w:type="paragraph" w:customStyle="1" w:styleId="25ACE23FFA3149F39B6B9C384C4F3CC61">
    <w:name w:val="25ACE23FFA3149F39B6B9C384C4F3CC61"/>
    <w:rsid w:val="00F43233"/>
    <w:pPr>
      <w:suppressAutoHyphens/>
      <w:spacing w:after="200" w:line="276" w:lineRule="auto"/>
    </w:pPr>
    <w:rPr>
      <w:kern w:val="0"/>
      <w:sz w:val="22"/>
      <w:szCs w:val="22"/>
      <w:lang w:val="en-US" w:eastAsia="en-US"/>
      <w14:ligatures w14:val="none"/>
    </w:rPr>
  </w:style>
  <w:style w:type="paragraph" w:customStyle="1" w:styleId="C5F734915E7F45A68F3FD25F942DB8A61">
    <w:name w:val="C5F734915E7F45A68F3FD25F942DB8A61"/>
    <w:rsid w:val="00F43233"/>
    <w:pPr>
      <w:suppressAutoHyphens/>
      <w:spacing w:after="200" w:line="276" w:lineRule="auto"/>
    </w:pPr>
    <w:rPr>
      <w:kern w:val="0"/>
      <w:sz w:val="22"/>
      <w:szCs w:val="22"/>
      <w:lang w:val="en-US" w:eastAsia="en-US"/>
      <w14:ligatures w14:val="none"/>
    </w:rPr>
  </w:style>
  <w:style w:type="paragraph" w:customStyle="1" w:styleId="E60F552AF1894517BF430B4D9388E6A11">
    <w:name w:val="E60F552AF1894517BF430B4D9388E6A11"/>
    <w:rsid w:val="00F43233"/>
    <w:pPr>
      <w:suppressAutoHyphens/>
      <w:spacing w:after="200" w:line="276" w:lineRule="auto"/>
    </w:pPr>
    <w:rPr>
      <w:kern w:val="0"/>
      <w:sz w:val="22"/>
      <w:szCs w:val="22"/>
      <w:lang w:val="en-US" w:eastAsia="en-US"/>
      <w14:ligatures w14:val="none"/>
    </w:rPr>
  </w:style>
  <w:style w:type="paragraph" w:customStyle="1" w:styleId="9A7B24678F374E8E8A626C943E22490E1">
    <w:name w:val="9A7B24678F374E8E8A626C943E22490E1"/>
    <w:rsid w:val="00F43233"/>
    <w:pPr>
      <w:suppressAutoHyphens/>
      <w:spacing w:after="200" w:line="276" w:lineRule="auto"/>
    </w:pPr>
    <w:rPr>
      <w:kern w:val="0"/>
      <w:sz w:val="22"/>
      <w:szCs w:val="22"/>
      <w:lang w:val="en-US" w:eastAsia="en-US"/>
      <w14:ligatures w14:val="none"/>
    </w:rPr>
  </w:style>
  <w:style w:type="paragraph" w:customStyle="1" w:styleId="8F9457A5A7204B86B74A49FB1A90AC471">
    <w:name w:val="8F9457A5A7204B86B74A49FB1A90AC471"/>
    <w:rsid w:val="00F43233"/>
    <w:pPr>
      <w:suppressAutoHyphens/>
      <w:spacing w:after="200" w:line="276" w:lineRule="auto"/>
    </w:pPr>
    <w:rPr>
      <w:kern w:val="0"/>
      <w:sz w:val="22"/>
      <w:szCs w:val="22"/>
      <w:lang w:val="en-US" w:eastAsia="en-US"/>
      <w14:ligatures w14:val="none"/>
    </w:rPr>
  </w:style>
  <w:style w:type="paragraph" w:customStyle="1" w:styleId="59F4DF87A9F74F049460131BA33E6FA71">
    <w:name w:val="59F4DF87A9F74F049460131BA33E6FA71"/>
    <w:rsid w:val="00F43233"/>
    <w:pPr>
      <w:suppressAutoHyphens/>
      <w:spacing w:after="200" w:line="276" w:lineRule="auto"/>
    </w:pPr>
    <w:rPr>
      <w:kern w:val="0"/>
      <w:sz w:val="22"/>
      <w:szCs w:val="22"/>
      <w:lang w:val="en-US" w:eastAsia="en-US"/>
      <w14:ligatures w14:val="none"/>
    </w:rPr>
  </w:style>
  <w:style w:type="paragraph" w:customStyle="1" w:styleId="3E836076F2EF41388929DEF3ED71890D1">
    <w:name w:val="3E836076F2EF41388929DEF3ED71890D1"/>
    <w:rsid w:val="00F43233"/>
    <w:pPr>
      <w:suppressAutoHyphens/>
      <w:spacing w:after="200" w:line="276" w:lineRule="auto"/>
    </w:pPr>
    <w:rPr>
      <w:kern w:val="0"/>
      <w:sz w:val="22"/>
      <w:szCs w:val="22"/>
      <w:lang w:val="en-US" w:eastAsia="en-US"/>
      <w14:ligatures w14:val="none"/>
    </w:rPr>
  </w:style>
  <w:style w:type="paragraph" w:customStyle="1" w:styleId="BD715E1C576940728013289751EE6F4A">
    <w:name w:val="BD715E1C576940728013289751EE6F4A"/>
    <w:rsid w:val="00F43233"/>
    <w:pPr>
      <w:suppressAutoHyphens/>
      <w:spacing w:after="200" w:line="276" w:lineRule="auto"/>
    </w:pPr>
    <w:rPr>
      <w:kern w:val="0"/>
      <w:sz w:val="22"/>
      <w:szCs w:val="22"/>
      <w:lang w:val="en-US" w:eastAsia="en-US"/>
      <w14:ligatures w14:val="none"/>
    </w:rPr>
  </w:style>
  <w:style w:type="paragraph" w:customStyle="1" w:styleId="DA3DCADF6597455EBE05C677884B0A7D1">
    <w:name w:val="DA3DCADF6597455EBE05C677884B0A7D1"/>
    <w:rsid w:val="00F43233"/>
    <w:pPr>
      <w:suppressAutoHyphens/>
      <w:spacing w:after="200" w:line="276" w:lineRule="auto"/>
    </w:pPr>
    <w:rPr>
      <w:kern w:val="0"/>
      <w:sz w:val="22"/>
      <w:szCs w:val="22"/>
      <w:lang w:val="en-US" w:eastAsia="en-US"/>
      <w14:ligatures w14:val="none"/>
    </w:rPr>
  </w:style>
  <w:style w:type="paragraph" w:customStyle="1" w:styleId="AFE6E766971943C28DC31D3D9E06F34D1">
    <w:name w:val="AFE6E766971943C28DC31D3D9E06F34D1"/>
    <w:rsid w:val="00F43233"/>
    <w:pPr>
      <w:suppressAutoHyphens/>
      <w:spacing w:after="200" w:line="276" w:lineRule="auto"/>
    </w:pPr>
    <w:rPr>
      <w:kern w:val="0"/>
      <w:sz w:val="22"/>
      <w:szCs w:val="22"/>
      <w:lang w:val="en-US" w:eastAsia="en-US"/>
      <w14:ligatures w14:val="none"/>
    </w:rPr>
  </w:style>
  <w:style w:type="paragraph" w:customStyle="1" w:styleId="8B49D31412FF4E789C52544D2E01AA881">
    <w:name w:val="8B49D31412FF4E789C52544D2E01AA881"/>
    <w:rsid w:val="00F43233"/>
    <w:pPr>
      <w:suppressAutoHyphens/>
      <w:spacing w:after="200" w:line="276" w:lineRule="auto"/>
    </w:pPr>
    <w:rPr>
      <w:kern w:val="0"/>
      <w:sz w:val="22"/>
      <w:szCs w:val="22"/>
      <w:lang w:val="en-US" w:eastAsia="en-US"/>
      <w14:ligatures w14:val="none"/>
    </w:rPr>
  </w:style>
  <w:style w:type="paragraph" w:customStyle="1" w:styleId="8C622A43B9434CB282FFCC7189E251861">
    <w:name w:val="8C622A43B9434CB282FFCC7189E251861"/>
    <w:rsid w:val="00F43233"/>
    <w:pPr>
      <w:suppressAutoHyphens/>
      <w:spacing w:after="200" w:line="276" w:lineRule="auto"/>
    </w:pPr>
    <w:rPr>
      <w:kern w:val="0"/>
      <w:sz w:val="22"/>
      <w:szCs w:val="22"/>
      <w:lang w:val="en-US" w:eastAsia="en-US"/>
      <w14:ligatures w14:val="none"/>
    </w:rPr>
  </w:style>
  <w:style w:type="paragraph" w:customStyle="1" w:styleId="651DA57E06E34C7DB780D7E1C5CB4E261">
    <w:name w:val="651DA57E06E34C7DB780D7E1C5CB4E261"/>
    <w:rsid w:val="00F43233"/>
    <w:pPr>
      <w:suppressAutoHyphens/>
      <w:spacing w:after="200" w:line="276" w:lineRule="auto"/>
    </w:pPr>
    <w:rPr>
      <w:kern w:val="0"/>
      <w:sz w:val="22"/>
      <w:szCs w:val="22"/>
      <w:lang w:val="en-US" w:eastAsia="en-US"/>
      <w14:ligatures w14:val="none"/>
    </w:rPr>
  </w:style>
  <w:style w:type="paragraph" w:customStyle="1" w:styleId="9CDDE50A50664D24B77A7DE1E49D95151">
    <w:name w:val="9CDDE50A50664D24B77A7DE1E49D95151"/>
    <w:rsid w:val="00F43233"/>
    <w:pPr>
      <w:suppressAutoHyphens/>
      <w:spacing w:after="200" w:line="276" w:lineRule="auto"/>
    </w:pPr>
    <w:rPr>
      <w:kern w:val="0"/>
      <w:sz w:val="22"/>
      <w:szCs w:val="22"/>
      <w:lang w:val="en-US" w:eastAsia="en-US"/>
      <w14:ligatures w14:val="none"/>
    </w:rPr>
  </w:style>
  <w:style w:type="paragraph" w:customStyle="1" w:styleId="9AB1DA819A6A4D40AC7D0E7936402F3A1">
    <w:name w:val="9AB1DA819A6A4D40AC7D0E7936402F3A1"/>
    <w:rsid w:val="00F43233"/>
    <w:pPr>
      <w:suppressAutoHyphens/>
      <w:spacing w:after="200" w:line="276" w:lineRule="auto"/>
    </w:pPr>
    <w:rPr>
      <w:kern w:val="0"/>
      <w:sz w:val="22"/>
      <w:szCs w:val="22"/>
      <w:lang w:val="en-US" w:eastAsia="en-US"/>
      <w14:ligatures w14:val="none"/>
    </w:rPr>
  </w:style>
  <w:style w:type="paragraph" w:customStyle="1" w:styleId="C5F734915E7F45A68F3FD25F942DB8A6">
    <w:name w:val="C5F734915E7F45A68F3FD25F942DB8A6"/>
    <w:rsid w:val="00AF4BE5"/>
    <w:pPr>
      <w:suppressAutoHyphens/>
      <w:spacing w:after="200" w:line="276" w:lineRule="auto"/>
    </w:pPr>
    <w:rPr>
      <w:kern w:val="0"/>
      <w:sz w:val="22"/>
      <w:szCs w:val="22"/>
      <w:lang w:val="en-US" w:eastAsia="en-US"/>
      <w14:ligatures w14:val="none"/>
    </w:rPr>
  </w:style>
  <w:style w:type="paragraph" w:customStyle="1" w:styleId="E60F552AF1894517BF430B4D9388E6A1">
    <w:name w:val="E60F552AF1894517BF430B4D9388E6A1"/>
    <w:rsid w:val="00AF4BE5"/>
    <w:pPr>
      <w:suppressAutoHyphens/>
      <w:spacing w:after="200" w:line="276" w:lineRule="auto"/>
    </w:pPr>
    <w:rPr>
      <w:kern w:val="0"/>
      <w:sz w:val="22"/>
      <w:szCs w:val="22"/>
      <w:lang w:val="en-US" w:eastAsia="en-US"/>
      <w14:ligatures w14:val="none"/>
    </w:rPr>
  </w:style>
  <w:style w:type="paragraph" w:customStyle="1" w:styleId="9A7B24678F374E8E8A626C943E22490E">
    <w:name w:val="9A7B24678F374E8E8A626C943E22490E"/>
    <w:rsid w:val="00AF4BE5"/>
    <w:pPr>
      <w:suppressAutoHyphens/>
      <w:spacing w:after="200" w:line="276" w:lineRule="auto"/>
    </w:pPr>
    <w:rPr>
      <w:kern w:val="0"/>
      <w:sz w:val="22"/>
      <w:szCs w:val="22"/>
      <w:lang w:val="en-US" w:eastAsia="en-US"/>
      <w14:ligatures w14:val="none"/>
    </w:rPr>
  </w:style>
  <w:style w:type="paragraph" w:customStyle="1" w:styleId="8F9457A5A7204B86B74A49FB1A90AC47">
    <w:name w:val="8F9457A5A7204B86B74A49FB1A90AC47"/>
    <w:rsid w:val="00AF4BE5"/>
    <w:pPr>
      <w:suppressAutoHyphens/>
      <w:spacing w:after="200" w:line="276" w:lineRule="auto"/>
    </w:pPr>
    <w:rPr>
      <w:kern w:val="0"/>
      <w:sz w:val="22"/>
      <w:szCs w:val="22"/>
      <w:lang w:val="en-US" w:eastAsia="en-US"/>
      <w14:ligatures w14:val="none"/>
    </w:rPr>
  </w:style>
  <w:style w:type="paragraph" w:customStyle="1" w:styleId="59F4DF87A9F74F049460131BA33E6FA7">
    <w:name w:val="59F4DF87A9F74F049460131BA33E6FA7"/>
    <w:rsid w:val="00AF4BE5"/>
    <w:pPr>
      <w:suppressAutoHyphens/>
      <w:spacing w:after="200" w:line="276" w:lineRule="auto"/>
    </w:pPr>
    <w:rPr>
      <w:kern w:val="0"/>
      <w:sz w:val="22"/>
      <w:szCs w:val="22"/>
      <w:lang w:val="en-US" w:eastAsia="en-US"/>
      <w14:ligatures w14:val="none"/>
    </w:rPr>
  </w:style>
  <w:style w:type="paragraph" w:customStyle="1" w:styleId="3E836076F2EF41388929DEF3ED71890D">
    <w:name w:val="3E836076F2EF41388929DEF3ED71890D"/>
    <w:rsid w:val="00AF4BE5"/>
    <w:pPr>
      <w:suppressAutoHyphens/>
      <w:spacing w:after="200" w:line="276" w:lineRule="auto"/>
    </w:pPr>
    <w:rPr>
      <w:kern w:val="0"/>
      <w:sz w:val="22"/>
      <w:szCs w:val="22"/>
      <w:lang w:val="en-US" w:eastAsia="en-US"/>
      <w14:ligatures w14:val="none"/>
    </w:rPr>
  </w:style>
  <w:style w:type="paragraph" w:customStyle="1" w:styleId="BD715E1C576940728013289751EE6F4A1">
    <w:name w:val="BD715E1C576940728013289751EE6F4A1"/>
    <w:rsid w:val="00AF4BE5"/>
    <w:pPr>
      <w:suppressAutoHyphens/>
      <w:spacing w:after="200" w:line="276" w:lineRule="auto"/>
    </w:pPr>
    <w:rPr>
      <w:kern w:val="0"/>
      <w:sz w:val="22"/>
      <w:szCs w:val="22"/>
      <w:lang w:val="en-US" w:eastAsia="en-US"/>
      <w14:ligatures w14:val="none"/>
    </w:rPr>
  </w:style>
  <w:style w:type="paragraph" w:customStyle="1" w:styleId="1481DB378EC04481B0F7E277BFE8CADF">
    <w:name w:val="1481DB378EC04481B0F7E277BFE8CADF"/>
    <w:rsid w:val="00AF4BE5"/>
    <w:pPr>
      <w:suppressAutoHyphens/>
      <w:spacing w:after="200" w:line="276" w:lineRule="auto"/>
    </w:pPr>
    <w:rPr>
      <w:kern w:val="0"/>
      <w:sz w:val="22"/>
      <w:szCs w:val="22"/>
      <w:lang w:val="en-US" w:eastAsia="en-US"/>
      <w14:ligatures w14:val="none"/>
    </w:rPr>
  </w:style>
  <w:style w:type="paragraph" w:customStyle="1" w:styleId="DA3DCADF6597455EBE05C677884B0A7D">
    <w:name w:val="DA3DCADF6597455EBE05C677884B0A7D"/>
    <w:rsid w:val="00AF4BE5"/>
    <w:pPr>
      <w:suppressAutoHyphens/>
      <w:spacing w:after="200" w:line="276" w:lineRule="auto"/>
    </w:pPr>
    <w:rPr>
      <w:kern w:val="0"/>
      <w:sz w:val="22"/>
      <w:szCs w:val="22"/>
      <w:lang w:val="en-US" w:eastAsia="en-US"/>
      <w14:ligatures w14:val="none"/>
    </w:rPr>
  </w:style>
  <w:style w:type="paragraph" w:customStyle="1" w:styleId="101E459D01ED4015A6B0830C84E6074D1">
    <w:name w:val="101E459D01ED4015A6B0830C84E6074D1"/>
    <w:rsid w:val="00AF4BE5"/>
    <w:pPr>
      <w:suppressAutoHyphens/>
      <w:spacing w:after="200" w:line="276" w:lineRule="auto"/>
    </w:pPr>
    <w:rPr>
      <w:kern w:val="0"/>
      <w:sz w:val="22"/>
      <w:szCs w:val="22"/>
      <w:lang w:val="en-US" w:eastAsia="en-US"/>
      <w14:ligatures w14:val="none"/>
    </w:rPr>
  </w:style>
  <w:style w:type="paragraph" w:customStyle="1" w:styleId="0F187732661C48DF8267D6C8F70CAB341">
    <w:name w:val="0F187732661C48DF8267D6C8F70CAB341"/>
    <w:rsid w:val="00AF4BE5"/>
    <w:pPr>
      <w:suppressAutoHyphens/>
      <w:spacing w:after="200" w:line="276" w:lineRule="auto"/>
    </w:pPr>
    <w:rPr>
      <w:kern w:val="0"/>
      <w:sz w:val="22"/>
      <w:szCs w:val="22"/>
      <w:lang w:val="en-US" w:eastAsia="en-US"/>
      <w14:ligatures w14:val="none"/>
    </w:rPr>
  </w:style>
  <w:style w:type="paragraph" w:customStyle="1" w:styleId="BCB1D4E503974740835E19C5DCA033CA1">
    <w:name w:val="BCB1D4E503974740835E19C5DCA033CA1"/>
    <w:rsid w:val="00AF4BE5"/>
    <w:pPr>
      <w:suppressAutoHyphens/>
      <w:spacing w:after="200" w:line="276" w:lineRule="auto"/>
    </w:pPr>
    <w:rPr>
      <w:kern w:val="0"/>
      <w:sz w:val="22"/>
      <w:szCs w:val="22"/>
      <w:lang w:val="en-US" w:eastAsia="en-US"/>
      <w14:ligatures w14:val="none"/>
    </w:rPr>
  </w:style>
  <w:style w:type="paragraph" w:customStyle="1" w:styleId="6939948EFD414EEDAF8E7517BAC08B2F1">
    <w:name w:val="6939948EFD414EEDAF8E7517BAC08B2F1"/>
    <w:rsid w:val="00AF4BE5"/>
    <w:pPr>
      <w:suppressAutoHyphens/>
      <w:spacing w:after="200" w:line="276" w:lineRule="auto"/>
    </w:pPr>
    <w:rPr>
      <w:kern w:val="0"/>
      <w:sz w:val="22"/>
      <w:szCs w:val="22"/>
      <w:lang w:val="en-US" w:eastAsia="en-US"/>
      <w14:ligatures w14:val="none"/>
    </w:rPr>
  </w:style>
  <w:style w:type="paragraph" w:customStyle="1" w:styleId="8877CA34B1DB43E19CCE2D5EE48345F81">
    <w:name w:val="8877CA34B1DB43E19CCE2D5EE48345F81"/>
    <w:rsid w:val="00AF4BE5"/>
    <w:pPr>
      <w:suppressAutoHyphens/>
      <w:spacing w:after="200" w:line="276" w:lineRule="auto"/>
    </w:pPr>
    <w:rPr>
      <w:kern w:val="0"/>
      <w:sz w:val="22"/>
      <w:szCs w:val="22"/>
      <w:lang w:val="en-US" w:eastAsia="en-US"/>
      <w14:ligatures w14:val="none"/>
    </w:rPr>
  </w:style>
  <w:style w:type="paragraph" w:customStyle="1" w:styleId="3A0BAD1FB80B4FDB82FA05DEF211D6C21">
    <w:name w:val="3A0BAD1FB80B4FDB82FA05DEF211D6C21"/>
    <w:rsid w:val="00AF4BE5"/>
    <w:pPr>
      <w:suppressAutoHyphens/>
      <w:spacing w:after="200" w:line="276" w:lineRule="auto"/>
    </w:pPr>
    <w:rPr>
      <w:kern w:val="0"/>
      <w:sz w:val="22"/>
      <w:szCs w:val="22"/>
      <w:lang w:val="en-US" w:eastAsia="en-US"/>
      <w14:ligatures w14:val="none"/>
    </w:rPr>
  </w:style>
  <w:style w:type="paragraph" w:customStyle="1" w:styleId="7077EFDF7ABB478AA8D2C26365C9B0301">
    <w:name w:val="7077EFDF7ABB478AA8D2C26365C9B0301"/>
    <w:rsid w:val="00AF4BE5"/>
    <w:pPr>
      <w:suppressAutoHyphens/>
      <w:spacing w:after="200" w:line="276" w:lineRule="auto"/>
    </w:pPr>
    <w:rPr>
      <w:kern w:val="0"/>
      <w:sz w:val="22"/>
      <w:szCs w:val="22"/>
      <w:lang w:val="en-US" w:eastAsia="en-US"/>
      <w14:ligatures w14:val="none"/>
    </w:rPr>
  </w:style>
  <w:style w:type="paragraph" w:customStyle="1" w:styleId="FAAC866915EB4797AE6401258525F7B21">
    <w:name w:val="FAAC866915EB4797AE6401258525F7B21"/>
    <w:rsid w:val="00AF4BE5"/>
    <w:pPr>
      <w:suppressAutoHyphens/>
      <w:spacing w:after="200" w:line="276" w:lineRule="auto"/>
    </w:pPr>
    <w:rPr>
      <w:kern w:val="0"/>
      <w:sz w:val="22"/>
      <w:szCs w:val="22"/>
      <w:lang w:val="en-US" w:eastAsia="en-US"/>
      <w14:ligatures w14:val="none"/>
    </w:rPr>
  </w:style>
  <w:style w:type="paragraph" w:customStyle="1" w:styleId="55799F9C67C447768495B9675ECEA2681">
    <w:name w:val="55799F9C67C447768495B9675ECEA2681"/>
    <w:rsid w:val="00AF4BE5"/>
    <w:pPr>
      <w:suppressAutoHyphens/>
      <w:spacing w:after="200" w:line="276" w:lineRule="auto"/>
    </w:pPr>
    <w:rPr>
      <w:kern w:val="0"/>
      <w:sz w:val="22"/>
      <w:szCs w:val="22"/>
      <w:lang w:val="en-US" w:eastAsia="en-US"/>
      <w14:ligatures w14:val="none"/>
    </w:rPr>
  </w:style>
  <w:style w:type="paragraph" w:customStyle="1" w:styleId="043A418AF9A140FE99FB78A23278D3CA1">
    <w:name w:val="043A418AF9A140FE99FB78A23278D3CA1"/>
    <w:rsid w:val="00AF4BE5"/>
    <w:pPr>
      <w:suppressAutoHyphens/>
      <w:spacing w:after="200" w:line="276" w:lineRule="auto"/>
    </w:pPr>
    <w:rPr>
      <w:kern w:val="0"/>
      <w:sz w:val="22"/>
      <w:szCs w:val="22"/>
      <w:lang w:val="en-US" w:eastAsia="en-US"/>
      <w14:ligatures w14:val="none"/>
    </w:rPr>
  </w:style>
  <w:style w:type="paragraph" w:customStyle="1" w:styleId="972B5A501DC54DD68B80965B88D71E111">
    <w:name w:val="972B5A501DC54DD68B80965B88D71E111"/>
    <w:rsid w:val="00AF4BE5"/>
    <w:pPr>
      <w:suppressAutoHyphens/>
      <w:spacing w:after="200" w:line="276" w:lineRule="auto"/>
    </w:pPr>
    <w:rPr>
      <w:kern w:val="0"/>
      <w:sz w:val="22"/>
      <w:szCs w:val="22"/>
      <w:lang w:val="en-US" w:eastAsia="en-US"/>
      <w14:ligatures w14:val="none"/>
    </w:rPr>
  </w:style>
  <w:style w:type="paragraph" w:customStyle="1" w:styleId="160066A379254ADB9876A2DC409DCA0D1">
    <w:name w:val="160066A379254ADB9876A2DC409DCA0D1"/>
    <w:rsid w:val="00AF4BE5"/>
    <w:pPr>
      <w:suppressAutoHyphens/>
      <w:spacing w:after="200" w:line="276" w:lineRule="auto"/>
    </w:pPr>
    <w:rPr>
      <w:kern w:val="0"/>
      <w:sz w:val="22"/>
      <w:szCs w:val="22"/>
      <w:lang w:val="en-US" w:eastAsia="en-US"/>
      <w14:ligatures w14:val="none"/>
    </w:rPr>
  </w:style>
  <w:style w:type="paragraph" w:customStyle="1" w:styleId="89B3862CDA654135A926C0DFED4BA9881">
    <w:name w:val="89B3862CDA654135A926C0DFED4BA9881"/>
    <w:rsid w:val="00AF4BE5"/>
    <w:pPr>
      <w:suppressAutoHyphens/>
      <w:spacing w:after="200" w:line="276" w:lineRule="auto"/>
    </w:pPr>
    <w:rPr>
      <w:kern w:val="0"/>
      <w:sz w:val="22"/>
      <w:szCs w:val="22"/>
      <w:lang w:val="en-US" w:eastAsia="en-US"/>
      <w14:ligatures w14:val="none"/>
    </w:rPr>
  </w:style>
  <w:style w:type="paragraph" w:customStyle="1" w:styleId="EA3CA45865D24A36960DD7A3F04CDDEC">
    <w:name w:val="EA3CA45865D24A36960DD7A3F04CDDEC"/>
    <w:rsid w:val="00AF4BE5"/>
  </w:style>
  <w:style w:type="paragraph" w:customStyle="1" w:styleId="CBE8439AD83D4653A5128A95F1070771">
    <w:name w:val="CBE8439AD83D4653A5128A95F1070771"/>
    <w:rsid w:val="00AF4BE5"/>
  </w:style>
  <w:style w:type="paragraph" w:customStyle="1" w:styleId="6BDE63455B744CDF9B5AC71380049C57">
    <w:name w:val="6BDE63455B744CDF9B5AC71380049C57"/>
    <w:rsid w:val="00AF4BE5"/>
  </w:style>
  <w:style w:type="paragraph" w:customStyle="1" w:styleId="61CCE731C2F5401688C8B015A5D01286">
    <w:name w:val="61CCE731C2F5401688C8B015A5D01286"/>
    <w:rsid w:val="00AF4BE5"/>
  </w:style>
  <w:style w:type="paragraph" w:customStyle="1" w:styleId="C274C5E8F70243D694A302C738ABDB0F2">
    <w:name w:val="C274C5E8F70243D694A302C738ABDB0F2"/>
    <w:rsid w:val="00D27179"/>
    <w:pPr>
      <w:suppressAutoHyphens/>
      <w:spacing w:after="200" w:line="276" w:lineRule="auto"/>
    </w:pPr>
    <w:rPr>
      <w:kern w:val="0"/>
      <w:sz w:val="22"/>
      <w:szCs w:val="22"/>
      <w:lang w:val="en-US" w:eastAsia="en-US"/>
      <w14:ligatures w14:val="none"/>
    </w:rPr>
  </w:style>
  <w:style w:type="paragraph" w:customStyle="1" w:styleId="BEA0D1ACACBB4E978761BA08B37B4B4E2">
    <w:name w:val="BEA0D1ACACBB4E978761BA08B37B4B4E2"/>
    <w:rsid w:val="00D27179"/>
    <w:pPr>
      <w:suppressAutoHyphens/>
      <w:spacing w:after="200" w:line="276" w:lineRule="auto"/>
    </w:pPr>
    <w:rPr>
      <w:kern w:val="0"/>
      <w:sz w:val="22"/>
      <w:szCs w:val="22"/>
      <w:lang w:val="en-US" w:eastAsia="en-US"/>
      <w14:ligatures w14:val="none"/>
    </w:rPr>
  </w:style>
  <w:style w:type="paragraph" w:customStyle="1" w:styleId="43B2D4BB3DDA44A290B95A71878DD98C2">
    <w:name w:val="43B2D4BB3DDA44A290B95A71878DD98C2"/>
    <w:rsid w:val="00D27179"/>
    <w:pPr>
      <w:suppressAutoHyphens/>
      <w:spacing w:after="200" w:line="276" w:lineRule="auto"/>
    </w:pPr>
    <w:rPr>
      <w:kern w:val="0"/>
      <w:sz w:val="22"/>
      <w:szCs w:val="22"/>
      <w:lang w:val="en-US" w:eastAsia="en-US"/>
      <w14:ligatures w14:val="none"/>
    </w:rPr>
  </w:style>
  <w:style w:type="paragraph" w:customStyle="1" w:styleId="63A136C9E119419A8EB1A478563D91192">
    <w:name w:val="63A136C9E119419A8EB1A478563D91192"/>
    <w:rsid w:val="00D27179"/>
    <w:pPr>
      <w:suppressAutoHyphens/>
      <w:spacing w:after="200" w:line="276" w:lineRule="auto"/>
    </w:pPr>
    <w:rPr>
      <w:kern w:val="0"/>
      <w:sz w:val="22"/>
      <w:szCs w:val="22"/>
      <w:lang w:val="en-US" w:eastAsia="en-US"/>
      <w14:ligatures w14:val="none"/>
    </w:rPr>
  </w:style>
  <w:style w:type="paragraph" w:customStyle="1" w:styleId="A57ECF11BE3646C087764B8E7E1BDD022">
    <w:name w:val="A57ECF11BE3646C087764B8E7E1BDD022"/>
    <w:rsid w:val="00D27179"/>
    <w:pPr>
      <w:suppressAutoHyphens/>
      <w:spacing w:after="200" w:line="276" w:lineRule="auto"/>
    </w:pPr>
    <w:rPr>
      <w:kern w:val="0"/>
      <w:sz w:val="22"/>
      <w:szCs w:val="22"/>
      <w:lang w:val="en-US" w:eastAsia="en-US"/>
      <w14:ligatures w14:val="none"/>
    </w:rPr>
  </w:style>
  <w:style w:type="paragraph" w:customStyle="1" w:styleId="FB86BC8F45DC42C3B21902843820A2C22">
    <w:name w:val="FB86BC8F45DC42C3B21902843820A2C22"/>
    <w:rsid w:val="00D27179"/>
    <w:pPr>
      <w:suppressAutoHyphens/>
      <w:spacing w:after="200" w:line="276" w:lineRule="auto"/>
    </w:pPr>
    <w:rPr>
      <w:kern w:val="0"/>
      <w:sz w:val="22"/>
      <w:szCs w:val="22"/>
      <w:lang w:val="en-US" w:eastAsia="en-US"/>
      <w14:ligatures w14:val="none"/>
    </w:rPr>
  </w:style>
  <w:style w:type="paragraph" w:customStyle="1" w:styleId="C62ED1A613AB460382EDC940ABA565A22">
    <w:name w:val="C62ED1A613AB460382EDC940ABA565A22"/>
    <w:rsid w:val="00D27179"/>
    <w:pPr>
      <w:suppressAutoHyphens/>
      <w:spacing w:after="200" w:line="276" w:lineRule="auto"/>
    </w:pPr>
    <w:rPr>
      <w:kern w:val="0"/>
      <w:sz w:val="22"/>
      <w:szCs w:val="22"/>
      <w:lang w:val="en-US" w:eastAsia="en-US"/>
      <w14:ligatures w14:val="none"/>
    </w:rPr>
  </w:style>
  <w:style w:type="paragraph" w:customStyle="1" w:styleId="25ACE23FFA3149F39B6B9C384C4F3CC62">
    <w:name w:val="25ACE23FFA3149F39B6B9C384C4F3CC62"/>
    <w:rsid w:val="00D27179"/>
    <w:pPr>
      <w:suppressAutoHyphens/>
      <w:spacing w:after="200" w:line="276" w:lineRule="auto"/>
    </w:pPr>
    <w:rPr>
      <w:kern w:val="0"/>
      <w:sz w:val="22"/>
      <w:szCs w:val="22"/>
      <w:lang w:val="en-US" w:eastAsia="en-US"/>
      <w14:ligatures w14:val="none"/>
    </w:rPr>
  </w:style>
  <w:style w:type="paragraph" w:customStyle="1" w:styleId="C5F734915E7F45A68F3FD25F942DB8A62">
    <w:name w:val="C5F734915E7F45A68F3FD25F942DB8A62"/>
    <w:rsid w:val="00D27179"/>
    <w:pPr>
      <w:suppressAutoHyphens/>
      <w:spacing w:after="200" w:line="276" w:lineRule="auto"/>
    </w:pPr>
    <w:rPr>
      <w:kern w:val="0"/>
      <w:sz w:val="22"/>
      <w:szCs w:val="22"/>
      <w:lang w:val="en-US" w:eastAsia="en-US"/>
      <w14:ligatures w14:val="none"/>
    </w:rPr>
  </w:style>
  <w:style w:type="paragraph" w:customStyle="1" w:styleId="E60F552AF1894517BF430B4D9388E6A12">
    <w:name w:val="E60F552AF1894517BF430B4D9388E6A12"/>
    <w:rsid w:val="00D27179"/>
    <w:pPr>
      <w:suppressAutoHyphens/>
      <w:spacing w:after="200" w:line="276" w:lineRule="auto"/>
    </w:pPr>
    <w:rPr>
      <w:kern w:val="0"/>
      <w:sz w:val="22"/>
      <w:szCs w:val="22"/>
      <w:lang w:val="en-US" w:eastAsia="en-US"/>
      <w14:ligatures w14:val="none"/>
    </w:rPr>
  </w:style>
  <w:style w:type="paragraph" w:customStyle="1" w:styleId="9A7B24678F374E8E8A626C943E22490E2">
    <w:name w:val="9A7B24678F374E8E8A626C943E22490E2"/>
    <w:rsid w:val="00D27179"/>
    <w:pPr>
      <w:suppressAutoHyphens/>
      <w:spacing w:after="200" w:line="276" w:lineRule="auto"/>
    </w:pPr>
    <w:rPr>
      <w:kern w:val="0"/>
      <w:sz w:val="22"/>
      <w:szCs w:val="22"/>
      <w:lang w:val="en-US" w:eastAsia="en-US"/>
      <w14:ligatures w14:val="none"/>
    </w:rPr>
  </w:style>
  <w:style w:type="paragraph" w:customStyle="1" w:styleId="8F9457A5A7204B86B74A49FB1A90AC472">
    <w:name w:val="8F9457A5A7204B86B74A49FB1A90AC472"/>
    <w:rsid w:val="00D27179"/>
    <w:pPr>
      <w:suppressAutoHyphens/>
      <w:spacing w:after="200" w:line="276" w:lineRule="auto"/>
    </w:pPr>
    <w:rPr>
      <w:kern w:val="0"/>
      <w:sz w:val="22"/>
      <w:szCs w:val="22"/>
      <w:lang w:val="en-US" w:eastAsia="en-US"/>
      <w14:ligatures w14:val="none"/>
    </w:rPr>
  </w:style>
  <w:style w:type="paragraph" w:customStyle="1" w:styleId="59F4DF87A9F74F049460131BA33E6FA72">
    <w:name w:val="59F4DF87A9F74F049460131BA33E6FA72"/>
    <w:rsid w:val="00D27179"/>
    <w:pPr>
      <w:suppressAutoHyphens/>
      <w:spacing w:after="200" w:line="276" w:lineRule="auto"/>
    </w:pPr>
    <w:rPr>
      <w:kern w:val="0"/>
      <w:sz w:val="22"/>
      <w:szCs w:val="22"/>
      <w:lang w:val="en-US" w:eastAsia="en-US"/>
      <w14:ligatures w14:val="none"/>
    </w:rPr>
  </w:style>
  <w:style w:type="paragraph" w:customStyle="1" w:styleId="3E836076F2EF41388929DEF3ED71890D2">
    <w:name w:val="3E836076F2EF41388929DEF3ED71890D2"/>
    <w:rsid w:val="00D27179"/>
    <w:pPr>
      <w:suppressAutoHyphens/>
      <w:spacing w:after="200" w:line="276" w:lineRule="auto"/>
    </w:pPr>
    <w:rPr>
      <w:kern w:val="0"/>
      <w:sz w:val="22"/>
      <w:szCs w:val="22"/>
      <w:lang w:val="en-US" w:eastAsia="en-US"/>
      <w14:ligatures w14:val="none"/>
    </w:rPr>
  </w:style>
  <w:style w:type="paragraph" w:customStyle="1" w:styleId="1481DB378EC04481B0F7E277BFE8CADF1">
    <w:name w:val="1481DB378EC04481B0F7E277BFE8CADF1"/>
    <w:rsid w:val="00D27179"/>
    <w:pPr>
      <w:suppressAutoHyphens/>
      <w:spacing w:after="200" w:line="276" w:lineRule="auto"/>
    </w:pPr>
    <w:rPr>
      <w:kern w:val="0"/>
      <w:sz w:val="22"/>
      <w:szCs w:val="22"/>
      <w:lang w:val="en-US" w:eastAsia="en-US"/>
      <w14:ligatures w14:val="none"/>
    </w:rPr>
  </w:style>
  <w:style w:type="paragraph" w:customStyle="1" w:styleId="DA3DCADF6597455EBE05C677884B0A7D2">
    <w:name w:val="DA3DCADF6597455EBE05C677884B0A7D2"/>
    <w:rsid w:val="00D27179"/>
    <w:pPr>
      <w:suppressAutoHyphens/>
      <w:spacing w:after="200" w:line="276" w:lineRule="auto"/>
    </w:pPr>
    <w:rPr>
      <w:kern w:val="0"/>
      <w:sz w:val="22"/>
      <w:szCs w:val="22"/>
      <w:lang w:val="en-US" w:eastAsia="en-US"/>
      <w14:ligatures w14:val="none"/>
    </w:rPr>
  </w:style>
  <w:style w:type="paragraph" w:customStyle="1" w:styleId="101E459D01ED4015A6B0830C84E6074D2">
    <w:name w:val="101E459D01ED4015A6B0830C84E6074D2"/>
    <w:rsid w:val="00D27179"/>
    <w:pPr>
      <w:suppressAutoHyphens/>
      <w:spacing w:after="200" w:line="276" w:lineRule="auto"/>
    </w:pPr>
    <w:rPr>
      <w:kern w:val="0"/>
      <w:sz w:val="22"/>
      <w:szCs w:val="22"/>
      <w:lang w:val="en-US" w:eastAsia="en-US"/>
      <w14:ligatures w14:val="none"/>
    </w:rPr>
  </w:style>
  <w:style w:type="paragraph" w:customStyle="1" w:styleId="0F187732661C48DF8267D6C8F70CAB342">
    <w:name w:val="0F187732661C48DF8267D6C8F70CAB342"/>
    <w:rsid w:val="00D27179"/>
    <w:pPr>
      <w:suppressAutoHyphens/>
      <w:spacing w:after="200" w:line="276" w:lineRule="auto"/>
    </w:pPr>
    <w:rPr>
      <w:kern w:val="0"/>
      <w:sz w:val="22"/>
      <w:szCs w:val="22"/>
      <w:lang w:val="en-US" w:eastAsia="en-US"/>
      <w14:ligatures w14:val="none"/>
    </w:rPr>
  </w:style>
  <w:style w:type="paragraph" w:customStyle="1" w:styleId="BCB1D4E503974740835E19C5DCA033CA2">
    <w:name w:val="BCB1D4E503974740835E19C5DCA033CA2"/>
    <w:rsid w:val="00D27179"/>
    <w:pPr>
      <w:suppressAutoHyphens/>
      <w:spacing w:after="200" w:line="276" w:lineRule="auto"/>
    </w:pPr>
    <w:rPr>
      <w:kern w:val="0"/>
      <w:sz w:val="22"/>
      <w:szCs w:val="22"/>
      <w:lang w:val="en-US" w:eastAsia="en-US"/>
      <w14:ligatures w14:val="none"/>
    </w:rPr>
  </w:style>
  <w:style w:type="paragraph" w:customStyle="1" w:styleId="6939948EFD414EEDAF8E7517BAC08B2F2">
    <w:name w:val="6939948EFD414EEDAF8E7517BAC08B2F2"/>
    <w:rsid w:val="00D27179"/>
    <w:pPr>
      <w:suppressAutoHyphens/>
      <w:spacing w:after="200" w:line="276" w:lineRule="auto"/>
    </w:pPr>
    <w:rPr>
      <w:kern w:val="0"/>
      <w:sz w:val="22"/>
      <w:szCs w:val="22"/>
      <w:lang w:val="en-US" w:eastAsia="en-US"/>
      <w14:ligatures w14:val="none"/>
    </w:rPr>
  </w:style>
  <w:style w:type="paragraph" w:customStyle="1" w:styleId="8877CA34B1DB43E19CCE2D5EE48345F82">
    <w:name w:val="8877CA34B1DB43E19CCE2D5EE48345F82"/>
    <w:rsid w:val="00D27179"/>
    <w:pPr>
      <w:suppressAutoHyphens/>
      <w:spacing w:after="200" w:line="276" w:lineRule="auto"/>
    </w:pPr>
    <w:rPr>
      <w:kern w:val="0"/>
      <w:sz w:val="22"/>
      <w:szCs w:val="22"/>
      <w:lang w:val="en-US" w:eastAsia="en-US"/>
      <w14:ligatures w14:val="none"/>
    </w:rPr>
  </w:style>
  <w:style w:type="paragraph" w:customStyle="1" w:styleId="3A0BAD1FB80B4FDB82FA05DEF211D6C22">
    <w:name w:val="3A0BAD1FB80B4FDB82FA05DEF211D6C22"/>
    <w:rsid w:val="00D27179"/>
    <w:pPr>
      <w:suppressAutoHyphens/>
      <w:spacing w:after="200" w:line="276" w:lineRule="auto"/>
    </w:pPr>
    <w:rPr>
      <w:kern w:val="0"/>
      <w:sz w:val="22"/>
      <w:szCs w:val="22"/>
      <w:lang w:val="en-US" w:eastAsia="en-US"/>
      <w14:ligatures w14:val="none"/>
    </w:rPr>
  </w:style>
  <w:style w:type="paragraph" w:customStyle="1" w:styleId="7077EFDF7ABB478AA8D2C26365C9B0302">
    <w:name w:val="7077EFDF7ABB478AA8D2C26365C9B0302"/>
    <w:rsid w:val="00D27179"/>
    <w:pPr>
      <w:suppressAutoHyphens/>
      <w:spacing w:after="200" w:line="276" w:lineRule="auto"/>
    </w:pPr>
    <w:rPr>
      <w:kern w:val="0"/>
      <w:sz w:val="22"/>
      <w:szCs w:val="22"/>
      <w:lang w:val="en-US" w:eastAsia="en-US"/>
      <w14:ligatures w14:val="none"/>
    </w:rPr>
  </w:style>
  <w:style w:type="paragraph" w:customStyle="1" w:styleId="FAAC866915EB4797AE6401258525F7B22">
    <w:name w:val="FAAC866915EB4797AE6401258525F7B22"/>
    <w:rsid w:val="00D27179"/>
    <w:pPr>
      <w:suppressAutoHyphens/>
      <w:spacing w:after="200" w:line="276" w:lineRule="auto"/>
    </w:pPr>
    <w:rPr>
      <w:kern w:val="0"/>
      <w:sz w:val="22"/>
      <w:szCs w:val="22"/>
      <w:lang w:val="en-US" w:eastAsia="en-US"/>
      <w14:ligatures w14:val="none"/>
    </w:rPr>
  </w:style>
  <w:style w:type="paragraph" w:customStyle="1" w:styleId="55799F9C67C447768495B9675ECEA2682">
    <w:name w:val="55799F9C67C447768495B9675ECEA2682"/>
    <w:rsid w:val="00D27179"/>
    <w:pPr>
      <w:suppressAutoHyphens/>
      <w:spacing w:after="200" w:line="276" w:lineRule="auto"/>
    </w:pPr>
    <w:rPr>
      <w:kern w:val="0"/>
      <w:sz w:val="22"/>
      <w:szCs w:val="22"/>
      <w:lang w:val="en-US" w:eastAsia="en-US"/>
      <w14:ligatures w14:val="none"/>
    </w:rPr>
  </w:style>
  <w:style w:type="paragraph" w:customStyle="1" w:styleId="043A418AF9A140FE99FB78A23278D3CA2">
    <w:name w:val="043A418AF9A140FE99FB78A23278D3CA2"/>
    <w:rsid w:val="00D27179"/>
    <w:pPr>
      <w:suppressAutoHyphens/>
      <w:spacing w:after="200" w:line="276" w:lineRule="auto"/>
    </w:pPr>
    <w:rPr>
      <w:kern w:val="0"/>
      <w:sz w:val="22"/>
      <w:szCs w:val="22"/>
      <w:lang w:val="en-US" w:eastAsia="en-US"/>
      <w14:ligatures w14:val="none"/>
    </w:rPr>
  </w:style>
  <w:style w:type="paragraph" w:customStyle="1" w:styleId="972B5A501DC54DD68B80965B88D71E112">
    <w:name w:val="972B5A501DC54DD68B80965B88D71E112"/>
    <w:rsid w:val="00D27179"/>
    <w:pPr>
      <w:suppressAutoHyphens/>
      <w:spacing w:after="200" w:line="276" w:lineRule="auto"/>
    </w:pPr>
    <w:rPr>
      <w:kern w:val="0"/>
      <w:sz w:val="22"/>
      <w:szCs w:val="22"/>
      <w:lang w:val="en-US" w:eastAsia="en-US"/>
      <w14:ligatures w14:val="none"/>
    </w:rPr>
  </w:style>
  <w:style w:type="paragraph" w:customStyle="1" w:styleId="C274C5E8F70243D694A302C738ABDB0F3">
    <w:name w:val="C274C5E8F70243D694A302C738ABDB0F3"/>
    <w:rsid w:val="00D27179"/>
    <w:pPr>
      <w:suppressAutoHyphens/>
      <w:spacing w:after="200" w:line="276" w:lineRule="auto"/>
    </w:pPr>
    <w:rPr>
      <w:kern w:val="0"/>
      <w:sz w:val="22"/>
      <w:szCs w:val="22"/>
      <w:lang w:val="en-US" w:eastAsia="en-US"/>
      <w14:ligatures w14:val="none"/>
    </w:rPr>
  </w:style>
  <w:style w:type="paragraph" w:customStyle="1" w:styleId="BEA0D1ACACBB4E978761BA08B37B4B4E3">
    <w:name w:val="BEA0D1ACACBB4E978761BA08B37B4B4E3"/>
    <w:rsid w:val="00D27179"/>
    <w:pPr>
      <w:suppressAutoHyphens/>
      <w:spacing w:after="200" w:line="276" w:lineRule="auto"/>
    </w:pPr>
    <w:rPr>
      <w:kern w:val="0"/>
      <w:sz w:val="22"/>
      <w:szCs w:val="22"/>
      <w:lang w:val="en-US" w:eastAsia="en-US"/>
      <w14:ligatures w14:val="none"/>
    </w:rPr>
  </w:style>
  <w:style w:type="paragraph" w:customStyle="1" w:styleId="43B2D4BB3DDA44A290B95A71878DD98C3">
    <w:name w:val="43B2D4BB3DDA44A290B95A71878DD98C3"/>
    <w:rsid w:val="00D27179"/>
    <w:pPr>
      <w:suppressAutoHyphens/>
      <w:spacing w:after="200" w:line="276" w:lineRule="auto"/>
    </w:pPr>
    <w:rPr>
      <w:kern w:val="0"/>
      <w:sz w:val="22"/>
      <w:szCs w:val="22"/>
      <w:lang w:val="en-US" w:eastAsia="en-US"/>
      <w14:ligatures w14:val="none"/>
    </w:rPr>
  </w:style>
  <w:style w:type="paragraph" w:customStyle="1" w:styleId="63A136C9E119419A8EB1A478563D91193">
    <w:name w:val="63A136C9E119419A8EB1A478563D91193"/>
    <w:rsid w:val="00D27179"/>
    <w:pPr>
      <w:suppressAutoHyphens/>
      <w:spacing w:after="200" w:line="276" w:lineRule="auto"/>
    </w:pPr>
    <w:rPr>
      <w:kern w:val="0"/>
      <w:sz w:val="22"/>
      <w:szCs w:val="22"/>
      <w:lang w:val="en-US" w:eastAsia="en-US"/>
      <w14:ligatures w14:val="none"/>
    </w:rPr>
  </w:style>
  <w:style w:type="paragraph" w:customStyle="1" w:styleId="A57ECF11BE3646C087764B8E7E1BDD023">
    <w:name w:val="A57ECF11BE3646C087764B8E7E1BDD023"/>
    <w:rsid w:val="00D27179"/>
    <w:pPr>
      <w:suppressAutoHyphens/>
      <w:spacing w:after="200" w:line="276" w:lineRule="auto"/>
    </w:pPr>
    <w:rPr>
      <w:kern w:val="0"/>
      <w:sz w:val="22"/>
      <w:szCs w:val="22"/>
      <w:lang w:val="en-US" w:eastAsia="en-US"/>
      <w14:ligatures w14:val="none"/>
    </w:rPr>
  </w:style>
  <w:style w:type="paragraph" w:customStyle="1" w:styleId="FB86BC8F45DC42C3B21902843820A2C23">
    <w:name w:val="FB86BC8F45DC42C3B21902843820A2C23"/>
    <w:rsid w:val="00D27179"/>
    <w:pPr>
      <w:suppressAutoHyphens/>
      <w:spacing w:after="200" w:line="276" w:lineRule="auto"/>
    </w:pPr>
    <w:rPr>
      <w:kern w:val="0"/>
      <w:sz w:val="22"/>
      <w:szCs w:val="22"/>
      <w:lang w:val="en-US" w:eastAsia="en-US"/>
      <w14:ligatures w14:val="none"/>
    </w:rPr>
  </w:style>
  <w:style w:type="paragraph" w:customStyle="1" w:styleId="C62ED1A613AB460382EDC940ABA565A23">
    <w:name w:val="C62ED1A613AB460382EDC940ABA565A23"/>
    <w:rsid w:val="00D27179"/>
    <w:pPr>
      <w:suppressAutoHyphens/>
      <w:spacing w:after="200" w:line="276" w:lineRule="auto"/>
    </w:pPr>
    <w:rPr>
      <w:kern w:val="0"/>
      <w:sz w:val="22"/>
      <w:szCs w:val="22"/>
      <w:lang w:val="en-US" w:eastAsia="en-US"/>
      <w14:ligatures w14:val="none"/>
    </w:rPr>
  </w:style>
  <w:style w:type="paragraph" w:customStyle="1" w:styleId="25ACE23FFA3149F39B6B9C384C4F3CC63">
    <w:name w:val="25ACE23FFA3149F39B6B9C384C4F3CC63"/>
    <w:rsid w:val="00D27179"/>
    <w:pPr>
      <w:suppressAutoHyphens/>
      <w:spacing w:after="200" w:line="276" w:lineRule="auto"/>
    </w:pPr>
    <w:rPr>
      <w:kern w:val="0"/>
      <w:sz w:val="22"/>
      <w:szCs w:val="22"/>
      <w:lang w:val="en-US" w:eastAsia="en-US"/>
      <w14:ligatures w14:val="none"/>
    </w:rPr>
  </w:style>
  <w:style w:type="paragraph" w:customStyle="1" w:styleId="C5F734915E7F45A68F3FD25F942DB8A63">
    <w:name w:val="C5F734915E7F45A68F3FD25F942DB8A63"/>
    <w:rsid w:val="00D27179"/>
    <w:pPr>
      <w:suppressAutoHyphens/>
      <w:spacing w:after="200" w:line="276" w:lineRule="auto"/>
    </w:pPr>
    <w:rPr>
      <w:kern w:val="0"/>
      <w:sz w:val="22"/>
      <w:szCs w:val="22"/>
      <w:lang w:val="en-US" w:eastAsia="en-US"/>
      <w14:ligatures w14:val="none"/>
    </w:rPr>
  </w:style>
  <w:style w:type="paragraph" w:customStyle="1" w:styleId="E60F552AF1894517BF430B4D9388E6A13">
    <w:name w:val="E60F552AF1894517BF430B4D9388E6A13"/>
    <w:rsid w:val="00D27179"/>
    <w:pPr>
      <w:suppressAutoHyphens/>
      <w:spacing w:after="200" w:line="276" w:lineRule="auto"/>
    </w:pPr>
    <w:rPr>
      <w:kern w:val="0"/>
      <w:sz w:val="22"/>
      <w:szCs w:val="22"/>
      <w:lang w:val="en-US" w:eastAsia="en-US"/>
      <w14:ligatures w14:val="none"/>
    </w:rPr>
  </w:style>
  <w:style w:type="paragraph" w:customStyle="1" w:styleId="9A7B24678F374E8E8A626C943E22490E3">
    <w:name w:val="9A7B24678F374E8E8A626C943E22490E3"/>
    <w:rsid w:val="00D27179"/>
    <w:pPr>
      <w:suppressAutoHyphens/>
      <w:spacing w:after="200" w:line="276" w:lineRule="auto"/>
    </w:pPr>
    <w:rPr>
      <w:kern w:val="0"/>
      <w:sz w:val="22"/>
      <w:szCs w:val="22"/>
      <w:lang w:val="en-US" w:eastAsia="en-US"/>
      <w14:ligatures w14:val="none"/>
    </w:rPr>
  </w:style>
  <w:style w:type="paragraph" w:customStyle="1" w:styleId="8F9457A5A7204B86B74A49FB1A90AC473">
    <w:name w:val="8F9457A5A7204B86B74A49FB1A90AC473"/>
    <w:rsid w:val="00D27179"/>
    <w:pPr>
      <w:suppressAutoHyphens/>
      <w:spacing w:after="200" w:line="276" w:lineRule="auto"/>
    </w:pPr>
    <w:rPr>
      <w:kern w:val="0"/>
      <w:sz w:val="22"/>
      <w:szCs w:val="22"/>
      <w:lang w:val="en-US" w:eastAsia="en-US"/>
      <w14:ligatures w14:val="none"/>
    </w:rPr>
  </w:style>
  <w:style w:type="paragraph" w:customStyle="1" w:styleId="59F4DF87A9F74F049460131BA33E6FA73">
    <w:name w:val="59F4DF87A9F74F049460131BA33E6FA73"/>
    <w:rsid w:val="00D27179"/>
    <w:pPr>
      <w:suppressAutoHyphens/>
      <w:spacing w:after="200" w:line="276" w:lineRule="auto"/>
    </w:pPr>
    <w:rPr>
      <w:kern w:val="0"/>
      <w:sz w:val="22"/>
      <w:szCs w:val="22"/>
      <w:lang w:val="en-US" w:eastAsia="en-US"/>
      <w14:ligatures w14:val="none"/>
    </w:rPr>
  </w:style>
  <w:style w:type="paragraph" w:customStyle="1" w:styleId="3E836076F2EF41388929DEF3ED71890D3">
    <w:name w:val="3E836076F2EF41388929DEF3ED71890D3"/>
    <w:rsid w:val="00D27179"/>
    <w:pPr>
      <w:suppressAutoHyphens/>
      <w:spacing w:after="200" w:line="276" w:lineRule="auto"/>
    </w:pPr>
    <w:rPr>
      <w:kern w:val="0"/>
      <w:sz w:val="22"/>
      <w:szCs w:val="22"/>
      <w:lang w:val="en-US" w:eastAsia="en-US"/>
      <w14:ligatures w14:val="none"/>
    </w:rPr>
  </w:style>
  <w:style w:type="paragraph" w:customStyle="1" w:styleId="1481DB378EC04481B0F7E277BFE8CADF2">
    <w:name w:val="1481DB378EC04481B0F7E277BFE8CADF2"/>
    <w:rsid w:val="00D27179"/>
    <w:pPr>
      <w:suppressAutoHyphens/>
      <w:spacing w:after="200" w:line="276" w:lineRule="auto"/>
    </w:pPr>
    <w:rPr>
      <w:kern w:val="0"/>
      <w:sz w:val="22"/>
      <w:szCs w:val="22"/>
      <w:lang w:val="en-US" w:eastAsia="en-US"/>
      <w14:ligatures w14:val="none"/>
    </w:rPr>
  </w:style>
  <w:style w:type="paragraph" w:customStyle="1" w:styleId="DA3DCADF6597455EBE05C677884B0A7D3">
    <w:name w:val="DA3DCADF6597455EBE05C677884B0A7D3"/>
    <w:rsid w:val="00D27179"/>
    <w:pPr>
      <w:suppressAutoHyphens/>
      <w:spacing w:after="200" w:line="276" w:lineRule="auto"/>
    </w:pPr>
    <w:rPr>
      <w:kern w:val="0"/>
      <w:sz w:val="22"/>
      <w:szCs w:val="22"/>
      <w:lang w:val="en-US" w:eastAsia="en-US"/>
      <w14:ligatures w14:val="none"/>
    </w:rPr>
  </w:style>
  <w:style w:type="paragraph" w:customStyle="1" w:styleId="101E459D01ED4015A6B0830C84E6074D3">
    <w:name w:val="101E459D01ED4015A6B0830C84E6074D3"/>
    <w:rsid w:val="00D27179"/>
    <w:pPr>
      <w:suppressAutoHyphens/>
      <w:spacing w:after="200" w:line="276" w:lineRule="auto"/>
    </w:pPr>
    <w:rPr>
      <w:kern w:val="0"/>
      <w:sz w:val="22"/>
      <w:szCs w:val="22"/>
      <w:lang w:val="en-US" w:eastAsia="en-US"/>
      <w14:ligatures w14:val="none"/>
    </w:rPr>
  </w:style>
  <w:style w:type="paragraph" w:customStyle="1" w:styleId="0F187732661C48DF8267D6C8F70CAB343">
    <w:name w:val="0F187732661C48DF8267D6C8F70CAB343"/>
    <w:rsid w:val="00D27179"/>
    <w:pPr>
      <w:suppressAutoHyphens/>
      <w:spacing w:after="200" w:line="276" w:lineRule="auto"/>
    </w:pPr>
    <w:rPr>
      <w:kern w:val="0"/>
      <w:sz w:val="22"/>
      <w:szCs w:val="22"/>
      <w:lang w:val="en-US" w:eastAsia="en-US"/>
      <w14:ligatures w14:val="none"/>
    </w:rPr>
  </w:style>
  <w:style w:type="paragraph" w:customStyle="1" w:styleId="BCB1D4E503974740835E19C5DCA033CA3">
    <w:name w:val="BCB1D4E503974740835E19C5DCA033CA3"/>
    <w:rsid w:val="00D27179"/>
    <w:pPr>
      <w:suppressAutoHyphens/>
      <w:spacing w:after="200" w:line="276" w:lineRule="auto"/>
    </w:pPr>
    <w:rPr>
      <w:kern w:val="0"/>
      <w:sz w:val="22"/>
      <w:szCs w:val="22"/>
      <w:lang w:val="en-US" w:eastAsia="en-US"/>
      <w14:ligatures w14:val="none"/>
    </w:rPr>
  </w:style>
  <w:style w:type="paragraph" w:customStyle="1" w:styleId="6939948EFD414EEDAF8E7517BAC08B2F3">
    <w:name w:val="6939948EFD414EEDAF8E7517BAC08B2F3"/>
    <w:rsid w:val="00D27179"/>
    <w:pPr>
      <w:suppressAutoHyphens/>
      <w:spacing w:after="200" w:line="276" w:lineRule="auto"/>
    </w:pPr>
    <w:rPr>
      <w:kern w:val="0"/>
      <w:sz w:val="22"/>
      <w:szCs w:val="22"/>
      <w:lang w:val="en-US" w:eastAsia="en-US"/>
      <w14:ligatures w14:val="none"/>
    </w:rPr>
  </w:style>
  <w:style w:type="paragraph" w:customStyle="1" w:styleId="8877CA34B1DB43E19CCE2D5EE48345F83">
    <w:name w:val="8877CA34B1DB43E19CCE2D5EE48345F83"/>
    <w:rsid w:val="00D27179"/>
    <w:pPr>
      <w:suppressAutoHyphens/>
      <w:spacing w:after="200" w:line="276" w:lineRule="auto"/>
    </w:pPr>
    <w:rPr>
      <w:kern w:val="0"/>
      <w:sz w:val="22"/>
      <w:szCs w:val="22"/>
      <w:lang w:val="en-US" w:eastAsia="en-US"/>
      <w14:ligatures w14:val="none"/>
    </w:rPr>
  </w:style>
  <w:style w:type="paragraph" w:customStyle="1" w:styleId="3A0BAD1FB80B4FDB82FA05DEF211D6C23">
    <w:name w:val="3A0BAD1FB80B4FDB82FA05DEF211D6C23"/>
    <w:rsid w:val="00D27179"/>
    <w:pPr>
      <w:suppressAutoHyphens/>
      <w:spacing w:after="200" w:line="276" w:lineRule="auto"/>
    </w:pPr>
    <w:rPr>
      <w:kern w:val="0"/>
      <w:sz w:val="22"/>
      <w:szCs w:val="22"/>
      <w:lang w:val="en-US" w:eastAsia="en-US"/>
      <w14:ligatures w14:val="none"/>
    </w:rPr>
  </w:style>
  <w:style w:type="paragraph" w:customStyle="1" w:styleId="7077EFDF7ABB478AA8D2C26365C9B0303">
    <w:name w:val="7077EFDF7ABB478AA8D2C26365C9B0303"/>
    <w:rsid w:val="00D27179"/>
    <w:pPr>
      <w:suppressAutoHyphens/>
      <w:spacing w:after="200" w:line="276" w:lineRule="auto"/>
    </w:pPr>
    <w:rPr>
      <w:kern w:val="0"/>
      <w:sz w:val="22"/>
      <w:szCs w:val="22"/>
      <w:lang w:val="en-US" w:eastAsia="en-US"/>
      <w14:ligatures w14:val="none"/>
    </w:rPr>
  </w:style>
  <w:style w:type="paragraph" w:customStyle="1" w:styleId="FAAC866915EB4797AE6401258525F7B23">
    <w:name w:val="FAAC866915EB4797AE6401258525F7B23"/>
    <w:rsid w:val="00D27179"/>
    <w:pPr>
      <w:suppressAutoHyphens/>
      <w:spacing w:after="200" w:line="276" w:lineRule="auto"/>
    </w:pPr>
    <w:rPr>
      <w:kern w:val="0"/>
      <w:sz w:val="22"/>
      <w:szCs w:val="22"/>
      <w:lang w:val="en-US" w:eastAsia="en-US"/>
      <w14:ligatures w14:val="none"/>
    </w:rPr>
  </w:style>
  <w:style w:type="paragraph" w:customStyle="1" w:styleId="55799F9C67C447768495B9675ECEA2683">
    <w:name w:val="55799F9C67C447768495B9675ECEA2683"/>
    <w:rsid w:val="00D27179"/>
    <w:pPr>
      <w:suppressAutoHyphens/>
      <w:spacing w:after="200" w:line="276" w:lineRule="auto"/>
    </w:pPr>
    <w:rPr>
      <w:kern w:val="0"/>
      <w:sz w:val="22"/>
      <w:szCs w:val="22"/>
      <w:lang w:val="en-US" w:eastAsia="en-US"/>
      <w14:ligatures w14:val="none"/>
    </w:rPr>
  </w:style>
  <w:style w:type="paragraph" w:customStyle="1" w:styleId="043A418AF9A140FE99FB78A23278D3CA3">
    <w:name w:val="043A418AF9A140FE99FB78A23278D3CA3"/>
    <w:rsid w:val="00D27179"/>
    <w:pPr>
      <w:suppressAutoHyphens/>
      <w:spacing w:after="200" w:line="276" w:lineRule="auto"/>
    </w:pPr>
    <w:rPr>
      <w:kern w:val="0"/>
      <w:sz w:val="22"/>
      <w:szCs w:val="22"/>
      <w:lang w:val="en-US" w:eastAsia="en-US"/>
      <w14:ligatures w14:val="none"/>
    </w:rPr>
  </w:style>
  <w:style w:type="paragraph" w:customStyle="1" w:styleId="972B5A501DC54DD68B80965B88D71E113">
    <w:name w:val="972B5A501DC54DD68B80965B88D71E113"/>
    <w:rsid w:val="00D27179"/>
    <w:pPr>
      <w:suppressAutoHyphens/>
      <w:spacing w:after="200" w:line="276" w:lineRule="auto"/>
    </w:pPr>
    <w:rPr>
      <w:kern w:val="0"/>
      <w:sz w:val="22"/>
      <w:szCs w:val="22"/>
      <w:lang w:val="en-US" w:eastAsia="en-US"/>
      <w14:ligatures w14:val="none"/>
    </w:rPr>
  </w:style>
  <w:style w:type="paragraph" w:customStyle="1" w:styleId="C274C5E8F70243D694A302C738ABDB0F4">
    <w:name w:val="C274C5E8F70243D694A302C738ABDB0F4"/>
    <w:rsid w:val="00D27179"/>
    <w:pPr>
      <w:suppressAutoHyphens/>
      <w:spacing w:after="200" w:line="276" w:lineRule="auto"/>
    </w:pPr>
    <w:rPr>
      <w:kern w:val="0"/>
      <w:sz w:val="22"/>
      <w:szCs w:val="22"/>
      <w:lang w:val="en-US" w:eastAsia="en-US"/>
      <w14:ligatures w14:val="none"/>
    </w:rPr>
  </w:style>
  <w:style w:type="paragraph" w:customStyle="1" w:styleId="BEA0D1ACACBB4E978761BA08B37B4B4E4">
    <w:name w:val="BEA0D1ACACBB4E978761BA08B37B4B4E4"/>
    <w:rsid w:val="00D27179"/>
    <w:pPr>
      <w:suppressAutoHyphens/>
      <w:spacing w:after="200" w:line="276" w:lineRule="auto"/>
    </w:pPr>
    <w:rPr>
      <w:kern w:val="0"/>
      <w:sz w:val="22"/>
      <w:szCs w:val="22"/>
      <w:lang w:val="en-US" w:eastAsia="en-US"/>
      <w14:ligatures w14:val="none"/>
    </w:rPr>
  </w:style>
  <w:style w:type="paragraph" w:customStyle="1" w:styleId="43B2D4BB3DDA44A290B95A71878DD98C4">
    <w:name w:val="43B2D4BB3DDA44A290B95A71878DD98C4"/>
    <w:rsid w:val="00D27179"/>
    <w:pPr>
      <w:suppressAutoHyphens/>
      <w:spacing w:after="200" w:line="276" w:lineRule="auto"/>
    </w:pPr>
    <w:rPr>
      <w:kern w:val="0"/>
      <w:sz w:val="22"/>
      <w:szCs w:val="22"/>
      <w:lang w:val="en-US" w:eastAsia="en-US"/>
      <w14:ligatures w14:val="none"/>
    </w:rPr>
  </w:style>
  <w:style w:type="paragraph" w:customStyle="1" w:styleId="63A136C9E119419A8EB1A478563D91194">
    <w:name w:val="63A136C9E119419A8EB1A478563D91194"/>
    <w:rsid w:val="00D27179"/>
    <w:pPr>
      <w:suppressAutoHyphens/>
      <w:spacing w:after="200" w:line="276" w:lineRule="auto"/>
    </w:pPr>
    <w:rPr>
      <w:kern w:val="0"/>
      <w:sz w:val="22"/>
      <w:szCs w:val="22"/>
      <w:lang w:val="en-US" w:eastAsia="en-US"/>
      <w14:ligatures w14:val="none"/>
    </w:rPr>
  </w:style>
  <w:style w:type="paragraph" w:customStyle="1" w:styleId="A57ECF11BE3646C087764B8E7E1BDD024">
    <w:name w:val="A57ECF11BE3646C087764B8E7E1BDD024"/>
    <w:rsid w:val="00D27179"/>
    <w:pPr>
      <w:suppressAutoHyphens/>
      <w:spacing w:after="200" w:line="276" w:lineRule="auto"/>
    </w:pPr>
    <w:rPr>
      <w:kern w:val="0"/>
      <w:sz w:val="22"/>
      <w:szCs w:val="22"/>
      <w:lang w:val="en-US" w:eastAsia="en-US"/>
      <w14:ligatures w14:val="none"/>
    </w:rPr>
  </w:style>
  <w:style w:type="paragraph" w:customStyle="1" w:styleId="FB86BC8F45DC42C3B21902843820A2C24">
    <w:name w:val="FB86BC8F45DC42C3B21902843820A2C24"/>
    <w:rsid w:val="00D27179"/>
    <w:pPr>
      <w:suppressAutoHyphens/>
      <w:spacing w:after="200" w:line="276" w:lineRule="auto"/>
    </w:pPr>
    <w:rPr>
      <w:kern w:val="0"/>
      <w:sz w:val="22"/>
      <w:szCs w:val="22"/>
      <w:lang w:val="en-US" w:eastAsia="en-US"/>
      <w14:ligatures w14:val="none"/>
    </w:rPr>
  </w:style>
  <w:style w:type="paragraph" w:customStyle="1" w:styleId="C62ED1A613AB460382EDC940ABA565A24">
    <w:name w:val="C62ED1A613AB460382EDC940ABA565A24"/>
    <w:rsid w:val="00D27179"/>
    <w:pPr>
      <w:suppressAutoHyphens/>
      <w:spacing w:after="200" w:line="276" w:lineRule="auto"/>
    </w:pPr>
    <w:rPr>
      <w:kern w:val="0"/>
      <w:sz w:val="22"/>
      <w:szCs w:val="22"/>
      <w:lang w:val="en-US" w:eastAsia="en-US"/>
      <w14:ligatures w14:val="none"/>
    </w:rPr>
  </w:style>
  <w:style w:type="paragraph" w:customStyle="1" w:styleId="25ACE23FFA3149F39B6B9C384C4F3CC64">
    <w:name w:val="25ACE23FFA3149F39B6B9C384C4F3CC64"/>
    <w:rsid w:val="00D27179"/>
    <w:pPr>
      <w:suppressAutoHyphens/>
      <w:spacing w:after="200" w:line="276" w:lineRule="auto"/>
    </w:pPr>
    <w:rPr>
      <w:kern w:val="0"/>
      <w:sz w:val="22"/>
      <w:szCs w:val="22"/>
      <w:lang w:val="en-US" w:eastAsia="en-US"/>
      <w14:ligatures w14:val="none"/>
    </w:rPr>
  </w:style>
  <w:style w:type="paragraph" w:customStyle="1" w:styleId="C5F734915E7F45A68F3FD25F942DB8A64">
    <w:name w:val="C5F734915E7F45A68F3FD25F942DB8A64"/>
    <w:rsid w:val="00D27179"/>
    <w:pPr>
      <w:suppressAutoHyphens/>
      <w:spacing w:after="200" w:line="276" w:lineRule="auto"/>
    </w:pPr>
    <w:rPr>
      <w:kern w:val="0"/>
      <w:sz w:val="22"/>
      <w:szCs w:val="22"/>
      <w:lang w:val="en-US" w:eastAsia="en-US"/>
      <w14:ligatures w14:val="none"/>
    </w:rPr>
  </w:style>
  <w:style w:type="paragraph" w:customStyle="1" w:styleId="E60F552AF1894517BF430B4D9388E6A14">
    <w:name w:val="E60F552AF1894517BF430B4D9388E6A14"/>
    <w:rsid w:val="00D27179"/>
    <w:pPr>
      <w:suppressAutoHyphens/>
      <w:spacing w:after="200" w:line="276" w:lineRule="auto"/>
    </w:pPr>
    <w:rPr>
      <w:kern w:val="0"/>
      <w:sz w:val="22"/>
      <w:szCs w:val="22"/>
      <w:lang w:val="en-US" w:eastAsia="en-US"/>
      <w14:ligatures w14:val="none"/>
    </w:rPr>
  </w:style>
  <w:style w:type="paragraph" w:customStyle="1" w:styleId="9A7B24678F374E8E8A626C943E22490E4">
    <w:name w:val="9A7B24678F374E8E8A626C943E22490E4"/>
    <w:rsid w:val="00D27179"/>
    <w:pPr>
      <w:suppressAutoHyphens/>
      <w:spacing w:after="200" w:line="276" w:lineRule="auto"/>
    </w:pPr>
    <w:rPr>
      <w:kern w:val="0"/>
      <w:sz w:val="22"/>
      <w:szCs w:val="22"/>
      <w:lang w:val="en-US" w:eastAsia="en-US"/>
      <w14:ligatures w14:val="none"/>
    </w:rPr>
  </w:style>
  <w:style w:type="paragraph" w:customStyle="1" w:styleId="8F9457A5A7204B86B74A49FB1A90AC474">
    <w:name w:val="8F9457A5A7204B86B74A49FB1A90AC474"/>
    <w:rsid w:val="00D27179"/>
    <w:pPr>
      <w:suppressAutoHyphens/>
      <w:spacing w:after="200" w:line="276" w:lineRule="auto"/>
    </w:pPr>
    <w:rPr>
      <w:kern w:val="0"/>
      <w:sz w:val="22"/>
      <w:szCs w:val="22"/>
      <w:lang w:val="en-US" w:eastAsia="en-US"/>
      <w14:ligatures w14:val="none"/>
    </w:rPr>
  </w:style>
  <w:style w:type="paragraph" w:customStyle="1" w:styleId="59F4DF87A9F74F049460131BA33E6FA74">
    <w:name w:val="59F4DF87A9F74F049460131BA33E6FA74"/>
    <w:rsid w:val="00D27179"/>
    <w:pPr>
      <w:suppressAutoHyphens/>
      <w:spacing w:after="200" w:line="276" w:lineRule="auto"/>
    </w:pPr>
    <w:rPr>
      <w:kern w:val="0"/>
      <w:sz w:val="22"/>
      <w:szCs w:val="22"/>
      <w:lang w:val="en-US" w:eastAsia="en-US"/>
      <w14:ligatures w14:val="none"/>
    </w:rPr>
  </w:style>
  <w:style w:type="paragraph" w:customStyle="1" w:styleId="3E836076F2EF41388929DEF3ED71890D4">
    <w:name w:val="3E836076F2EF41388929DEF3ED71890D4"/>
    <w:rsid w:val="00D27179"/>
    <w:pPr>
      <w:suppressAutoHyphens/>
      <w:spacing w:after="200" w:line="276" w:lineRule="auto"/>
    </w:pPr>
    <w:rPr>
      <w:kern w:val="0"/>
      <w:sz w:val="22"/>
      <w:szCs w:val="22"/>
      <w:lang w:val="en-US" w:eastAsia="en-US"/>
      <w14:ligatures w14:val="none"/>
    </w:rPr>
  </w:style>
  <w:style w:type="paragraph" w:customStyle="1" w:styleId="1481DB378EC04481B0F7E277BFE8CADF3">
    <w:name w:val="1481DB378EC04481B0F7E277BFE8CADF3"/>
    <w:rsid w:val="00D27179"/>
    <w:pPr>
      <w:suppressAutoHyphens/>
      <w:spacing w:after="200" w:line="276" w:lineRule="auto"/>
    </w:pPr>
    <w:rPr>
      <w:kern w:val="0"/>
      <w:sz w:val="22"/>
      <w:szCs w:val="22"/>
      <w:lang w:val="en-US" w:eastAsia="en-US"/>
      <w14:ligatures w14:val="none"/>
    </w:rPr>
  </w:style>
  <w:style w:type="paragraph" w:customStyle="1" w:styleId="DA3DCADF6597455EBE05C677884B0A7D4">
    <w:name w:val="DA3DCADF6597455EBE05C677884B0A7D4"/>
    <w:rsid w:val="00D27179"/>
    <w:pPr>
      <w:suppressAutoHyphens/>
      <w:spacing w:after="200" w:line="276" w:lineRule="auto"/>
    </w:pPr>
    <w:rPr>
      <w:kern w:val="0"/>
      <w:sz w:val="22"/>
      <w:szCs w:val="22"/>
      <w:lang w:val="en-US" w:eastAsia="en-US"/>
      <w14:ligatures w14:val="none"/>
    </w:rPr>
  </w:style>
  <w:style w:type="paragraph" w:customStyle="1" w:styleId="101E459D01ED4015A6B0830C84E6074D4">
    <w:name w:val="101E459D01ED4015A6B0830C84E6074D4"/>
    <w:rsid w:val="00D27179"/>
    <w:pPr>
      <w:suppressAutoHyphens/>
      <w:spacing w:after="200" w:line="276" w:lineRule="auto"/>
    </w:pPr>
    <w:rPr>
      <w:kern w:val="0"/>
      <w:sz w:val="22"/>
      <w:szCs w:val="22"/>
      <w:lang w:val="en-US" w:eastAsia="en-US"/>
      <w14:ligatures w14:val="none"/>
    </w:rPr>
  </w:style>
  <w:style w:type="paragraph" w:customStyle="1" w:styleId="0F187732661C48DF8267D6C8F70CAB344">
    <w:name w:val="0F187732661C48DF8267D6C8F70CAB344"/>
    <w:rsid w:val="00D27179"/>
    <w:pPr>
      <w:suppressAutoHyphens/>
      <w:spacing w:after="200" w:line="276" w:lineRule="auto"/>
    </w:pPr>
    <w:rPr>
      <w:kern w:val="0"/>
      <w:sz w:val="22"/>
      <w:szCs w:val="22"/>
      <w:lang w:val="en-US" w:eastAsia="en-US"/>
      <w14:ligatures w14:val="none"/>
    </w:rPr>
  </w:style>
  <w:style w:type="paragraph" w:customStyle="1" w:styleId="BCB1D4E503974740835E19C5DCA033CA4">
    <w:name w:val="BCB1D4E503974740835E19C5DCA033CA4"/>
    <w:rsid w:val="00D27179"/>
    <w:pPr>
      <w:suppressAutoHyphens/>
      <w:spacing w:after="200" w:line="276" w:lineRule="auto"/>
    </w:pPr>
    <w:rPr>
      <w:kern w:val="0"/>
      <w:sz w:val="22"/>
      <w:szCs w:val="22"/>
      <w:lang w:val="en-US" w:eastAsia="en-US"/>
      <w14:ligatures w14:val="none"/>
    </w:rPr>
  </w:style>
  <w:style w:type="paragraph" w:customStyle="1" w:styleId="6939948EFD414EEDAF8E7517BAC08B2F4">
    <w:name w:val="6939948EFD414EEDAF8E7517BAC08B2F4"/>
    <w:rsid w:val="00D27179"/>
    <w:pPr>
      <w:suppressAutoHyphens/>
      <w:spacing w:after="200" w:line="276" w:lineRule="auto"/>
    </w:pPr>
    <w:rPr>
      <w:kern w:val="0"/>
      <w:sz w:val="22"/>
      <w:szCs w:val="22"/>
      <w:lang w:val="en-US" w:eastAsia="en-US"/>
      <w14:ligatures w14:val="none"/>
    </w:rPr>
  </w:style>
  <w:style w:type="paragraph" w:customStyle="1" w:styleId="8877CA34B1DB43E19CCE2D5EE48345F84">
    <w:name w:val="8877CA34B1DB43E19CCE2D5EE48345F84"/>
    <w:rsid w:val="00D27179"/>
    <w:pPr>
      <w:suppressAutoHyphens/>
      <w:spacing w:after="200" w:line="276" w:lineRule="auto"/>
    </w:pPr>
    <w:rPr>
      <w:kern w:val="0"/>
      <w:sz w:val="22"/>
      <w:szCs w:val="22"/>
      <w:lang w:val="en-US" w:eastAsia="en-US"/>
      <w14:ligatures w14:val="none"/>
    </w:rPr>
  </w:style>
  <w:style w:type="paragraph" w:customStyle="1" w:styleId="3A0BAD1FB80B4FDB82FA05DEF211D6C24">
    <w:name w:val="3A0BAD1FB80B4FDB82FA05DEF211D6C24"/>
    <w:rsid w:val="00D27179"/>
    <w:pPr>
      <w:suppressAutoHyphens/>
      <w:spacing w:after="200" w:line="276" w:lineRule="auto"/>
    </w:pPr>
    <w:rPr>
      <w:kern w:val="0"/>
      <w:sz w:val="22"/>
      <w:szCs w:val="22"/>
      <w:lang w:val="en-US" w:eastAsia="en-US"/>
      <w14:ligatures w14:val="none"/>
    </w:rPr>
  </w:style>
  <w:style w:type="paragraph" w:customStyle="1" w:styleId="7077EFDF7ABB478AA8D2C26365C9B0304">
    <w:name w:val="7077EFDF7ABB478AA8D2C26365C9B0304"/>
    <w:rsid w:val="00D27179"/>
    <w:pPr>
      <w:suppressAutoHyphens/>
      <w:spacing w:after="200" w:line="276" w:lineRule="auto"/>
    </w:pPr>
    <w:rPr>
      <w:kern w:val="0"/>
      <w:sz w:val="22"/>
      <w:szCs w:val="22"/>
      <w:lang w:val="en-US" w:eastAsia="en-US"/>
      <w14:ligatures w14:val="none"/>
    </w:rPr>
  </w:style>
  <w:style w:type="paragraph" w:customStyle="1" w:styleId="FAAC866915EB4797AE6401258525F7B24">
    <w:name w:val="FAAC866915EB4797AE6401258525F7B24"/>
    <w:rsid w:val="00D27179"/>
    <w:pPr>
      <w:suppressAutoHyphens/>
      <w:spacing w:after="200" w:line="276" w:lineRule="auto"/>
    </w:pPr>
    <w:rPr>
      <w:kern w:val="0"/>
      <w:sz w:val="22"/>
      <w:szCs w:val="22"/>
      <w:lang w:val="en-US" w:eastAsia="en-US"/>
      <w14:ligatures w14:val="none"/>
    </w:rPr>
  </w:style>
  <w:style w:type="paragraph" w:customStyle="1" w:styleId="55799F9C67C447768495B9675ECEA2684">
    <w:name w:val="55799F9C67C447768495B9675ECEA2684"/>
    <w:rsid w:val="00D27179"/>
    <w:pPr>
      <w:suppressAutoHyphens/>
      <w:spacing w:after="200" w:line="276" w:lineRule="auto"/>
    </w:pPr>
    <w:rPr>
      <w:kern w:val="0"/>
      <w:sz w:val="22"/>
      <w:szCs w:val="22"/>
      <w:lang w:val="en-US" w:eastAsia="en-US"/>
      <w14:ligatures w14:val="none"/>
    </w:rPr>
  </w:style>
  <w:style w:type="paragraph" w:customStyle="1" w:styleId="043A418AF9A140FE99FB78A23278D3CA4">
    <w:name w:val="043A418AF9A140FE99FB78A23278D3CA4"/>
    <w:rsid w:val="00D27179"/>
    <w:pPr>
      <w:suppressAutoHyphens/>
      <w:spacing w:after="200" w:line="276" w:lineRule="auto"/>
    </w:pPr>
    <w:rPr>
      <w:kern w:val="0"/>
      <w:sz w:val="22"/>
      <w:szCs w:val="22"/>
      <w:lang w:val="en-US" w:eastAsia="en-US"/>
      <w14:ligatures w14:val="none"/>
    </w:rPr>
  </w:style>
  <w:style w:type="paragraph" w:customStyle="1" w:styleId="972B5A501DC54DD68B80965B88D71E114">
    <w:name w:val="972B5A501DC54DD68B80965B88D71E114"/>
    <w:rsid w:val="00D27179"/>
    <w:pPr>
      <w:suppressAutoHyphens/>
      <w:spacing w:after="200" w:line="276" w:lineRule="auto"/>
    </w:pPr>
    <w:rPr>
      <w:kern w:val="0"/>
      <w:sz w:val="22"/>
      <w:szCs w:val="22"/>
      <w:lang w:val="en-US" w:eastAsia="en-US"/>
      <w14:ligatures w14:val="none"/>
    </w:rPr>
  </w:style>
  <w:style w:type="paragraph" w:customStyle="1" w:styleId="C274C5E8F70243D694A302C738ABDB0F5">
    <w:name w:val="C274C5E8F70243D694A302C738ABDB0F5"/>
    <w:rsid w:val="00D27179"/>
    <w:pPr>
      <w:suppressAutoHyphens/>
      <w:spacing w:after="200" w:line="276" w:lineRule="auto"/>
    </w:pPr>
    <w:rPr>
      <w:kern w:val="0"/>
      <w:sz w:val="22"/>
      <w:szCs w:val="22"/>
      <w:lang w:val="en-US" w:eastAsia="en-US"/>
      <w14:ligatures w14:val="none"/>
    </w:rPr>
  </w:style>
  <w:style w:type="paragraph" w:customStyle="1" w:styleId="BEA0D1ACACBB4E978761BA08B37B4B4E5">
    <w:name w:val="BEA0D1ACACBB4E978761BA08B37B4B4E5"/>
    <w:rsid w:val="00D27179"/>
    <w:pPr>
      <w:suppressAutoHyphens/>
      <w:spacing w:after="200" w:line="276" w:lineRule="auto"/>
    </w:pPr>
    <w:rPr>
      <w:kern w:val="0"/>
      <w:sz w:val="22"/>
      <w:szCs w:val="22"/>
      <w:lang w:val="en-US" w:eastAsia="en-US"/>
      <w14:ligatures w14:val="none"/>
    </w:rPr>
  </w:style>
  <w:style w:type="paragraph" w:customStyle="1" w:styleId="43B2D4BB3DDA44A290B95A71878DD98C5">
    <w:name w:val="43B2D4BB3DDA44A290B95A71878DD98C5"/>
    <w:rsid w:val="00D27179"/>
    <w:pPr>
      <w:suppressAutoHyphens/>
      <w:spacing w:after="200" w:line="276" w:lineRule="auto"/>
    </w:pPr>
    <w:rPr>
      <w:kern w:val="0"/>
      <w:sz w:val="22"/>
      <w:szCs w:val="22"/>
      <w:lang w:val="en-US" w:eastAsia="en-US"/>
      <w14:ligatures w14:val="none"/>
    </w:rPr>
  </w:style>
  <w:style w:type="paragraph" w:customStyle="1" w:styleId="63A136C9E119419A8EB1A478563D91195">
    <w:name w:val="63A136C9E119419A8EB1A478563D91195"/>
    <w:rsid w:val="00D27179"/>
    <w:pPr>
      <w:suppressAutoHyphens/>
      <w:spacing w:after="200" w:line="276" w:lineRule="auto"/>
    </w:pPr>
    <w:rPr>
      <w:kern w:val="0"/>
      <w:sz w:val="22"/>
      <w:szCs w:val="22"/>
      <w:lang w:val="en-US" w:eastAsia="en-US"/>
      <w14:ligatures w14:val="none"/>
    </w:rPr>
  </w:style>
  <w:style w:type="paragraph" w:customStyle="1" w:styleId="A57ECF11BE3646C087764B8E7E1BDD025">
    <w:name w:val="A57ECF11BE3646C087764B8E7E1BDD025"/>
    <w:rsid w:val="00D27179"/>
    <w:pPr>
      <w:suppressAutoHyphens/>
      <w:spacing w:after="200" w:line="276" w:lineRule="auto"/>
    </w:pPr>
    <w:rPr>
      <w:kern w:val="0"/>
      <w:sz w:val="22"/>
      <w:szCs w:val="22"/>
      <w:lang w:val="en-US" w:eastAsia="en-US"/>
      <w14:ligatures w14:val="none"/>
    </w:rPr>
  </w:style>
  <w:style w:type="paragraph" w:customStyle="1" w:styleId="FB86BC8F45DC42C3B21902843820A2C25">
    <w:name w:val="FB86BC8F45DC42C3B21902843820A2C25"/>
    <w:rsid w:val="00D27179"/>
    <w:pPr>
      <w:suppressAutoHyphens/>
      <w:spacing w:after="200" w:line="276" w:lineRule="auto"/>
    </w:pPr>
    <w:rPr>
      <w:kern w:val="0"/>
      <w:sz w:val="22"/>
      <w:szCs w:val="22"/>
      <w:lang w:val="en-US" w:eastAsia="en-US"/>
      <w14:ligatures w14:val="none"/>
    </w:rPr>
  </w:style>
  <w:style w:type="paragraph" w:customStyle="1" w:styleId="C62ED1A613AB460382EDC940ABA565A25">
    <w:name w:val="C62ED1A613AB460382EDC940ABA565A25"/>
    <w:rsid w:val="00D27179"/>
    <w:pPr>
      <w:suppressAutoHyphens/>
      <w:spacing w:after="200" w:line="276" w:lineRule="auto"/>
    </w:pPr>
    <w:rPr>
      <w:kern w:val="0"/>
      <w:sz w:val="22"/>
      <w:szCs w:val="22"/>
      <w:lang w:val="en-US" w:eastAsia="en-US"/>
      <w14:ligatures w14:val="none"/>
    </w:rPr>
  </w:style>
  <w:style w:type="paragraph" w:customStyle="1" w:styleId="25ACE23FFA3149F39B6B9C384C4F3CC65">
    <w:name w:val="25ACE23FFA3149F39B6B9C384C4F3CC65"/>
    <w:rsid w:val="00D27179"/>
    <w:pPr>
      <w:suppressAutoHyphens/>
      <w:spacing w:after="200" w:line="276" w:lineRule="auto"/>
    </w:pPr>
    <w:rPr>
      <w:kern w:val="0"/>
      <w:sz w:val="22"/>
      <w:szCs w:val="22"/>
      <w:lang w:val="en-US" w:eastAsia="en-US"/>
      <w14:ligatures w14:val="none"/>
    </w:rPr>
  </w:style>
  <w:style w:type="paragraph" w:customStyle="1" w:styleId="C5F734915E7F45A68F3FD25F942DB8A65">
    <w:name w:val="C5F734915E7F45A68F3FD25F942DB8A65"/>
    <w:rsid w:val="00D27179"/>
    <w:pPr>
      <w:suppressAutoHyphens/>
      <w:spacing w:after="200" w:line="276" w:lineRule="auto"/>
    </w:pPr>
    <w:rPr>
      <w:kern w:val="0"/>
      <w:sz w:val="22"/>
      <w:szCs w:val="22"/>
      <w:lang w:val="en-US" w:eastAsia="en-US"/>
      <w14:ligatures w14:val="none"/>
    </w:rPr>
  </w:style>
  <w:style w:type="paragraph" w:customStyle="1" w:styleId="E60F552AF1894517BF430B4D9388E6A15">
    <w:name w:val="E60F552AF1894517BF430B4D9388E6A15"/>
    <w:rsid w:val="00D27179"/>
    <w:pPr>
      <w:suppressAutoHyphens/>
      <w:spacing w:after="200" w:line="276" w:lineRule="auto"/>
    </w:pPr>
    <w:rPr>
      <w:kern w:val="0"/>
      <w:sz w:val="22"/>
      <w:szCs w:val="22"/>
      <w:lang w:val="en-US" w:eastAsia="en-US"/>
      <w14:ligatures w14:val="none"/>
    </w:rPr>
  </w:style>
  <w:style w:type="paragraph" w:customStyle="1" w:styleId="9A7B24678F374E8E8A626C943E22490E5">
    <w:name w:val="9A7B24678F374E8E8A626C943E22490E5"/>
    <w:rsid w:val="00D27179"/>
    <w:pPr>
      <w:suppressAutoHyphens/>
      <w:spacing w:after="200" w:line="276" w:lineRule="auto"/>
    </w:pPr>
    <w:rPr>
      <w:kern w:val="0"/>
      <w:sz w:val="22"/>
      <w:szCs w:val="22"/>
      <w:lang w:val="en-US" w:eastAsia="en-US"/>
      <w14:ligatures w14:val="none"/>
    </w:rPr>
  </w:style>
  <w:style w:type="paragraph" w:customStyle="1" w:styleId="8F9457A5A7204B86B74A49FB1A90AC475">
    <w:name w:val="8F9457A5A7204B86B74A49FB1A90AC475"/>
    <w:rsid w:val="00D27179"/>
    <w:pPr>
      <w:suppressAutoHyphens/>
      <w:spacing w:after="200" w:line="276" w:lineRule="auto"/>
    </w:pPr>
    <w:rPr>
      <w:kern w:val="0"/>
      <w:sz w:val="22"/>
      <w:szCs w:val="22"/>
      <w:lang w:val="en-US" w:eastAsia="en-US"/>
      <w14:ligatures w14:val="none"/>
    </w:rPr>
  </w:style>
  <w:style w:type="paragraph" w:customStyle="1" w:styleId="59F4DF87A9F74F049460131BA33E6FA75">
    <w:name w:val="59F4DF87A9F74F049460131BA33E6FA75"/>
    <w:rsid w:val="00D27179"/>
    <w:pPr>
      <w:suppressAutoHyphens/>
      <w:spacing w:after="200" w:line="276" w:lineRule="auto"/>
    </w:pPr>
    <w:rPr>
      <w:kern w:val="0"/>
      <w:sz w:val="22"/>
      <w:szCs w:val="22"/>
      <w:lang w:val="en-US" w:eastAsia="en-US"/>
      <w14:ligatures w14:val="none"/>
    </w:rPr>
  </w:style>
  <w:style w:type="paragraph" w:customStyle="1" w:styleId="3E836076F2EF41388929DEF3ED71890D5">
    <w:name w:val="3E836076F2EF41388929DEF3ED71890D5"/>
    <w:rsid w:val="00D27179"/>
    <w:pPr>
      <w:suppressAutoHyphens/>
      <w:spacing w:after="200" w:line="276" w:lineRule="auto"/>
    </w:pPr>
    <w:rPr>
      <w:kern w:val="0"/>
      <w:sz w:val="22"/>
      <w:szCs w:val="22"/>
      <w:lang w:val="en-US" w:eastAsia="en-US"/>
      <w14:ligatures w14:val="none"/>
    </w:rPr>
  </w:style>
  <w:style w:type="paragraph" w:customStyle="1" w:styleId="1481DB378EC04481B0F7E277BFE8CADF4">
    <w:name w:val="1481DB378EC04481B0F7E277BFE8CADF4"/>
    <w:rsid w:val="00D27179"/>
    <w:pPr>
      <w:suppressAutoHyphens/>
      <w:spacing w:after="200" w:line="276" w:lineRule="auto"/>
    </w:pPr>
    <w:rPr>
      <w:kern w:val="0"/>
      <w:sz w:val="22"/>
      <w:szCs w:val="22"/>
      <w:lang w:val="en-US" w:eastAsia="en-US"/>
      <w14:ligatures w14:val="none"/>
    </w:rPr>
  </w:style>
  <w:style w:type="paragraph" w:customStyle="1" w:styleId="DA3DCADF6597455EBE05C677884B0A7D5">
    <w:name w:val="DA3DCADF6597455EBE05C677884B0A7D5"/>
    <w:rsid w:val="00D27179"/>
    <w:pPr>
      <w:suppressAutoHyphens/>
      <w:spacing w:after="200" w:line="276" w:lineRule="auto"/>
    </w:pPr>
    <w:rPr>
      <w:kern w:val="0"/>
      <w:sz w:val="22"/>
      <w:szCs w:val="22"/>
      <w:lang w:val="en-US" w:eastAsia="en-US"/>
      <w14:ligatures w14:val="none"/>
    </w:rPr>
  </w:style>
  <w:style w:type="paragraph" w:customStyle="1" w:styleId="101E459D01ED4015A6B0830C84E6074D5">
    <w:name w:val="101E459D01ED4015A6B0830C84E6074D5"/>
    <w:rsid w:val="00D27179"/>
    <w:pPr>
      <w:suppressAutoHyphens/>
      <w:spacing w:after="200" w:line="276" w:lineRule="auto"/>
    </w:pPr>
    <w:rPr>
      <w:kern w:val="0"/>
      <w:sz w:val="22"/>
      <w:szCs w:val="22"/>
      <w:lang w:val="en-US" w:eastAsia="en-US"/>
      <w14:ligatures w14:val="none"/>
    </w:rPr>
  </w:style>
  <w:style w:type="paragraph" w:customStyle="1" w:styleId="0F187732661C48DF8267D6C8F70CAB345">
    <w:name w:val="0F187732661C48DF8267D6C8F70CAB345"/>
    <w:rsid w:val="00D27179"/>
    <w:pPr>
      <w:suppressAutoHyphens/>
      <w:spacing w:after="200" w:line="276" w:lineRule="auto"/>
    </w:pPr>
    <w:rPr>
      <w:kern w:val="0"/>
      <w:sz w:val="22"/>
      <w:szCs w:val="22"/>
      <w:lang w:val="en-US" w:eastAsia="en-US"/>
      <w14:ligatures w14:val="none"/>
    </w:rPr>
  </w:style>
  <w:style w:type="paragraph" w:customStyle="1" w:styleId="BCB1D4E503974740835E19C5DCA033CA5">
    <w:name w:val="BCB1D4E503974740835E19C5DCA033CA5"/>
    <w:rsid w:val="00D27179"/>
    <w:pPr>
      <w:suppressAutoHyphens/>
      <w:spacing w:after="200" w:line="276" w:lineRule="auto"/>
    </w:pPr>
    <w:rPr>
      <w:kern w:val="0"/>
      <w:sz w:val="22"/>
      <w:szCs w:val="22"/>
      <w:lang w:val="en-US" w:eastAsia="en-US"/>
      <w14:ligatures w14:val="none"/>
    </w:rPr>
  </w:style>
  <w:style w:type="paragraph" w:customStyle="1" w:styleId="6939948EFD414EEDAF8E7517BAC08B2F5">
    <w:name w:val="6939948EFD414EEDAF8E7517BAC08B2F5"/>
    <w:rsid w:val="00D27179"/>
    <w:pPr>
      <w:suppressAutoHyphens/>
      <w:spacing w:after="200" w:line="276" w:lineRule="auto"/>
    </w:pPr>
    <w:rPr>
      <w:kern w:val="0"/>
      <w:sz w:val="22"/>
      <w:szCs w:val="22"/>
      <w:lang w:val="en-US" w:eastAsia="en-US"/>
      <w14:ligatures w14:val="none"/>
    </w:rPr>
  </w:style>
  <w:style w:type="paragraph" w:customStyle="1" w:styleId="8877CA34B1DB43E19CCE2D5EE48345F85">
    <w:name w:val="8877CA34B1DB43E19CCE2D5EE48345F85"/>
    <w:rsid w:val="00D27179"/>
    <w:pPr>
      <w:suppressAutoHyphens/>
      <w:spacing w:after="200" w:line="276" w:lineRule="auto"/>
    </w:pPr>
    <w:rPr>
      <w:kern w:val="0"/>
      <w:sz w:val="22"/>
      <w:szCs w:val="22"/>
      <w:lang w:val="en-US" w:eastAsia="en-US"/>
      <w14:ligatures w14:val="none"/>
    </w:rPr>
  </w:style>
  <w:style w:type="paragraph" w:customStyle="1" w:styleId="3A0BAD1FB80B4FDB82FA05DEF211D6C25">
    <w:name w:val="3A0BAD1FB80B4FDB82FA05DEF211D6C25"/>
    <w:rsid w:val="00D27179"/>
    <w:pPr>
      <w:suppressAutoHyphens/>
      <w:spacing w:after="200" w:line="276" w:lineRule="auto"/>
    </w:pPr>
    <w:rPr>
      <w:kern w:val="0"/>
      <w:sz w:val="22"/>
      <w:szCs w:val="22"/>
      <w:lang w:val="en-US" w:eastAsia="en-US"/>
      <w14:ligatures w14:val="none"/>
    </w:rPr>
  </w:style>
  <w:style w:type="paragraph" w:customStyle="1" w:styleId="7077EFDF7ABB478AA8D2C26365C9B0305">
    <w:name w:val="7077EFDF7ABB478AA8D2C26365C9B0305"/>
    <w:rsid w:val="00D27179"/>
    <w:pPr>
      <w:suppressAutoHyphens/>
      <w:spacing w:after="200" w:line="276" w:lineRule="auto"/>
    </w:pPr>
    <w:rPr>
      <w:kern w:val="0"/>
      <w:sz w:val="22"/>
      <w:szCs w:val="22"/>
      <w:lang w:val="en-US" w:eastAsia="en-US"/>
      <w14:ligatures w14:val="none"/>
    </w:rPr>
  </w:style>
  <w:style w:type="paragraph" w:customStyle="1" w:styleId="FAAC866915EB4797AE6401258525F7B25">
    <w:name w:val="FAAC866915EB4797AE6401258525F7B25"/>
    <w:rsid w:val="00D27179"/>
    <w:pPr>
      <w:suppressAutoHyphens/>
      <w:spacing w:after="200" w:line="276" w:lineRule="auto"/>
    </w:pPr>
    <w:rPr>
      <w:kern w:val="0"/>
      <w:sz w:val="22"/>
      <w:szCs w:val="22"/>
      <w:lang w:val="en-US" w:eastAsia="en-US"/>
      <w14:ligatures w14:val="none"/>
    </w:rPr>
  </w:style>
  <w:style w:type="paragraph" w:customStyle="1" w:styleId="55799F9C67C447768495B9675ECEA2685">
    <w:name w:val="55799F9C67C447768495B9675ECEA2685"/>
    <w:rsid w:val="00D27179"/>
    <w:pPr>
      <w:suppressAutoHyphens/>
      <w:spacing w:after="200" w:line="276" w:lineRule="auto"/>
    </w:pPr>
    <w:rPr>
      <w:kern w:val="0"/>
      <w:sz w:val="22"/>
      <w:szCs w:val="22"/>
      <w:lang w:val="en-US" w:eastAsia="en-US"/>
      <w14:ligatures w14:val="none"/>
    </w:rPr>
  </w:style>
  <w:style w:type="paragraph" w:customStyle="1" w:styleId="043A418AF9A140FE99FB78A23278D3CA5">
    <w:name w:val="043A418AF9A140FE99FB78A23278D3CA5"/>
    <w:rsid w:val="00D27179"/>
    <w:pPr>
      <w:suppressAutoHyphens/>
      <w:spacing w:after="200" w:line="276" w:lineRule="auto"/>
    </w:pPr>
    <w:rPr>
      <w:kern w:val="0"/>
      <w:sz w:val="22"/>
      <w:szCs w:val="22"/>
      <w:lang w:val="en-US" w:eastAsia="en-US"/>
      <w14:ligatures w14:val="none"/>
    </w:rPr>
  </w:style>
  <w:style w:type="paragraph" w:customStyle="1" w:styleId="972B5A501DC54DD68B80965B88D71E115">
    <w:name w:val="972B5A501DC54DD68B80965B88D71E115"/>
    <w:rsid w:val="00D27179"/>
    <w:pPr>
      <w:suppressAutoHyphens/>
      <w:spacing w:after="200" w:line="276" w:lineRule="auto"/>
    </w:pPr>
    <w:rPr>
      <w:kern w:val="0"/>
      <w:sz w:val="22"/>
      <w:szCs w:val="22"/>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0b5286-f05e-4345-9ef8-673f0db3902f">
      <Terms xmlns="http://schemas.microsoft.com/office/infopath/2007/PartnerControls"/>
    </lcf76f155ced4ddcb4097134ff3c332f>
    <Text xmlns="c20b5286-f05e-4345-9ef8-673f0db3902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DC3115CE6FA4B45A233146FD934DAE0" ma:contentTypeVersion="13" ma:contentTypeDescription="Create a new document." ma:contentTypeScope="" ma:versionID="a2a0e381499b5d0fd660ac7bb4942b4b">
  <xsd:schema xmlns:xsd="http://www.w3.org/2001/XMLSchema" xmlns:xs="http://www.w3.org/2001/XMLSchema" xmlns:p="http://schemas.microsoft.com/office/2006/metadata/properties" xmlns:ns2="c20b5286-f05e-4345-9ef8-673f0db3902f" targetNamespace="http://schemas.microsoft.com/office/2006/metadata/properties" ma:root="true" ma:fieldsID="4cf0d5f607d2e559fa8b76aa96397603" ns2:_="">
    <xsd:import namespace="c20b5286-f05e-4345-9ef8-673f0db390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Location" minOccurs="0"/>
                <xsd:element ref="ns2:Tex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b5286-f05e-4345-9ef8-673f0db390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d2b5fe4-a549-4e54-ad06-6019c02a474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Text" ma:index="20" nillable="true" ma:displayName="Text" ma:format="Dropdown" ma:internalName="Tex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9A3944-6C9D-4F9B-BD76-0119FEA95141}">
  <ds:schemaRefs>
    <ds:schemaRef ds:uri="http://schemas.microsoft.com/office/infopath/2007/PartnerControls"/>
    <ds:schemaRef ds:uri="c20b5286-f05e-4345-9ef8-673f0db3902f"/>
    <ds:schemaRef ds:uri="http://purl.org/dc/term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651AC8B-8CB4-4952-915F-DA3BED32EAA0}">
  <ds:schemaRefs>
    <ds:schemaRef ds:uri="http://schemas.microsoft.com/sharepoint/v3/contenttype/forms"/>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DE2A2E94-874A-476C-9764-D103B321B5C4}"/>
</file>

<file path=docMetadata/LabelInfo.xml><?xml version="1.0" encoding="utf-8"?>
<clbl:labelList xmlns:clbl="http://schemas.microsoft.com/office/2020/mipLabelMetadata">
  <clbl:label id="{1a2c4c6c-778f-4a71-abb2-982986745419}" enabled="1" method="Standard" siteId="{ce56fae6-055d-4c9f-b6c9-9d341506a491}"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 report form</dc:title>
  <dc:subject>P&amp;I Risk Survey report form</dc:subject>
  <dc:creator>R K McGregor</dc:creator>
  <cp:keywords>British Marine Risk survey</cp:keywords>
  <dc:description>generated by python-docx</dc:description>
  <cp:lastModifiedBy>Emily Ashdown</cp:lastModifiedBy>
  <cp:revision>112</cp:revision>
  <cp:lastPrinted>2026-02-01T13:07:00Z</cp:lastPrinted>
  <dcterms:created xsi:type="dcterms:W3CDTF">2026-03-25T15:17:00Z</dcterms:created>
  <dcterms:modified xsi:type="dcterms:W3CDTF">2026-05-11T08:52:24Z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811d929f-4afe-48d8-950a-2ac86cfa986f</vt:lpwstr>
  </property>
  <property fmtid="{D5CDD505-2E9C-101B-9397-08002B2CF9AE}" pid="3" name="ContentTypeId">
    <vt:lpwstr>0x010100EDC3115CE6FA4B45A233146FD934DAE0</vt:lpwstr>
  </property>
  <property fmtid="{D5CDD505-2E9C-101B-9397-08002B2CF9AE}" pid="4" name="docLang">
    <vt:lpwstr>en</vt:lpwstr>
  </property>
  <property fmtid="{D5CDD505-2E9C-101B-9397-08002B2CF9AE}" pid="5" name="MediaServiceImageTags">
    <vt:lpwstr/>
  </property>
</Properties>
</file>